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7EF5" w14:textId="48240223" w:rsidR="0055564F" w:rsidRPr="0055564F" w:rsidRDefault="0055564F" w:rsidP="0055564F">
      <w:pPr>
        <w:spacing w:after="360"/>
        <w:rPr>
          <w:rFonts w:ascii="DVOT-Surekh" w:hAnsi="DVOT-Surekh" w:cs="DVOT-Surekh"/>
          <w:b/>
          <w:color w:val="1A365D"/>
          <w:sz w:val="20"/>
          <w:szCs w:val="14"/>
        </w:rPr>
      </w:pPr>
      <w:proofErr w:type="spellStart"/>
      <w:r w:rsidRPr="0055564F">
        <w:rPr>
          <w:rFonts w:ascii="DVOT-Surekh" w:hAnsi="DVOT-Surekh" w:cs="DVOT-Surekh"/>
          <w:b/>
          <w:color w:val="1A365D"/>
          <w:sz w:val="20"/>
          <w:szCs w:val="14"/>
        </w:rPr>
        <w:t>जावक</w:t>
      </w:r>
      <w:proofErr w:type="spellEnd"/>
      <w:r w:rsidRPr="0055564F">
        <w:rPr>
          <w:rFonts w:ascii="DVOT-Surekh" w:hAnsi="DVOT-Surekh" w:cs="DVOT-Surekh"/>
          <w:b/>
          <w:color w:val="1A365D"/>
          <w:sz w:val="20"/>
          <w:szCs w:val="14"/>
        </w:rPr>
        <w:t xml:space="preserve"> </w:t>
      </w:r>
      <w:proofErr w:type="spellStart"/>
      <w:r w:rsidRPr="0055564F">
        <w:rPr>
          <w:rFonts w:ascii="DVOT-Surekh" w:hAnsi="DVOT-Surekh" w:cs="DVOT-Surekh"/>
          <w:b/>
          <w:color w:val="1A365D"/>
          <w:sz w:val="20"/>
          <w:szCs w:val="14"/>
        </w:rPr>
        <w:t>क्रमांक</w:t>
      </w:r>
      <w:proofErr w:type="spellEnd"/>
      <w:r w:rsidRPr="0055564F">
        <w:rPr>
          <w:rFonts w:ascii="DVOT-Surekh" w:hAnsi="DVOT-Surekh" w:cs="DVOT-Surekh"/>
          <w:b/>
          <w:color w:val="1A365D"/>
          <w:sz w:val="20"/>
          <w:szCs w:val="14"/>
        </w:rPr>
        <w:t xml:space="preserve">        </w:t>
      </w:r>
      <w:proofErr w:type="spellStart"/>
      <w:r w:rsidRPr="0055564F">
        <w:rPr>
          <w:rFonts w:ascii="DVOT-Surekh" w:hAnsi="DVOT-Surekh" w:cs="DVOT-Surekh"/>
          <w:b/>
          <w:color w:val="1A365D"/>
          <w:sz w:val="20"/>
          <w:szCs w:val="14"/>
        </w:rPr>
        <w:t>दिनांक</w:t>
      </w:r>
      <w:proofErr w:type="spellEnd"/>
    </w:p>
    <w:p w14:paraId="7F9681C8" w14:textId="5D0537B2" w:rsidR="005B6D65" w:rsidRPr="0055564F" w:rsidRDefault="00000000">
      <w:pPr>
        <w:spacing w:after="360"/>
        <w:jc w:val="center"/>
        <w:rPr>
          <w:rFonts w:ascii="DVOT-Surekh" w:hAnsi="DVOT-Surekh" w:cs="DVOT-Surekh"/>
        </w:rPr>
      </w:pPr>
      <w:proofErr w:type="spellStart"/>
      <w:r w:rsidRPr="0055564F">
        <w:rPr>
          <w:rFonts w:ascii="DVOT-Surekh" w:hAnsi="DVOT-Surekh" w:cs="DVOT-Surekh"/>
          <w:b/>
          <w:color w:val="1A365D"/>
          <w:sz w:val="32"/>
        </w:rPr>
        <w:t>नमुना</w:t>
      </w:r>
      <w:proofErr w:type="spellEnd"/>
      <w:r w:rsidRPr="0055564F">
        <w:rPr>
          <w:rFonts w:ascii="DVOT-Surekh" w:hAnsi="DVOT-Surekh" w:cs="DVOT-Surekh"/>
          <w:b/>
          <w:color w:val="1A365D"/>
          <w:sz w:val="32"/>
        </w:rPr>
        <w:t xml:space="preserve"> ३</w:t>
      </w:r>
    </w:p>
    <w:p w14:paraId="4BFDCF1D" w14:textId="77777777" w:rsidR="005B6D65" w:rsidRPr="0055564F" w:rsidRDefault="00000000">
      <w:pPr>
        <w:spacing w:after="40"/>
        <w:rPr>
          <w:rFonts w:ascii="DVOT-Surekh" w:hAnsi="DVOT-Surekh" w:cs="DVOT-Surekh"/>
        </w:rPr>
      </w:pPr>
      <w:r w:rsidRPr="0055564F">
        <w:rPr>
          <w:rFonts w:ascii="DVOT-Surekh" w:hAnsi="DVOT-Surekh" w:cs="DVOT-Surekh"/>
          <w:b/>
        </w:rPr>
        <w:t>प्रति,</w:t>
      </w:r>
    </w:p>
    <w:p w14:paraId="62FF764E" w14:textId="77777777" w:rsidR="005B6D65" w:rsidRPr="0055564F" w:rsidRDefault="00000000">
      <w:pPr>
        <w:spacing w:after="280"/>
        <w:ind w:left="720"/>
        <w:rPr>
          <w:rFonts w:ascii="DVOT-Surekh" w:hAnsi="DVOT-Surekh" w:cs="DVOT-Surekh"/>
        </w:rPr>
      </w:pPr>
      <w:proofErr w:type="spellStart"/>
      <w:r w:rsidRPr="0055564F">
        <w:rPr>
          <w:rFonts w:ascii="DVOT-Surekh" w:hAnsi="DVOT-Surekh" w:cs="DVOT-Surekh"/>
        </w:rPr>
        <w:t>वरिष्ठ</w:t>
      </w:r>
      <w:proofErr w:type="spellEnd"/>
      <w:r w:rsidRPr="0055564F">
        <w:rPr>
          <w:rFonts w:ascii="DVOT-Surekh" w:hAnsi="DVOT-Surekh" w:cs="DVOT-Surekh"/>
        </w:rPr>
        <w:t xml:space="preserve"> </w:t>
      </w:r>
      <w:proofErr w:type="spellStart"/>
      <w:r w:rsidRPr="0055564F">
        <w:rPr>
          <w:rFonts w:ascii="DVOT-Surekh" w:hAnsi="DVOT-Surekh" w:cs="DVOT-Surekh"/>
        </w:rPr>
        <w:t>कोषागार</w:t>
      </w:r>
      <w:proofErr w:type="spellEnd"/>
      <w:r w:rsidRPr="0055564F">
        <w:rPr>
          <w:rFonts w:ascii="DVOT-Surekh" w:hAnsi="DVOT-Surekh" w:cs="DVOT-Surekh"/>
        </w:rPr>
        <w:t xml:space="preserve"> </w:t>
      </w:r>
      <w:proofErr w:type="spellStart"/>
      <w:r w:rsidRPr="0055564F">
        <w:rPr>
          <w:rFonts w:ascii="DVOT-Surekh" w:hAnsi="DVOT-Surekh" w:cs="DVOT-Surekh"/>
        </w:rPr>
        <w:t>अधिकारी</w:t>
      </w:r>
      <w:proofErr w:type="spellEnd"/>
      <w:r w:rsidRPr="0055564F">
        <w:rPr>
          <w:rFonts w:ascii="DVOT-Surekh" w:hAnsi="DVOT-Surekh" w:cs="DVOT-Surekh"/>
        </w:rPr>
        <w:t>,</w:t>
      </w:r>
      <w:r w:rsidRPr="0055564F">
        <w:rPr>
          <w:rFonts w:ascii="DVOT-Surekh" w:hAnsi="DVOT-Surekh" w:cs="DVOT-Surekh"/>
        </w:rPr>
        <w:br/>
      </w:r>
      <w:proofErr w:type="spellStart"/>
      <w:r w:rsidRPr="0055564F">
        <w:rPr>
          <w:rFonts w:ascii="DVOT-Surekh" w:hAnsi="DVOT-Surekh" w:cs="DVOT-Surekh"/>
          <w:color w:val="F2F2F2" w:themeColor="background1" w:themeShade="F2"/>
        </w:rPr>
        <w:t>अमरावती</w:t>
      </w:r>
      <w:proofErr w:type="spellEnd"/>
    </w:p>
    <w:p w14:paraId="7D6A8851" w14:textId="77777777" w:rsidR="005B6D65" w:rsidRPr="0055564F" w:rsidRDefault="00000000">
      <w:pPr>
        <w:spacing w:after="320"/>
        <w:ind w:left="288" w:right="288"/>
        <w:rPr>
          <w:rFonts w:ascii="DVOT-Surekh" w:hAnsi="DVOT-Surekh" w:cs="DVOT-Surekh"/>
        </w:rPr>
      </w:pPr>
      <w:proofErr w:type="spellStart"/>
      <w:proofErr w:type="gramStart"/>
      <w:r w:rsidRPr="0055564F">
        <w:rPr>
          <w:rFonts w:ascii="DVOT-Surekh" w:hAnsi="DVOT-Surekh" w:cs="DVOT-Surekh"/>
          <w:b/>
          <w:color w:val="1A365D"/>
        </w:rPr>
        <w:t>विषय</w:t>
      </w:r>
      <w:proofErr w:type="spellEnd"/>
      <w:r w:rsidRPr="0055564F">
        <w:rPr>
          <w:rFonts w:ascii="DVOT-Surekh" w:hAnsi="DVOT-Surekh" w:cs="DVOT-Surekh"/>
          <w:b/>
          <w:color w:val="1A365D"/>
        </w:rPr>
        <w:t xml:space="preserve"> :</w:t>
      </w:r>
      <w:proofErr w:type="gramEnd"/>
      <w:r w:rsidRPr="0055564F">
        <w:rPr>
          <w:rFonts w:ascii="DVOT-Surekh" w:hAnsi="DVOT-Surekh" w:cs="DVOT-Surekh"/>
          <w:b/>
          <w:color w:val="1A365D"/>
        </w:rPr>
        <w:t xml:space="preserve"> </w:t>
      </w:r>
      <w:proofErr w:type="spellStart"/>
      <w:r w:rsidRPr="0055564F">
        <w:rPr>
          <w:rFonts w:ascii="DVOT-Surekh" w:hAnsi="DVOT-Surekh" w:cs="DVOT-Surekh"/>
          <w:b/>
        </w:rPr>
        <w:t>नवीन</w:t>
      </w:r>
      <w:proofErr w:type="spellEnd"/>
      <w:r w:rsidRPr="0055564F">
        <w:rPr>
          <w:rFonts w:ascii="DVOT-Surekh" w:hAnsi="DVOT-Surekh" w:cs="DVOT-Surekh"/>
          <w:b/>
        </w:rPr>
        <w:t xml:space="preserve"> </w:t>
      </w:r>
      <w:proofErr w:type="spellStart"/>
      <w:r w:rsidRPr="0055564F">
        <w:rPr>
          <w:rFonts w:ascii="DVOT-Surekh" w:hAnsi="DVOT-Surekh" w:cs="DVOT-Surekh"/>
          <w:b/>
        </w:rPr>
        <w:t>सेवार्थ</w:t>
      </w:r>
      <w:proofErr w:type="spellEnd"/>
      <w:r w:rsidRPr="0055564F">
        <w:rPr>
          <w:rFonts w:ascii="DVOT-Surekh" w:hAnsi="DVOT-Surekh" w:cs="DVOT-Surekh"/>
          <w:b/>
        </w:rPr>
        <w:t xml:space="preserve"> प्रणालीसाठी Data Migration / Re-Migrate </w:t>
      </w:r>
      <w:proofErr w:type="spellStart"/>
      <w:r w:rsidRPr="0055564F">
        <w:rPr>
          <w:rFonts w:ascii="DVOT-Surekh" w:hAnsi="DVOT-Surekh" w:cs="DVOT-Surekh"/>
          <w:b/>
        </w:rPr>
        <w:t>करून</w:t>
      </w:r>
      <w:proofErr w:type="spellEnd"/>
      <w:r w:rsidRPr="0055564F">
        <w:rPr>
          <w:rFonts w:ascii="DVOT-Surekh" w:hAnsi="DVOT-Surekh" w:cs="DVOT-Surekh"/>
          <w:b/>
        </w:rPr>
        <w:t xml:space="preserve"> </w:t>
      </w:r>
      <w:proofErr w:type="spellStart"/>
      <w:r w:rsidRPr="0055564F">
        <w:rPr>
          <w:rFonts w:ascii="DVOT-Surekh" w:hAnsi="DVOT-Surekh" w:cs="DVOT-Surekh"/>
          <w:b/>
        </w:rPr>
        <w:t>देण्याबाबत</w:t>
      </w:r>
      <w:proofErr w:type="spellEnd"/>
      <w:r w:rsidRPr="0055564F">
        <w:rPr>
          <w:rFonts w:ascii="DVOT-Surekh" w:hAnsi="DVOT-Surekh" w:cs="DVOT-Surekh"/>
          <w:b/>
        </w:rPr>
        <w:t>.</w:t>
      </w:r>
    </w:p>
    <w:p w14:paraId="7AFC8089" w14:textId="77777777" w:rsidR="005B6D65" w:rsidRPr="0055564F" w:rsidRDefault="00000000" w:rsidP="0055564F">
      <w:pPr>
        <w:spacing w:after="400" w:line="300" w:lineRule="auto"/>
        <w:ind w:firstLine="720"/>
        <w:jc w:val="both"/>
        <w:rPr>
          <w:rFonts w:ascii="DVOT-Surekh" w:hAnsi="DVOT-Surekh" w:cs="DVOT-Surekh"/>
        </w:rPr>
      </w:pPr>
      <w:r w:rsidRPr="0055564F">
        <w:rPr>
          <w:rFonts w:ascii="DVOT-Surekh" w:hAnsi="DVOT-Surekh" w:cs="DVOT-Surekh"/>
        </w:rPr>
        <w:t>वरील विषयाच्या अनुषंगाने कळविण्यात येत आहे की, नवीन प्रणालीसाठी जुन्या सेवार्थ प्रणालीमध्ये Utility for Incorrect Data प्रलंबित असल्यामुळे / उशिरा कार्यवाही केल्यामुळे नवीन सेवार्थ मध्ये Data Migration झालेले नाही. दिलेल्या सूचनेनुसार जुन्या सेवार्थ प्रणालीमधील Utility for Incorrect Data मध्ये सर्व कर्मचाऱ्यांची माहिती आणि इतर माहिती तपासून अद्ययावत केलेली आहे. कृपया नवीन सेवार्थ प्रणालीसाठी Data Migration करून देण्यात यावे.</w:t>
      </w:r>
    </w:p>
    <w:tbl>
      <w:tblPr>
        <w:tblW w:w="0" w:type="auto"/>
        <w:jc w:val="center"/>
        <w:tblLayout w:type="fixed"/>
        <w:tblLook w:val="04A0" w:firstRow="1" w:lastRow="0" w:firstColumn="1" w:lastColumn="0" w:noHBand="0" w:noVBand="1"/>
      </w:tblPr>
      <w:tblGrid>
        <w:gridCol w:w="4032"/>
        <w:gridCol w:w="5328"/>
      </w:tblGrid>
      <w:tr w:rsidR="005B6D65" w:rsidRPr="0055564F" w14:paraId="320FA97F" w14:textId="77777777">
        <w:trPr>
          <w:jc w:val="center"/>
        </w:trPr>
        <w:tc>
          <w:tcPr>
            <w:tcW w:w="4032" w:type="dxa"/>
          </w:tcPr>
          <w:p w14:paraId="43DC0460" w14:textId="77777777" w:rsidR="005B6D65" w:rsidRPr="0055564F" w:rsidRDefault="00000000">
            <w:pPr>
              <w:spacing w:before="80" w:after="80"/>
              <w:rPr>
                <w:rFonts w:ascii="DVOT-Surekh" w:hAnsi="DVOT-Surekh" w:cs="DVOT-Surekh"/>
              </w:rPr>
            </w:pPr>
            <w:r w:rsidRPr="0055564F">
              <w:rPr>
                <w:rFonts w:ascii="DVOT-Surekh" w:hAnsi="DVOT-Surekh" w:cs="DVOT-Surekh"/>
                <w:b/>
                <w:color w:val="2B6CB0"/>
                <w:sz w:val="22"/>
              </w:rPr>
              <w:t>DDO CODE :</w:t>
            </w:r>
          </w:p>
        </w:tc>
        <w:tc>
          <w:tcPr>
            <w:tcW w:w="5328" w:type="dxa"/>
          </w:tcPr>
          <w:p w14:paraId="6AA0B369" w14:textId="77777777" w:rsidR="005B6D65" w:rsidRPr="0055564F" w:rsidRDefault="00000000">
            <w:pPr>
              <w:spacing w:before="80" w:after="80"/>
              <w:rPr>
                <w:rFonts w:ascii="DVOT-Surekh" w:hAnsi="DVOT-Surekh" w:cs="DVOT-Surekh"/>
              </w:rPr>
            </w:pPr>
            <w:r w:rsidRPr="0055564F">
              <w:rPr>
                <w:rFonts w:ascii="DVOT-Surekh" w:hAnsi="DVOT-Surekh" w:cs="DVOT-Surekh"/>
                <w:color w:val="718096"/>
              </w:rPr>
              <w:t>....................................................................</w:t>
            </w:r>
          </w:p>
        </w:tc>
      </w:tr>
      <w:tr w:rsidR="005B6D65" w:rsidRPr="0055564F" w14:paraId="5D9C7E62" w14:textId="77777777">
        <w:trPr>
          <w:jc w:val="center"/>
        </w:trPr>
        <w:tc>
          <w:tcPr>
            <w:tcW w:w="4032" w:type="dxa"/>
          </w:tcPr>
          <w:p w14:paraId="1DE64BA0" w14:textId="77777777" w:rsidR="005B6D65" w:rsidRPr="0055564F" w:rsidRDefault="00000000">
            <w:pPr>
              <w:spacing w:before="80" w:after="80"/>
              <w:rPr>
                <w:rFonts w:ascii="DVOT-Surekh" w:hAnsi="DVOT-Surekh" w:cs="DVOT-Surekh"/>
              </w:rPr>
            </w:pPr>
            <w:r w:rsidRPr="0055564F">
              <w:rPr>
                <w:rFonts w:ascii="DVOT-Surekh" w:hAnsi="DVOT-Surekh" w:cs="DVOT-Surekh"/>
                <w:b/>
                <w:color w:val="2B6CB0"/>
                <w:sz w:val="22"/>
              </w:rPr>
              <w:t>Office Name (कार्यालयाचे नाव) :</w:t>
            </w:r>
          </w:p>
        </w:tc>
        <w:tc>
          <w:tcPr>
            <w:tcW w:w="5328" w:type="dxa"/>
          </w:tcPr>
          <w:p w14:paraId="26EFEE7A" w14:textId="77777777" w:rsidR="005B6D65" w:rsidRPr="0055564F" w:rsidRDefault="00000000">
            <w:pPr>
              <w:spacing w:before="80" w:after="80"/>
              <w:rPr>
                <w:rFonts w:ascii="DVOT-Surekh" w:hAnsi="DVOT-Surekh" w:cs="DVOT-Surekh"/>
              </w:rPr>
            </w:pPr>
            <w:r w:rsidRPr="0055564F">
              <w:rPr>
                <w:rFonts w:ascii="DVOT-Surekh" w:hAnsi="DVOT-Surekh" w:cs="DVOT-Surekh"/>
                <w:color w:val="718096"/>
              </w:rPr>
              <w:t>....................................................................</w:t>
            </w:r>
          </w:p>
        </w:tc>
      </w:tr>
      <w:tr w:rsidR="005B6D65" w:rsidRPr="0055564F" w14:paraId="685B76A6" w14:textId="77777777">
        <w:trPr>
          <w:jc w:val="center"/>
        </w:trPr>
        <w:tc>
          <w:tcPr>
            <w:tcW w:w="4032" w:type="dxa"/>
          </w:tcPr>
          <w:p w14:paraId="57A95B0E" w14:textId="77777777" w:rsidR="005B6D65" w:rsidRPr="0055564F" w:rsidRDefault="00000000">
            <w:pPr>
              <w:spacing w:before="80" w:after="80"/>
              <w:rPr>
                <w:rFonts w:ascii="DVOT-Surekh" w:hAnsi="DVOT-Surekh" w:cs="DVOT-Surekh"/>
              </w:rPr>
            </w:pPr>
            <w:r w:rsidRPr="0055564F">
              <w:rPr>
                <w:rFonts w:ascii="DVOT-Surekh" w:hAnsi="DVOT-Surekh" w:cs="DVOT-Surekh"/>
                <w:b/>
                <w:color w:val="2B6CB0"/>
                <w:sz w:val="22"/>
              </w:rPr>
              <w:t>Field Department Name (क्षेत्रीय विभाग) :</w:t>
            </w:r>
          </w:p>
        </w:tc>
        <w:tc>
          <w:tcPr>
            <w:tcW w:w="5328" w:type="dxa"/>
          </w:tcPr>
          <w:p w14:paraId="1716FFAE" w14:textId="77777777" w:rsidR="005B6D65" w:rsidRPr="0055564F" w:rsidRDefault="00000000">
            <w:pPr>
              <w:spacing w:before="80" w:after="80"/>
              <w:rPr>
                <w:rFonts w:ascii="DVOT-Surekh" w:hAnsi="DVOT-Surekh" w:cs="DVOT-Surekh"/>
              </w:rPr>
            </w:pPr>
            <w:r w:rsidRPr="0055564F">
              <w:rPr>
                <w:rFonts w:ascii="DVOT-Surekh" w:hAnsi="DVOT-Surekh" w:cs="DVOT-Surekh"/>
                <w:color w:val="718096"/>
              </w:rPr>
              <w:t>....................................................................</w:t>
            </w:r>
          </w:p>
        </w:tc>
      </w:tr>
      <w:tr w:rsidR="005B6D65" w:rsidRPr="0055564F" w14:paraId="6129FF1D" w14:textId="77777777">
        <w:trPr>
          <w:jc w:val="center"/>
        </w:trPr>
        <w:tc>
          <w:tcPr>
            <w:tcW w:w="4032" w:type="dxa"/>
          </w:tcPr>
          <w:p w14:paraId="17E3A03D" w14:textId="77777777" w:rsidR="005B6D65" w:rsidRPr="0055564F" w:rsidRDefault="00000000">
            <w:pPr>
              <w:spacing w:before="80" w:after="80"/>
              <w:rPr>
                <w:rFonts w:ascii="DVOT-Surekh" w:hAnsi="DVOT-Surekh" w:cs="DVOT-Surekh"/>
              </w:rPr>
            </w:pPr>
            <w:r w:rsidRPr="0055564F">
              <w:rPr>
                <w:rFonts w:ascii="DVOT-Surekh" w:hAnsi="DVOT-Surekh" w:cs="DVOT-Surekh"/>
                <w:b/>
                <w:color w:val="2B6CB0"/>
                <w:sz w:val="22"/>
              </w:rPr>
              <w:t>Salary Clerk Name (वेतन लिपीकाचे नाव) :</w:t>
            </w:r>
          </w:p>
        </w:tc>
        <w:tc>
          <w:tcPr>
            <w:tcW w:w="5328" w:type="dxa"/>
          </w:tcPr>
          <w:p w14:paraId="12870726" w14:textId="77777777" w:rsidR="005B6D65" w:rsidRPr="0055564F" w:rsidRDefault="00000000">
            <w:pPr>
              <w:spacing w:before="80" w:after="80"/>
              <w:rPr>
                <w:rFonts w:ascii="DVOT-Surekh" w:hAnsi="DVOT-Surekh" w:cs="DVOT-Surekh"/>
              </w:rPr>
            </w:pPr>
            <w:r w:rsidRPr="0055564F">
              <w:rPr>
                <w:rFonts w:ascii="DVOT-Surekh" w:hAnsi="DVOT-Surekh" w:cs="DVOT-Surekh"/>
                <w:color w:val="718096"/>
              </w:rPr>
              <w:t>....................................................................</w:t>
            </w:r>
          </w:p>
        </w:tc>
      </w:tr>
      <w:tr w:rsidR="005B6D65" w:rsidRPr="0055564F" w14:paraId="78153527" w14:textId="77777777">
        <w:trPr>
          <w:jc w:val="center"/>
        </w:trPr>
        <w:tc>
          <w:tcPr>
            <w:tcW w:w="4032" w:type="dxa"/>
          </w:tcPr>
          <w:p w14:paraId="232CF239" w14:textId="77777777" w:rsidR="005B6D65" w:rsidRPr="0055564F" w:rsidRDefault="00000000">
            <w:pPr>
              <w:spacing w:before="80" w:after="80"/>
              <w:rPr>
                <w:rFonts w:ascii="DVOT-Surekh" w:hAnsi="DVOT-Surekh" w:cs="DVOT-Surekh"/>
              </w:rPr>
            </w:pPr>
            <w:r w:rsidRPr="0055564F">
              <w:rPr>
                <w:rFonts w:ascii="DVOT-Surekh" w:hAnsi="DVOT-Surekh" w:cs="DVOT-Surekh"/>
                <w:b/>
                <w:color w:val="2B6CB0"/>
                <w:sz w:val="22"/>
              </w:rPr>
              <w:t>Mobile No. (मोबाईल क्र.) :</w:t>
            </w:r>
          </w:p>
        </w:tc>
        <w:tc>
          <w:tcPr>
            <w:tcW w:w="5328" w:type="dxa"/>
          </w:tcPr>
          <w:p w14:paraId="0E5543C2" w14:textId="77777777" w:rsidR="005B6D65" w:rsidRPr="0055564F" w:rsidRDefault="00000000">
            <w:pPr>
              <w:spacing w:before="80" w:after="80"/>
              <w:rPr>
                <w:rFonts w:ascii="DVOT-Surekh" w:hAnsi="DVOT-Surekh" w:cs="DVOT-Surekh"/>
              </w:rPr>
            </w:pPr>
            <w:r w:rsidRPr="0055564F">
              <w:rPr>
                <w:rFonts w:ascii="DVOT-Surekh" w:hAnsi="DVOT-Surekh" w:cs="DVOT-Surekh"/>
                <w:color w:val="718096"/>
              </w:rPr>
              <w:t>....................................................................</w:t>
            </w:r>
          </w:p>
        </w:tc>
      </w:tr>
    </w:tbl>
    <w:p w14:paraId="60A5048A" w14:textId="77777777" w:rsidR="005B6D65" w:rsidRPr="0055564F" w:rsidRDefault="005B6D65">
      <w:pPr>
        <w:spacing w:after="800"/>
        <w:rPr>
          <w:rFonts w:ascii="DVOT-Surekh" w:hAnsi="DVOT-Surekh" w:cs="DVOT-Surekh"/>
        </w:rPr>
      </w:pPr>
    </w:p>
    <w:p w14:paraId="6DD210A1" w14:textId="77777777" w:rsidR="0055564F" w:rsidRPr="0055564F" w:rsidRDefault="00000000" w:rsidP="0055564F">
      <w:pPr>
        <w:spacing w:after="80"/>
        <w:ind w:firstLine="4536"/>
        <w:jc w:val="center"/>
        <w:rPr>
          <w:rFonts w:ascii="DVOT-Surekh" w:hAnsi="DVOT-Surekh" w:cs="DVOT-Surekh"/>
          <w:b/>
          <w:sz w:val="22"/>
        </w:rPr>
      </w:pPr>
      <w:proofErr w:type="spellStart"/>
      <w:r w:rsidRPr="0055564F">
        <w:rPr>
          <w:rFonts w:ascii="DVOT-Surekh" w:hAnsi="DVOT-Surekh" w:cs="DVOT-Surekh"/>
          <w:b/>
          <w:sz w:val="22"/>
        </w:rPr>
        <w:t>आहरण</w:t>
      </w:r>
      <w:proofErr w:type="spellEnd"/>
      <w:r w:rsidRPr="0055564F">
        <w:rPr>
          <w:rFonts w:ascii="DVOT-Surekh" w:hAnsi="DVOT-Surekh" w:cs="DVOT-Surekh"/>
          <w:b/>
          <w:sz w:val="22"/>
        </w:rPr>
        <w:t xml:space="preserve"> व </w:t>
      </w:r>
      <w:proofErr w:type="spellStart"/>
      <w:r w:rsidRPr="0055564F">
        <w:rPr>
          <w:rFonts w:ascii="DVOT-Surekh" w:hAnsi="DVOT-Surekh" w:cs="DVOT-Surekh"/>
          <w:b/>
          <w:sz w:val="22"/>
        </w:rPr>
        <w:t>संवितरण</w:t>
      </w:r>
      <w:proofErr w:type="spellEnd"/>
      <w:r w:rsidRPr="0055564F">
        <w:rPr>
          <w:rFonts w:ascii="DVOT-Surekh" w:hAnsi="DVOT-Surekh" w:cs="DVOT-Surekh"/>
          <w:b/>
          <w:sz w:val="22"/>
        </w:rPr>
        <w:t xml:space="preserve"> </w:t>
      </w:r>
      <w:proofErr w:type="spellStart"/>
      <w:r w:rsidRPr="0055564F">
        <w:rPr>
          <w:rFonts w:ascii="DVOT-Surekh" w:hAnsi="DVOT-Surekh" w:cs="DVOT-Surekh"/>
          <w:b/>
          <w:sz w:val="22"/>
        </w:rPr>
        <w:t>अधिकारी</w:t>
      </w:r>
      <w:proofErr w:type="spellEnd"/>
    </w:p>
    <w:p w14:paraId="35AC0736" w14:textId="0F8EA163" w:rsidR="005B6D65" w:rsidRDefault="00000000" w:rsidP="0055564F">
      <w:pPr>
        <w:spacing w:after="80"/>
        <w:ind w:firstLine="4536"/>
        <w:jc w:val="center"/>
        <w:rPr>
          <w:rFonts w:ascii="DVOT-Surekh" w:hAnsi="DVOT-Surekh" w:cs="DVOT-Surekh"/>
          <w:b/>
          <w:sz w:val="22"/>
        </w:rPr>
      </w:pPr>
      <w:proofErr w:type="spellStart"/>
      <w:r w:rsidRPr="0055564F">
        <w:rPr>
          <w:rFonts w:ascii="DVOT-Surekh" w:hAnsi="DVOT-Surekh" w:cs="DVOT-Surekh"/>
          <w:b/>
          <w:sz w:val="22"/>
        </w:rPr>
        <w:t>यांचे</w:t>
      </w:r>
      <w:proofErr w:type="spellEnd"/>
      <w:r w:rsidRPr="0055564F">
        <w:rPr>
          <w:rFonts w:ascii="DVOT-Surekh" w:hAnsi="DVOT-Surekh" w:cs="DVOT-Surekh"/>
          <w:b/>
          <w:sz w:val="22"/>
        </w:rPr>
        <w:t xml:space="preserve"> </w:t>
      </w:r>
      <w:proofErr w:type="spellStart"/>
      <w:r w:rsidRPr="0055564F">
        <w:rPr>
          <w:rFonts w:ascii="DVOT-Surekh" w:hAnsi="DVOT-Surekh" w:cs="DVOT-Surekh"/>
          <w:b/>
          <w:sz w:val="22"/>
        </w:rPr>
        <w:t>पदनाम</w:t>
      </w:r>
      <w:proofErr w:type="spellEnd"/>
      <w:r w:rsidRPr="0055564F">
        <w:rPr>
          <w:rFonts w:ascii="DVOT-Surekh" w:hAnsi="DVOT-Surekh" w:cs="DVOT-Surekh"/>
          <w:b/>
          <w:sz w:val="22"/>
        </w:rPr>
        <w:t xml:space="preserve"> व </w:t>
      </w:r>
      <w:proofErr w:type="spellStart"/>
      <w:r w:rsidRPr="0055564F">
        <w:rPr>
          <w:rFonts w:ascii="DVOT-Surekh" w:hAnsi="DVOT-Surekh" w:cs="DVOT-Surekh"/>
          <w:b/>
          <w:sz w:val="22"/>
        </w:rPr>
        <w:t>स्वाक्षरी</w:t>
      </w:r>
      <w:proofErr w:type="spellEnd"/>
    </w:p>
    <w:p w14:paraId="1C1DBB3F" w14:textId="77777777" w:rsidR="0055564F" w:rsidRDefault="0055564F" w:rsidP="0055564F">
      <w:pPr>
        <w:spacing w:after="80"/>
        <w:ind w:firstLine="4536"/>
        <w:jc w:val="center"/>
        <w:rPr>
          <w:rFonts w:ascii="DVOT-Surekh" w:hAnsi="DVOT-Surekh" w:cs="DVOT-Surekh"/>
          <w:b/>
          <w:sz w:val="22"/>
        </w:rPr>
      </w:pPr>
    </w:p>
    <w:p w14:paraId="49F56527" w14:textId="77777777" w:rsidR="0055564F" w:rsidRDefault="0055564F" w:rsidP="0055564F">
      <w:pPr>
        <w:spacing w:after="80"/>
        <w:ind w:firstLine="4536"/>
        <w:jc w:val="center"/>
        <w:rPr>
          <w:rFonts w:ascii="DVOT-Surekh" w:hAnsi="DVOT-Surekh" w:cs="DVOT-Surekh"/>
          <w:b/>
          <w:sz w:val="22"/>
        </w:rPr>
      </w:pPr>
    </w:p>
    <w:p w14:paraId="4D8FCBC5" w14:textId="77777777" w:rsidR="0055564F" w:rsidRDefault="0055564F" w:rsidP="0055564F">
      <w:pPr>
        <w:spacing w:after="80"/>
        <w:ind w:firstLine="4536"/>
        <w:jc w:val="center"/>
        <w:rPr>
          <w:rFonts w:ascii="DVOT-Surekh" w:hAnsi="DVOT-Surekh" w:cs="DVOT-Surekh"/>
          <w:b/>
          <w:sz w:val="22"/>
        </w:rPr>
      </w:pPr>
    </w:p>
    <w:p w14:paraId="1E5C0EE0" w14:textId="77777777" w:rsidR="0055564F" w:rsidRPr="0055564F" w:rsidRDefault="0055564F" w:rsidP="0055564F">
      <w:pPr>
        <w:spacing w:after="80"/>
        <w:ind w:firstLine="4536"/>
        <w:jc w:val="center"/>
        <w:rPr>
          <w:rFonts w:ascii="DVOT-Surekh" w:hAnsi="DVOT-Surekh" w:cs="DVOT-Surekh"/>
        </w:rPr>
      </w:pPr>
    </w:p>
    <w:sectPr w:rsidR="0055564F" w:rsidRPr="0055564F" w:rsidSect="0055564F">
      <w:footerReference w:type="default" r:id="rId8"/>
      <w:pgSz w:w="11909" w:h="16834"/>
      <w:pgMar w:top="1440" w:right="99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5E6F" w14:textId="77777777" w:rsidR="00E866F5" w:rsidRDefault="00E866F5" w:rsidP="0055564F">
      <w:pPr>
        <w:spacing w:after="0" w:line="240" w:lineRule="auto"/>
      </w:pPr>
      <w:r>
        <w:separator/>
      </w:r>
    </w:p>
  </w:endnote>
  <w:endnote w:type="continuationSeparator" w:id="0">
    <w:p w14:paraId="481429ED" w14:textId="77777777" w:rsidR="00E866F5" w:rsidRDefault="00E866F5" w:rsidP="0055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VOT-Surekh">
    <w:panose1 w:val="00000400000000000000"/>
    <w:charset w:val="00"/>
    <w:family w:val="auto"/>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2BEE" w14:textId="21420562" w:rsidR="0055564F" w:rsidRDefault="0055564F">
    <w:pPr>
      <w:pStyle w:val="Footer"/>
    </w:pPr>
    <w:r>
      <w:rPr>
        <w:noProof/>
      </w:rPr>
      <mc:AlternateContent>
        <mc:Choice Requires="wpg">
          <w:drawing>
            <wp:anchor distT="0" distB="0" distL="114300" distR="114300" simplePos="0" relativeHeight="251659264" behindDoc="0" locked="0" layoutInCell="1" allowOverlap="1" wp14:anchorId="7CD53785" wp14:editId="1ABFEEFE">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18F2CE" w14:textId="4C6C97D4" w:rsidR="0055564F" w:rsidRPr="0055564F" w:rsidRDefault="0055564F">
                            <w:pPr>
                              <w:pStyle w:val="Footer"/>
                              <w:tabs>
                                <w:tab w:val="clear" w:pos="4680"/>
                                <w:tab w:val="clear" w:pos="9360"/>
                              </w:tabs>
                              <w:rPr>
                                <w:rFonts w:ascii="Nirmala UI" w:hAnsi="Nirmala UI" w:cs="Nirmala UI"/>
                                <w:caps/>
                                <w:color w:val="808080" w:themeColor="background1" w:themeShade="80"/>
                                <w:sz w:val="20"/>
                                <w:szCs w:val="20"/>
                              </w:rPr>
                            </w:pPr>
                            <w:proofErr w:type="spellStart"/>
                            <w:r>
                              <w:rPr>
                                <w:rFonts w:ascii="Nirmala UI" w:hAnsi="Nirmala UI" w:cs="Nirmala UI"/>
                                <w:color w:val="808080" w:themeColor="background1" w:themeShade="80"/>
                                <w:sz w:val="20"/>
                                <w:szCs w:val="20"/>
                              </w:rPr>
                              <w:t>शासकिय</w:t>
                            </w:r>
                            <w:proofErr w:type="spellEnd"/>
                            <w:r>
                              <w:rPr>
                                <w:rFonts w:ascii="Nirmala UI" w:hAnsi="Nirmala UI" w:cs="Nirmala UI"/>
                                <w:color w:val="808080" w:themeColor="background1" w:themeShade="80"/>
                                <w:sz w:val="20"/>
                                <w:szCs w:val="20"/>
                              </w:rPr>
                              <w:t xml:space="preserve"> </w:t>
                            </w:r>
                            <w:proofErr w:type="spellStart"/>
                            <w:r>
                              <w:rPr>
                                <w:rFonts w:ascii="Nirmala UI" w:hAnsi="Nirmala UI" w:cs="Nirmala UI"/>
                                <w:color w:val="808080" w:themeColor="background1" w:themeShade="80"/>
                                <w:sz w:val="20"/>
                                <w:szCs w:val="20"/>
                              </w:rPr>
                              <w:t>कर्मचारी</w:t>
                            </w:r>
                            <w:proofErr w:type="spellEnd"/>
                            <w:r>
                              <w:rPr>
                                <w:rFonts w:ascii="Nirmala UI" w:hAnsi="Nirmala UI" w:cs="Nirmala UI"/>
                                <w:color w:val="808080" w:themeColor="background1" w:themeShade="80"/>
                                <w:sz w:val="20"/>
                                <w:szCs w:val="20"/>
                              </w:rPr>
                              <w:t xml:space="preserve"> </w:t>
                            </w:r>
                            <w:proofErr w:type="spellStart"/>
                            <w:r>
                              <w:rPr>
                                <w:rFonts w:ascii="Nirmala UI" w:hAnsi="Nirmala UI" w:cs="Nirmala UI"/>
                                <w:color w:val="808080" w:themeColor="background1" w:themeShade="80"/>
                                <w:sz w:val="20"/>
                                <w:szCs w:val="20"/>
                              </w:rPr>
                              <w:t>सेवार्थ</w:t>
                            </w:r>
                            <w:proofErr w:type="spellEnd"/>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CD53785" id="Group 166"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QLVXw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3C18F2CE" w14:textId="4C6C97D4" w:rsidR="0055564F" w:rsidRPr="0055564F" w:rsidRDefault="0055564F">
                      <w:pPr>
                        <w:pStyle w:val="Footer"/>
                        <w:tabs>
                          <w:tab w:val="clear" w:pos="4680"/>
                          <w:tab w:val="clear" w:pos="9360"/>
                        </w:tabs>
                        <w:rPr>
                          <w:rFonts w:ascii="Nirmala UI" w:hAnsi="Nirmala UI" w:cs="Nirmala UI"/>
                          <w:caps/>
                          <w:color w:val="808080" w:themeColor="background1" w:themeShade="80"/>
                          <w:sz w:val="20"/>
                          <w:szCs w:val="20"/>
                        </w:rPr>
                      </w:pPr>
                      <w:proofErr w:type="spellStart"/>
                      <w:r>
                        <w:rPr>
                          <w:rFonts w:ascii="Nirmala UI" w:hAnsi="Nirmala UI" w:cs="Nirmala UI"/>
                          <w:color w:val="808080" w:themeColor="background1" w:themeShade="80"/>
                          <w:sz w:val="20"/>
                          <w:szCs w:val="20"/>
                        </w:rPr>
                        <w:t>शासकिय</w:t>
                      </w:r>
                      <w:proofErr w:type="spellEnd"/>
                      <w:r>
                        <w:rPr>
                          <w:rFonts w:ascii="Nirmala UI" w:hAnsi="Nirmala UI" w:cs="Nirmala UI"/>
                          <w:color w:val="808080" w:themeColor="background1" w:themeShade="80"/>
                          <w:sz w:val="20"/>
                          <w:szCs w:val="20"/>
                        </w:rPr>
                        <w:t xml:space="preserve"> </w:t>
                      </w:r>
                      <w:proofErr w:type="spellStart"/>
                      <w:r>
                        <w:rPr>
                          <w:rFonts w:ascii="Nirmala UI" w:hAnsi="Nirmala UI" w:cs="Nirmala UI"/>
                          <w:color w:val="808080" w:themeColor="background1" w:themeShade="80"/>
                          <w:sz w:val="20"/>
                          <w:szCs w:val="20"/>
                        </w:rPr>
                        <w:t>कर्मचारी</w:t>
                      </w:r>
                      <w:proofErr w:type="spellEnd"/>
                      <w:r>
                        <w:rPr>
                          <w:rFonts w:ascii="Nirmala UI" w:hAnsi="Nirmala UI" w:cs="Nirmala UI"/>
                          <w:color w:val="808080" w:themeColor="background1" w:themeShade="80"/>
                          <w:sz w:val="20"/>
                          <w:szCs w:val="20"/>
                        </w:rPr>
                        <w:t xml:space="preserve"> </w:t>
                      </w:r>
                      <w:proofErr w:type="spellStart"/>
                      <w:r>
                        <w:rPr>
                          <w:rFonts w:ascii="Nirmala UI" w:hAnsi="Nirmala UI" w:cs="Nirmala UI"/>
                          <w:color w:val="808080" w:themeColor="background1" w:themeShade="80"/>
                          <w:sz w:val="20"/>
                          <w:szCs w:val="20"/>
                        </w:rPr>
                        <w:t>सेवार्थ</w:t>
                      </w:r>
                      <w:proofErr w:type="spellEnd"/>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4AE8" w14:textId="77777777" w:rsidR="00E866F5" w:rsidRDefault="00E866F5" w:rsidP="0055564F">
      <w:pPr>
        <w:spacing w:after="0" w:line="240" w:lineRule="auto"/>
      </w:pPr>
      <w:r>
        <w:separator/>
      </w:r>
    </w:p>
  </w:footnote>
  <w:footnote w:type="continuationSeparator" w:id="0">
    <w:p w14:paraId="71A26F1D" w14:textId="77777777" w:rsidR="00E866F5" w:rsidRDefault="00E866F5" w:rsidP="0055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4518690">
    <w:abstractNumId w:val="8"/>
  </w:num>
  <w:num w:numId="2" w16cid:durableId="1128743569">
    <w:abstractNumId w:val="6"/>
  </w:num>
  <w:num w:numId="3" w16cid:durableId="1474834796">
    <w:abstractNumId w:val="5"/>
  </w:num>
  <w:num w:numId="4" w16cid:durableId="853880477">
    <w:abstractNumId w:val="4"/>
  </w:num>
  <w:num w:numId="5" w16cid:durableId="329791286">
    <w:abstractNumId w:val="7"/>
  </w:num>
  <w:num w:numId="6" w16cid:durableId="238945275">
    <w:abstractNumId w:val="3"/>
  </w:num>
  <w:num w:numId="7" w16cid:durableId="17972241">
    <w:abstractNumId w:val="2"/>
  </w:num>
  <w:num w:numId="8" w16cid:durableId="1752047410">
    <w:abstractNumId w:val="1"/>
  </w:num>
  <w:num w:numId="9" w16cid:durableId="104032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48C9"/>
    <w:rsid w:val="0029639D"/>
    <w:rsid w:val="00326F90"/>
    <w:rsid w:val="0055564F"/>
    <w:rsid w:val="005B6D65"/>
    <w:rsid w:val="00AA1D8D"/>
    <w:rsid w:val="00B47730"/>
    <w:rsid w:val="00CB0664"/>
    <w:rsid w:val="00E866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FC657B"/>
  <w14:defaultImageDpi w14:val="300"/>
  <w15:docId w15:val="{C89E14A6-D1F1-406B-B93C-60AE47E2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angal" w:hAnsi="Mangal"/>
      <w:color w:val="222222"/>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Pramod Puri</cp:lastModifiedBy>
  <cp:revision>2</cp:revision>
  <dcterms:created xsi:type="dcterms:W3CDTF">2013-12-23T23:15:00Z</dcterms:created>
  <dcterms:modified xsi:type="dcterms:W3CDTF">2026-07-30T14:24:00Z</dcterms:modified>
  <cp:category/>
</cp:coreProperties>
</file>