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7DDF74" w14:textId="77777777" w:rsidR="00F4553F" w:rsidRDefault="00F4553F" w:rsidP="00F4553F">
      <w:pPr>
        <w:spacing w:after="120" w:line="240" w:lineRule="auto"/>
        <w:jc w:val="center"/>
        <w:rPr>
          <w:b/>
          <w:sz w:val="28"/>
        </w:rPr>
      </w:pPr>
    </w:p>
    <w:p w14:paraId="47C83918" w14:textId="02185B94" w:rsidR="007A158A" w:rsidRDefault="00FC5D9E" w:rsidP="00F4553F">
      <w:pPr>
        <w:spacing w:after="120" w:line="240" w:lineRule="auto"/>
        <w:jc w:val="center"/>
      </w:pPr>
      <w:proofErr w:type="spellStart"/>
      <w:r>
        <w:rPr>
          <w:b/>
          <w:sz w:val="28"/>
        </w:rPr>
        <w:t>शासन</w:t>
      </w:r>
      <w:proofErr w:type="spellEnd"/>
      <w:r>
        <w:rPr>
          <w:b/>
          <w:sz w:val="28"/>
        </w:rPr>
        <w:t xml:space="preserve"> </w:t>
      </w:r>
      <w:proofErr w:type="spellStart"/>
      <w:r>
        <w:rPr>
          <w:b/>
          <w:sz w:val="28"/>
        </w:rPr>
        <w:t>निर्णय</w:t>
      </w:r>
      <w:proofErr w:type="spellEnd"/>
      <w:r>
        <w:rPr>
          <w:b/>
          <w:sz w:val="28"/>
        </w:rPr>
        <w:t xml:space="preserve"> </w:t>
      </w:r>
      <w:proofErr w:type="spellStart"/>
      <w:proofErr w:type="gramStart"/>
      <w:r>
        <w:rPr>
          <w:b/>
          <w:sz w:val="28"/>
        </w:rPr>
        <w:t>क्रमांक</w:t>
      </w:r>
      <w:proofErr w:type="spellEnd"/>
      <w:r>
        <w:rPr>
          <w:b/>
          <w:sz w:val="28"/>
        </w:rPr>
        <w:t xml:space="preserve"> :</w:t>
      </w:r>
      <w:proofErr w:type="gramEnd"/>
      <w:r>
        <w:rPr>
          <w:b/>
          <w:sz w:val="28"/>
        </w:rPr>
        <w:t xml:space="preserve"> संकीर्ण-२०२६/</w:t>
      </w:r>
      <w:proofErr w:type="gramStart"/>
      <w:r>
        <w:rPr>
          <w:b/>
          <w:sz w:val="28"/>
        </w:rPr>
        <w:t>प्र.क्र</w:t>
      </w:r>
      <w:proofErr w:type="gramEnd"/>
      <w:r>
        <w:rPr>
          <w:b/>
          <w:sz w:val="28"/>
        </w:rPr>
        <w:t>.४६/सेवा-४, दि.१५.०६.२०२६ सोबतचा नमुना</w:t>
      </w:r>
    </w:p>
    <w:p w14:paraId="6743272E" w14:textId="77777777" w:rsidR="007A158A" w:rsidRDefault="00FC5D9E" w:rsidP="00F4553F">
      <w:pPr>
        <w:spacing w:after="120" w:line="240" w:lineRule="auto"/>
        <w:jc w:val="center"/>
        <w:rPr>
          <w:b/>
          <w:sz w:val="28"/>
        </w:rPr>
      </w:pPr>
      <w:r>
        <w:rPr>
          <w:b/>
          <w:sz w:val="28"/>
        </w:rPr>
        <w:t>नियत वयोमानानुसार सेवानिवृत्त होणाऱ्या शासकीय अधिकारी / कर्मचारी यांनी निवृत्तिवेतनासाठी भरावयाचा अर्जाचा नमुना (नमुना ५-अ)</w:t>
      </w:r>
    </w:p>
    <w:p w14:paraId="751357B3" w14:textId="77777777" w:rsidR="00F4553F" w:rsidRDefault="00F4553F" w:rsidP="00F4553F">
      <w:pPr>
        <w:spacing w:after="120" w:line="240" w:lineRule="auto"/>
        <w:jc w:val="center"/>
        <w:rPr>
          <w:b/>
          <w:sz w:val="28"/>
        </w:rPr>
      </w:pPr>
    </w:p>
    <w:p w14:paraId="25912B77" w14:textId="030B549E" w:rsidR="009D357F" w:rsidRDefault="009D357F" w:rsidP="009D357F">
      <w:pPr>
        <w:spacing w:after="0" w:line="240" w:lineRule="auto"/>
        <w:jc w:val="center"/>
      </w:pPr>
      <w:r>
        <w:t xml:space="preserve">= = = = = = = = = = = = = = = = = = = =  = = = = = = = = = = = = = = = = = = = = = = = = = = = = = = = = </w:t>
      </w:r>
    </w:p>
    <w:p w14:paraId="16430B45" w14:textId="77777777" w:rsidR="007A158A" w:rsidRDefault="00FC5D9E" w:rsidP="00B31FE9">
      <w:pPr>
        <w:spacing w:after="0" w:line="240" w:lineRule="auto"/>
        <w:jc w:val="center"/>
      </w:pPr>
      <w:r>
        <w:t>(नमुना -१, नमुना-३, नमुना ५, नमुना-६, नमुना बी, नमुना ४२-अ [महाराष्ट्र नागरी सेवा (निवृत्तिवेतन) नियम, १९८२ मधील नियम ११५ (१), ११६ (१४), नियम १२०, १२१(१) (सी), १२२,१२३(१) व (३), १२७ (१) व महाराष्ट्र नागरी सेवा (निवृत्तिवेतनाचे अंशराशीकरण) नियम, १९८४ मधील नियम ५ (२), १२, १३(३), १४ (१) व १५ (३), महाराष्ट्र कोषागार नियम १९६८ मधील नियम ३५८ (१) (ए) व ३५९ (१) (बी)])</w:t>
      </w:r>
    </w:p>
    <w:p w14:paraId="4FC3BD4F" w14:textId="39DAF26C" w:rsidR="00E05548" w:rsidRDefault="00E05548" w:rsidP="00B31FE9">
      <w:pPr>
        <w:spacing w:after="0" w:line="240" w:lineRule="auto"/>
        <w:jc w:val="center"/>
      </w:pPr>
      <w:r>
        <w:t xml:space="preserve">= = = = = = = = = = = = = = = = = = = =  = = = = = = = = = = = = = = = = = = = = = = = = = = = = = = = = </w:t>
      </w:r>
    </w:p>
    <w:p w14:paraId="785D5936" w14:textId="77777777" w:rsidR="00B31FE9" w:rsidRDefault="00B31FE9" w:rsidP="001D5A09">
      <w:pPr>
        <w:spacing w:after="0" w:line="240" w:lineRule="auto"/>
        <w:rPr>
          <w:b/>
          <w:bCs/>
        </w:rPr>
      </w:pPr>
    </w:p>
    <w:p w14:paraId="48E27D0D" w14:textId="77777777" w:rsidR="00284E81" w:rsidRDefault="00FC5D9E" w:rsidP="001D5A09">
      <w:pPr>
        <w:spacing w:after="0" w:line="240" w:lineRule="auto"/>
        <w:rPr>
          <w:b/>
          <w:bCs/>
        </w:rPr>
      </w:pPr>
      <w:proofErr w:type="spellStart"/>
      <w:r w:rsidRPr="001D5A09">
        <w:rPr>
          <w:b/>
          <w:bCs/>
        </w:rPr>
        <w:t>प्रति</w:t>
      </w:r>
      <w:proofErr w:type="spellEnd"/>
      <w:r w:rsidRPr="001D5A09">
        <w:rPr>
          <w:b/>
          <w:bCs/>
        </w:rPr>
        <w:t>,</w:t>
      </w:r>
    </w:p>
    <w:p w14:paraId="469E48F5" w14:textId="02F9EC14" w:rsidR="001D5A09" w:rsidRDefault="00FC5D9E" w:rsidP="001D5A09">
      <w:pPr>
        <w:spacing w:after="0" w:line="240" w:lineRule="auto"/>
        <w:rPr>
          <w:rFonts w:ascii="Nirmala UI" w:hAnsi="Nirmala UI" w:cs="Nirmala UI"/>
        </w:rPr>
      </w:pPr>
      <w:r w:rsidRPr="001D5A09">
        <w:rPr>
          <w:b/>
          <w:bCs/>
        </w:rPr>
        <w:br/>
      </w:r>
      <w:proofErr w:type="spellStart"/>
      <w:r w:rsidR="00456E28" w:rsidRPr="001D5A09">
        <w:rPr>
          <w:rFonts w:ascii="Nirmala UI" w:hAnsi="Nirmala UI" w:cs="Nirmala UI"/>
          <w:b/>
          <w:bCs/>
        </w:rPr>
        <w:t>अधीक्षक</w:t>
      </w:r>
      <w:proofErr w:type="spellEnd"/>
      <w:r w:rsidR="00456E28" w:rsidRPr="001D5A09">
        <w:rPr>
          <w:rFonts w:ascii="Nirmala UI" w:hAnsi="Nirmala UI" w:cs="Nirmala UI"/>
          <w:b/>
          <w:bCs/>
        </w:rPr>
        <w:t xml:space="preserve"> </w:t>
      </w:r>
      <w:proofErr w:type="spellStart"/>
      <w:r w:rsidR="00456E28" w:rsidRPr="001D5A09">
        <w:rPr>
          <w:rFonts w:ascii="Nirmala UI" w:hAnsi="Nirmala UI" w:cs="Nirmala UI"/>
          <w:b/>
          <w:bCs/>
        </w:rPr>
        <w:t>अभियंता</w:t>
      </w:r>
      <w:proofErr w:type="spellEnd"/>
      <w:r w:rsidR="00456E28" w:rsidRPr="001D5A09">
        <w:rPr>
          <w:rFonts w:ascii="Nirmala UI" w:hAnsi="Nirmala UI" w:cs="Nirmala UI"/>
          <w:b/>
          <w:bCs/>
        </w:rPr>
        <w:t>,</w:t>
      </w:r>
      <w:r>
        <w:br/>
      </w:r>
      <w:proofErr w:type="spellStart"/>
      <w:r w:rsidR="00456E28">
        <w:rPr>
          <w:rFonts w:ascii="Nirmala UI" w:hAnsi="Nirmala UI" w:cs="Nirmala UI"/>
        </w:rPr>
        <w:t>दक्षता</w:t>
      </w:r>
      <w:proofErr w:type="spellEnd"/>
      <w:r w:rsidR="00456E28">
        <w:rPr>
          <w:rFonts w:ascii="Nirmala UI" w:hAnsi="Nirmala UI" w:cs="Nirmala UI"/>
        </w:rPr>
        <w:t xml:space="preserve"> व </w:t>
      </w:r>
      <w:proofErr w:type="spellStart"/>
      <w:r w:rsidR="00456E28">
        <w:rPr>
          <w:rFonts w:ascii="Nirmala UI" w:hAnsi="Nirmala UI" w:cs="Nirmala UI"/>
        </w:rPr>
        <w:t>गुण</w:t>
      </w:r>
      <w:proofErr w:type="spellEnd"/>
      <w:r w:rsidR="00456E28">
        <w:rPr>
          <w:rFonts w:ascii="Nirmala UI" w:hAnsi="Nirmala UI" w:cs="Nirmala UI"/>
        </w:rPr>
        <w:t xml:space="preserve"> </w:t>
      </w:r>
      <w:proofErr w:type="spellStart"/>
      <w:r w:rsidR="00456E28">
        <w:rPr>
          <w:rFonts w:ascii="Nirmala UI" w:hAnsi="Nirmala UI" w:cs="Nirmala UI"/>
        </w:rPr>
        <w:t>नियंत्रण</w:t>
      </w:r>
      <w:proofErr w:type="spellEnd"/>
      <w:r w:rsidR="00456E28">
        <w:rPr>
          <w:rFonts w:ascii="Nirmala UI" w:hAnsi="Nirmala UI" w:cs="Nirmala UI"/>
        </w:rPr>
        <w:t xml:space="preserve"> </w:t>
      </w:r>
      <w:proofErr w:type="spellStart"/>
      <w:r w:rsidR="00456E28">
        <w:rPr>
          <w:rFonts w:ascii="Nirmala UI" w:hAnsi="Nirmala UI" w:cs="Nirmala UI"/>
        </w:rPr>
        <w:t>मंडळ</w:t>
      </w:r>
      <w:proofErr w:type="spellEnd"/>
      <w:r w:rsidR="00456E28">
        <w:rPr>
          <w:rFonts w:ascii="Nirmala UI" w:hAnsi="Nirmala UI" w:cs="Nirmala UI"/>
        </w:rPr>
        <w:t>,</w:t>
      </w:r>
    </w:p>
    <w:p w14:paraId="0FA02C11" w14:textId="77777777" w:rsidR="001D5A09" w:rsidRDefault="001D5A09" w:rsidP="001D5A09">
      <w:pPr>
        <w:spacing w:after="0" w:line="240" w:lineRule="auto"/>
        <w:rPr>
          <w:rFonts w:ascii="Nirmala UI" w:hAnsi="Nirmala UI" w:cs="Nirmala UI"/>
        </w:rPr>
      </w:pPr>
      <w:r>
        <w:rPr>
          <w:rFonts w:ascii="Nirmala UI" w:hAnsi="Nirmala UI" w:cs="Nirmala UI"/>
        </w:rPr>
        <w:t>“</w:t>
      </w:r>
      <w:proofErr w:type="spellStart"/>
      <w:r>
        <w:rPr>
          <w:rFonts w:ascii="Nirmala UI" w:hAnsi="Nirmala UI" w:cs="Nirmala UI"/>
        </w:rPr>
        <w:t>बांधकाम</w:t>
      </w:r>
      <w:proofErr w:type="spellEnd"/>
      <w:r>
        <w:rPr>
          <w:rFonts w:ascii="Nirmala UI" w:hAnsi="Nirmala UI" w:cs="Nirmala UI"/>
        </w:rPr>
        <w:t xml:space="preserve"> </w:t>
      </w:r>
      <w:proofErr w:type="spellStart"/>
      <w:r>
        <w:rPr>
          <w:rFonts w:ascii="Nirmala UI" w:hAnsi="Nirmala UI" w:cs="Nirmala UI"/>
        </w:rPr>
        <w:t>भवन</w:t>
      </w:r>
      <w:proofErr w:type="spellEnd"/>
      <w:r>
        <w:rPr>
          <w:rFonts w:ascii="Nirmala UI" w:hAnsi="Nirmala UI" w:cs="Nirmala UI"/>
        </w:rPr>
        <w:t>”</w:t>
      </w:r>
    </w:p>
    <w:p w14:paraId="511A2456" w14:textId="77777777" w:rsidR="00284E81" w:rsidRDefault="001D5A09" w:rsidP="001D5A09">
      <w:pPr>
        <w:spacing w:after="0" w:line="240" w:lineRule="auto"/>
        <w:rPr>
          <w:rFonts w:ascii="Nirmala UI" w:hAnsi="Nirmala UI" w:cs="Nirmala UI"/>
        </w:rPr>
      </w:pPr>
      <w:proofErr w:type="spellStart"/>
      <w:r>
        <w:rPr>
          <w:rFonts w:ascii="Nirmala UI" w:hAnsi="Nirmala UI" w:cs="Nirmala UI"/>
        </w:rPr>
        <w:t>कॅम्प</w:t>
      </w:r>
      <w:proofErr w:type="spellEnd"/>
      <w:r>
        <w:rPr>
          <w:rFonts w:ascii="Nirmala UI" w:hAnsi="Nirmala UI" w:cs="Nirmala UI"/>
        </w:rPr>
        <w:t xml:space="preserve"> </w:t>
      </w:r>
      <w:proofErr w:type="spellStart"/>
      <w:r>
        <w:rPr>
          <w:rFonts w:ascii="Nirmala UI" w:hAnsi="Nirmala UI" w:cs="Nirmala UI"/>
        </w:rPr>
        <w:t>रोड</w:t>
      </w:r>
      <w:proofErr w:type="spellEnd"/>
      <w:r>
        <w:rPr>
          <w:rFonts w:ascii="Nirmala UI" w:hAnsi="Nirmala UI" w:cs="Nirmala UI"/>
        </w:rPr>
        <w:t xml:space="preserve">, </w:t>
      </w:r>
      <w:proofErr w:type="spellStart"/>
      <w:r>
        <w:rPr>
          <w:rFonts w:ascii="Nirmala UI" w:hAnsi="Nirmala UI" w:cs="Nirmala UI"/>
        </w:rPr>
        <w:t>अमरावती</w:t>
      </w:r>
      <w:proofErr w:type="spellEnd"/>
      <w:r>
        <w:rPr>
          <w:rFonts w:ascii="Nirmala UI" w:hAnsi="Nirmala UI" w:cs="Nirmala UI"/>
        </w:rPr>
        <w:t>. 444604</w:t>
      </w:r>
    </w:p>
    <w:p w14:paraId="1C441C49" w14:textId="77777777" w:rsidR="00284E81" w:rsidRDefault="00284E81" w:rsidP="001D5A09">
      <w:pPr>
        <w:spacing w:after="0" w:line="240" w:lineRule="auto"/>
        <w:rPr>
          <w:rFonts w:ascii="Nirmala UI" w:hAnsi="Nirmala UI" w:cs="Nirmala UI"/>
        </w:rPr>
      </w:pPr>
    </w:p>
    <w:p w14:paraId="25141DB3" w14:textId="72F0D5B9" w:rsidR="007A158A" w:rsidRDefault="00FC5D9E" w:rsidP="001D5A09">
      <w:pPr>
        <w:spacing w:after="0" w:line="240" w:lineRule="auto"/>
      </w:pPr>
      <w:proofErr w:type="spellStart"/>
      <w:r>
        <w:t>आहरण</w:t>
      </w:r>
      <w:proofErr w:type="spellEnd"/>
      <w:r>
        <w:t xml:space="preserve"> व </w:t>
      </w:r>
      <w:proofErr w:type="spellStart"/>
      <w:r>
        <w:t>संवितरण</w:t>
      </w:r>
      <w:proofErr w:type="spellEnd"/>
      <w:r>
        <w:t xml:space="preserve"> </w:t>
      </w:r>
      <w:proofErr w:type="spellStart"/>
      <w:r>
        <w:t>अधिकारी</w:t>
      </w:r>
      <w:proofErr w:type="spellEnd"/>
      <w:r>
        <w:t xml:space="preserve"> </w:t>
      </w:r>
      <w:proofErr w:type="spellStart"/>
      <w:r>
        <w:t>सांकेतांक</w:t>
      </w:r>
      <w:proofErr w:type="spellEnd"/>
      <w:r>
        <w:t xml:space="preserve">: </w:t>
      </w:r>
      <w:r w:rsidR="001D5A09">
        <w:t>6101003701</w:t>
      </w:r>
    </w:p>
    <w:p w14:paraId="55042595" w14:textId="77777777" w:rsidR="00284E81" w:rsidRPr="00456E28" w:rsidRDefault="00284E81" w:rsidP="001D5A09">
      <w:pPr>
        <w:spacing w:after="0" w:line="240" w:lineRule="auto"/>
        <w:rPr>
          <w:rFonts w:ascii="Nirmala UI" w:hAnsi="Nirmala UI" w:cs="Nirmala UI"/>
        </w:rPr>
      </w:pPr>
    </w:p>
    <w:p w14:paraId="0FC42862" w14:textId="77777777" w:rsidR="007A158A" w:rsidRDefault="00FC5D9E">
      <w:pPr>
        <w:spacing w:before="240" w:after="120"/>
      </w:pPr>
      <w:r>
        <w:rPr>
          <w:b/>
          <w:sz w:val="24"/>
        </w:rPr>
        <w:t>१. सेवानिवृत्त शासकीय अधिकारी / कर्मचाऱ्याची माहिती -</w:t>
      </w:r>
    </w:p>
    <w:tbl>
      <w:tblPr>
        <w:tblStyle w:val="TableGrid"/>
        <w:tblW w:w="0" w:type="auto"/>
        <w:tblLook w:val="04A0" w:firstRow="1" w:lastRow="0" w:firstColumn="1" w:lastColumn="0" w:noHBand="0" w:noVBand="1"/>
      </w:tblPr>
      <w:tblGrid>
        <w:gridCol w:w="4963"/>
        <w:gridCol w:w="4963"/>
      </w:tblGrid>
      <w:tr w:rsidR="007A158A" w14:paraId="6B695483" w14:textId="77777777">
        <w:tc>
          <w:tcPr>
            <w:tcW w:w="4968" w:type="dxa"/>
          </w:tcPr>
          <w:p w14:paraId="734DEE99" w14:textId="77777777" w:rsidR="007A158A" w:rsidRDefault="00FC5D9E">
            <w:r>
              <w:t>शासकीय कर्मचाऱ्याचे पूर्ण नाव</w:t>
            </w:r>
          </w:p>
        </w:tc>
        <w:tc>
          <w:tcPr>
            <w:tcW w:w="4968" w:type="dxa"/>
          </w:tcPr>
          <w:p w14:paraId="0FC749DD" w14:textId="79CBD5C9" w:rsidR="007A158A" w:rsidRPr="0075542F" w:rsidRDefault="0075542F">
            <w:pPr>
              <w:rPr>
                <w:rFonts w:ascii="Nirmala UI" w:hAnsi="Nirmala UI" w:cs="Nirmala UI"/>
              </w:rPr>
            </w:pPr>
            <w:proofErr w:type="spellStart"/>
            <w:r>
              <w:rPr>
                <w:rFonts w:ascii="Nirmala UI" w:hAnsi="Nirmala UI" w:cs="Nirmala UI"/>
              </w:rPr>
              <w:t>प्रमोद</w:t>
            </w:r>
            <w:proofErr w:type="spellEnd"/>
            <w:r>
              <w:rPr>
                <w:rFonts w:ascii="Nirmala UI" w:hAnsi="Nirmala UI" w:cs="Nirmala UI"/>
              </w:rPr>
              <w:t xml:space="preserve"> </w:t>
            </w:r>
            <w:proofErr w:type="spellStart"/>
            <w:r>
              <w:rPr>
                <w:rFonts w:ascii="Nirmala UI" w:hAnsi="Nirmala UI" w:cs="Nirmala UI"/>
              </w:rPr>
              <w:t>महादेव</w:t>
            </w:r>
            <w:proofErr w:type="spellEnd"/>
            <w:r>
              <w:rPr>
                <w:rFonts w:ascii="Nirmala UI" w:hAnsi="Nirmala UI" w:cs="Nirmala UI"/>
              </w:rPr>
              <w:t xml:space="preserve"> </w:t>
            </w:r>
            <w:proofErr w:type="spellStart"/>
            <w:r>
              <w:rPr>
                <w:rFonts w:ascii="Nirmala UI" w:hAnsi="Nirmala UI" w:cs="Nirmala UI"/>
              </w:rPr>
              <w:t>पुरी</w:t>
            </w:r>
            <w:proofErr w:type="spellEnd"/>
          </w:p>
        </w:tc>
      </w:tr>
      <w:tr w:rsidR="007A158A" w14:paraId="7ECBDF52" w14:textId="77777777">
        <w:tc>
          <w:tcPr>
            <w:tcW w:w="4968" w:type="dxa"/>
          </w:tcPr>
          <w:p w14:paraId="42DC0C64" w14:textId="77777777" w:rsidR="007A158A" w:rsidRDefault="00FC5D9E">
            <w:r>
              <w:t>सेवार्थ आयडी</w:t>
            </w:r>
          </w:p>
        </w:tc>
        <w:tc>
          <w:tcPr>
            <w:tcW w:w="4968" w:type="dxa"/>
          </w:tcPr>
          <w:p w14:paraId="0ED43A43" w14:textId="06D4C5A5" w:rsidR="007A158A" w:rsidRDefault="0075542F">
            <w:r>
              <w:t>PWFPMPM7103</w:t>
            </w:r>
          </w:p>
        </w:tc>
      </w:tr>
      <w:tr w:rsidR="007A158A" w14:paraId="4A7E4C9A" w14:textId="77777777">
        <w:tc>
          <w:tcPr>
            <w:tcW w:w="4968" w:type="dxa"/>
          </w:tcPr>
          <w:p w14:paraId="6E435BD3" w14:textId="77777777" w:rsidR="007A158A" w:rsidRDefault="00FC5D9E">
            <w:r>
              <w:t>जन्म दिनांक</w:t>
            </w:r>
          </w:p>
        </w:tc>
        <w:tc>
          <w:tcPr>
            <w:tcW w:w="4968" w:type="dxa"/>
          </w:tcPr>
          <w:p w14:paraId="2926A46A" w14:textId="14ECE0A2" w:rsidR="007A158A" w:rsidRPr="009F63A0" w:rsidRDefault="0075542F">
            <w:pPr>
              <w:rPr>
                <w:rFonts w:ascii="Nirmala UI" w:hAnsi="Nirmala UI" w:cs="Nirmala UI"/>
              </w:rPr>
            </w:pPr>
            <w:r>
              <w:t>06</w:t>
            </w:r>
            <w:r w:rsidR="009F63A0">
              <w:t xml:space="preserve"> </w:t>
            </w:r>
            <w:proofErr w:type="spellStart"/>
            <w:r w:rsidR="009F63A0">
              <w:rPr>
                <w:rFonts w:ascii="Nirmala UI" w:hAnsi="Nirmala UI" w:cs="Nirmala UI"/>
              </w:rPr>
              <w:t>जानेवारी</w:t>
            </w:r>
            <w:proofErr w:type="spellEnd"/>
            <w:r w:rsidR="009F63A0">
              <w:rPr>
                <w:rFonts w:ascii="Nirmala UI" w:hAnsi="Nirmala UI" w:cs="Nirmala UI"/>
              </w:rPr>
              <w:t xml:space="preserve"> 1971</w:t>
            </w:r>
          </w:p>
        </w:tc>
      </w:tr>
      <w:tr w:rsidR="007A158A" w14:paraId="39DDAB33" w14:textId="77777777">
        <w:tc>
          <w:tcPr>
            <w:tcW w:w="4968" w:type="dxa"/>
          </w:tcPr>
          <w:p w14:paraId="6A4D7E78" w14:textId="7226EEC4" w:rsidR="007A158A" w:rsidRDefault="0075542F">
            <w:r>
              <w:t>/</w:t>
            </w:r>
            <w:proofErr w:type="spellStart"/>
            <w:r w:rsidR="00FC5D9E">
              <w:t>शासकीय</w:t>
            </w:r>
            <w:proofErr w:type="spellEnd"/>
            <w:r w:rsidR="00FC5D9E">
              <w:t xml:space="preserve"> </w:t>
            </w:r>
            <w:proofErr w:type="spellStart"/>
            <w:r w:rsidR="00FC5D9E">
              <w:t>सेवेत</w:t>
            </w:r>
            <w:proofErr w:type="spellEnd"/>
            <w:r w:rsidR="00FC5D9E">
              <w:t xml:space="preserve"> </w:t>
            </w:r>
            <w:proofErr w:type="spellStart"/>
            <w:r w:rsidR="00FC5D9E">
              <w:t>रुजू</w:t>
            </w:r>
            <w:proofErr w:type="spellEnd"/>
            <w:r w:rsidR="00FC5D9E">
              <w:t xml:space="preserve"> </w:t>
            </w:r>
            <w:proofErr w:type="spellStart"/>
            <w:r w:rsidR="00FC5D9E">
              <w:t>दिनांक</w:t>
            </w:r>
            <w:proofErr w:type="spellEnd"/>
            <w:r>
              <w:t>/</w:t>
            </w:r>
          </w:p>
        </w:tc>
        <w:tc>
          <w:tcPr>
            <w:tcW w:w="4968" w:type="dxa"/>
          </w:tcPr>
          <w:p w14:paraId="39F9A938" w14:textId="650B8D5D" w:rsidR="007A158A" w:rsidRPr="009F63A0" w:rsidRDefault="009F63A0">
            <w:pPr>
              <w:rPr>
                <w:rFonts w:ascii="Nirmala UI" w:hAnsi="Nirmala UI" w:cs="Nirmala UI"/>
              </w:rPr>
            </w:pPr>
            <w:r>
              <w:t xml:space="preserve">14 </w:t>
            </w:r>
            <w:proofErr w:type="spellStart"/>
            <w:r>
              <w:rPr>
                <w:rFonts w:ascii="Nirmala UI" w:hAnsi="Nirmala UI" w:cs="Nirmala UI"/>
              </w:rPr>
              <w:t>फेब्रुवारी</w:t>
            </w:r>
            <w:proofErr w:type="spellEnd"/>
            <w:r>
              <w:rPr>
                <w:rFonts w:ascii="Nirmala UI" w:hAnsi="Nirmala UI" w:cs="Nirmala UI"/>
              </w:rPr>
              <w:t xml:space="preserve"> 1995</w:t>
            </w:r>
          </w:p>
        </w:tc>
      </w:tr>
      <w:tr w:rsidR="007A158A" w14:paraId="33A0A937" w14:textId="77777777">
        <w:tc>
          <w:tcPr>
            <w:tcW w:w="4968" w:type="dxa"/>
          </w:tcPr>
          <w:p w14:paraId="07FDA5E9" w14:textId="77777777" w:rsidR="007A158A" w:rsidRDefault="00FC5D9E">
            <w:r>
              <w:t>सेवानिवृत्तीची दिनांक</w:t>
            </w:r>
          </w:p>
        </w:tc>
        <w:tc>
          <w:tcPr>
            <w:tcW w:w="4968" w:type="dxa"/>
          </w:tcPr>
          <w:p w14:paraId="28D2A214" w14:textId="75A5CBB7" w:rsidR="007A158A" w:rsidRPr="00F04F64" w:rsidRDefault="009F63A0">
            <w:pPr>
              <w:rPr>
                <w:rFonts w:ascii="Nirmala UI" w:hAnsi="Nirmala UI" w:cs="Nirmala UI"/>
              </w:rPr>
            </w:pPr>
            <w:r>
              <w:t>31</w:t>
            </w:r>
            <w:r w:rsidR="00F04F64">
              <w:t xml:space="preserve"> </w:t>
            </w:r>
            <w:proofErr w:type="spellStart"/>
            <w:r w:rsidR="00F04F64">
              <w:rPr>
                <w:rFonts w:ascii="Nirmala UI" w:hAnsi="Nirmala UI" w:cs="Nirmala UI"/>
              </w:rPr>
              <w:t>जानेवारी</w:t>
            </w:r>
            <w:proofErr w:type="spellEnd"/>
            <w:r w:rsidR="00F04F64">
              <w:rPr>
                <w:rFonts w:ascii="Nirmala UI" w:hAnsi="Nirmala UI" w:cs="Nirmala UI"/>
              </w:rPr>
              <w:t xml:space="preserve"> 2029</w:t>
            </w:r>
          </w:p>
        </w:tc>
      </w:tr>
      <w:tr w:rsidR="007A158A" w14:paraId="1425785E" w14:textId="77777777">
        <w:tc>
          <w:tcPr>
            <w:tcW w:w="4968" w:type="dxa"/>
          </w:tcPr>
          <w:p w14:paraId="3588758D" w14:textId="77777777" w:rsidR="007A158A" w:rsidRDefault="00FC5D9E">
            <w:r>
              <w:t>सेवानिवृत्तीच्यावेळी धारण केलेले पद</w:t>
            </w:r>
          </w:p>
        </w:tc>
        <w:tc>
          <w:tcPr>
            <w:tcW w:w="4968" w:type="dxa"/>
          </w:tcPr>
          <w:p w14:paraId="4F128281" w14:textId="416F806F" w:rsidR="007A158A" w:rsidRPr="00F04F64" w:rsidRDefault="00F04F64">
            <w:pPr>
              <w:rPr>
                <w:rFonts w:ascii="Nirmala UI" w:hAnsi="Nirmala UI" w:cs="Nirmala UI"/>
              </w:rPr>
            </w:pPr>
            <w:proofErr w:type="spellStart"/>
            <w:r>
              <w:rPr>
                <w:rFonts w:ascii="Nirmala UI" w:hAnsi="Nirmala UI" w:cs="Nirmala UI"/>
              </w:rPr>
              <w:t>वरिष्ठ</w:t>
            </w:r>
            <w:proofErr w:type="spellEnd"/>
            <w:r>
              <w:rPr>
                <w:rFonts w:ascii="Nirmala UI" w:hAnsi="Nirmala UI" w:cs="Nirmala UI"/>
              </w:rPr>
              <w:t xml:space="preserve"> </w:t>
            </w:r>
            <w:proofErr w:type="spellStart"/>
            <w:r>
              <w:rPr>
                <w:rFonts w:ascii="Nirmala UI" w:hAnsi="Nirmala UI" w:cs="Nirmala UI"/>
              </w:rPr>
              <w:t>लिपीक</w:t>
            </w:r>
            <w:proofErr w:type="spellEnd"/>
          </w:p>
        </w:tc>
      </w:tr>
      <w:tr w:rsidR="007A158A" w14:paraId="625E61A4" w14:textId="77777777">
        <w:tc>
          <w:tcPr>
            <w:tcW w:w="4968" w:type="dxa"/>
          </w:tcPr>
          <w:p w14:paraId="7C875808" w14:textId="77777777" w:rsidR="007A158A" w:rsidRDefault="00FC5D9E">
            <w:r>
              <w:t>सेवानिवृत्तीच्या दिनांकास कार्यरत असलेल्या कार्यालयाचे नाव व पत्ता</w:t>
            </w:r>
          </w:p>
        </w:tc>
        <w:tc>
          <w:tcPr>
            <w:tcW w:w="4968" w:type="dxa"/>
          </w:tcPr>
          <w:p w14:paraId="1041D3E4" w14:textId="51F50584" w:rsidR="00F04F64" w:rsidRDefault="00F04F64" w:rsidP="00F04F64">
            <w:pPr>
              <w:rPr>
                <w:rFonts w:ascii="Nirmala UI" w:hAnsi="Nirmala UI" w:cs="Nirmala UI"/>
              </w:rPr>
            </w:pPr>
            <w:proofErr w:type="spellStart"/>
            <w:r w:rsidRPr="001D5A09">
              <w:rPr>
                <w:rFonts w:ascii="Nirmala UI" w:hAnsi="Nirmala UI" w:cs="Nirmala UI"/>
                <w:b/>
                <w:bCs/>
              </w:rPr>
              <w:t>अधीक्षक</w:t>
            </w:r>
            <w:proofErr w:type="spellEnd"/>
            <w:r w:rsidRPr="001D5A09">
              <w:rPr>
                <w:rFonts w:ascii="Nirmala UI" w:hAnsi="Nirmala UI" w:cs="Nirmala UI"/>
                <w:b/>
                <w:bCs/>
              </w:rPr>
              <w:t xml:space="preserve"> </w:t>
            </w:r>
            <w:proofErr w:type="spellStart"/>
            <w:r w:rsidRPr="001D5A09">
              <w:rPr>
                <w:rFonts w:ascii="Nirmala UI" w:hAnsi="Nirmala UI" w:cs="Nirmala UI"/>
                <w:b/>
                <w:bCs/>
              </w:rPr>
              <w:t>अभियंता</w:t>
            </w:r>
            <w:proofErr w:type="spellEnd"/>
            <w:r w:rsidRPr="001D5A09">
              <w:rPr>
                <w:rFonts w:ascii="Nirmala UI" w:hAnsi="Nirmala UI" w:cs="Nirmala UI"/>
                <w:b/>
                <w:bCs/>
              </w:rPr>
              <w:t>,</w:t>
            </w:r>
            <w:r>
              <w:rPr>
                <w:rFonts w:ascii="Nirmala UI" w:hAnsi="Nirmala UI" w:cs="Nirmala UI"/>
              </w:rPr>
              <w:t xml:space="preserve"> </w:t>
            </w:r>
            <w:proofErr w:type="spellStart"/>
            <w:r>
              <w:rPr>
                <w:rFonts w:ascii="Nirmala UI" w:hAnsi="Nirmala UI" w:cs="Nirmala UI"/>
              </w:rPr>
              <w:t>दक्षता</w:t>
            </w:r>
            <w:proofErr w:type="spellEnd"/>
            <w:r>
              <w:rPr>
                <w:rFonts w:ascii="Nirmala UI" w:hAnsi="Nirmala UI" w:cs="Nirmala UI"/>
              </w:rPr>
              <w:t xml:space="preserve"> व </w:t>
            </w:r>
            <w:proofErr w:type="spellStart"/>
            <w:r>
              <w:rPr>
                <w:rFonts w:ascii="Nirmala UI" w:hAnsi="Nirmala UI" w:cs="Nirmala UI"/>
              </w:rPr>
              <w:t>गुण</w:t>
            </w:r>
            <w:proofErr w:type="spellEnd"/>
            <w:r>
              <w:rPr>
                <w:rFonts w:ascii="Nirmala UI" w:hAnsi="Nirmala UI" w:cs="Nirmala UI"/>
              </w:rPr>
              <w:t xml:space="preserve"> </w:t>
            </w:r>
            <w:proofErr w:type="spellStart"/>
            <w:r>
              <w:rPr>
                <w:rFonts w:ascii="Nirmala UI" w:hAnsi="Nirmala UI" w:cs="Nirmala UI"/>
              </w:rPr>
              <w:t>नियंत्रण</w:t>
            </w:r>
            <w:proofErr w:type="spellEnd"/>
            <w:r>
              <w:rPr>
                <w:rFonts w:ascii="Nirmala UI" w:hAnsi="Nirmala UI" w:cs="Nirmala UI"/>
              </w:rPr>
              <w:t xml:space="preserve"> </w:t>
            </w:r>
            <w:proofErr w:type="spellStart"/>
            <w:r>
              <w:rPr>
                <w:rFonts w:ascii="Nirmala UI" w:hAnsi="Nirmala UI" w:cs="Nirmala UI"/>
              </w:rPr>
              <w:t>मंडळ</w:t>
            </w:r>
            <w:proofErr w:type="spellEnd"/>
            <w:r>
              <w:rPr>
                <w:rFonts w:ascii="Nirmala UI" w:hAnsi="Nirmala UI" w:cs="Nirmala UI"/>
              </w:rPr>
              <w:t xml:space="preserve">, </w:t>
            </w:r>
            <w:proofErr w:type="spellStart"/>
            <w:r>
              <w:rPr>
                <w:rFonts w:ascii="Nirmala UI" w:hAnsi="Nirmala UI" w:cs="Nirmala UI"/>
              </w:rPr>
              <w:t>अमरावती</w:t>
            </w:r>
            <w:proofErr w:type="spellEnd"/>
            <w:r>
              <w:rPr>
                <w:rFonts w:ascii="Nirmala UI" w:hAnsi="Nirmala UI" w:cs="Nirmala UI"/>
              </w:rPr>
              <w:t>.</w:t>
            </w:r>
          </w:p>
          <w:p w14:paraId="6F491959" w14:textId="486A8DB2" w:rsidR="007A158A" w:rsidRDefault="007A158A"/>
        </w:tc>
      </w:tr>
      <w:tr w:rsidR="007A158A" w14:paraId="4EE06C67" w14:textId="77777777">
        <w:tc>
          <w:tcPr>
            <w:tcW w:w="4968" w:type="dxa"/>
          </w:tcPr>
          <w:p w14:paraId="59D4C996" w14:textId="77777777" w:rsidR="007A158A" w:rsidRDefault="00FC5D9E">
            <w:r>
              <w:t>UDID क्र. (दिव्यांग असल्यास)</w:t>
            </w:r>
          </w:p>
        </w:tc>
        <w:tc>
          <w:tcPr>
            <w:tcW w:w="4968" w:type="dxa"/>
          </w:tcPr>
          <w:p w14:paraId="534666BE" w14:textId="3C3612FC" w:rsidR="007A158A" w:rsidRPr="00F04F64" w:rsidRDefault="00F04F64">
            <w:pPr>
              <w:rPr>
                <w:rFonts w:ascii="Nirmala UI" w:hAnsi="Nirmala UI" w:cs="Nirmala UI"/>
              </w:rPr>
            </w:pPr>
            <w:proofErr w:type="spellStart"/>
            <w:r>
              <w:rPr>
                <w:rFonts w:ascii="Nirmala UI" w:hAnsi="Nirmala UI" w:cs="Nirmala UI"/>
              </w:rPr>
              <w:t>लागु</w:t>
            </w:r>
            <w:proofErr w:type="spellEnd"/>
            <w:r>
              <w:rPr>
                <w:rFonts w:ascii="Nirmala UI" w:hAnsi="Nirmala UI" w:cs="Nirmala UI"/>
              </w:rPr>
              <w:t xml:space="preserve"> </w:t>
            </w:r>
            <w:proofErr w:type="spellStart"/>
            <w:r>
              <w:rPr>
                <w:rFonts w:ascii="Nirmala UI" w:hAnsi="Nirmala UI" w:cs="Nirmala UI"/>
              </w:rPr>
              <w:t>नाही</w:t>
            </w:r>
            <w:proofErr w:type="spellEnd"/>
          </w:p>
        </w:tc>
      </w:tr>
      <w:tr w:rsidR="007A158A" w14:paraId="5A4B0724" w14:textId="77777777">
        <w:tc>
          <w:tcPr>
            <w:tcW w:w="4968" w:type="dxa"/>
          </w:tcPr>
          <w:p w14:paraId="12AB7C0B" w14:textId="77777777" w:rsidR="007A158A" w:rsidRDefault="00FC5D9E">
            <w:r>
              <w:t>आधार क्र.</w:t>
            </w:r>
          </w:p>
        </w:tc>
        <w:tc>
          <w:tcPr>
            <w:tcW w:w="4968" w:type="dxa"/>
          </w:tcPr>
          <w:p w14:paraId="57C2768E" w14:textId="43BDA729" w:rsidR="007A158A" w:rsidRPr="00BB0C7B" w:rsidRDefault="00BB0C7B">
            <w:pPr>
              <w:rPr>
                <w:rFonts w:ascii="Nirmala UI" w:hAnsi="Nirmala UI" w:cs="Nirmala UI"/>
              </w:rPr>
            </w:pPr>
            <w:r>
              <w:rPr>
                <w:rFonts w:ascii="Nirmala UI" w:hAnsi="Nirmala UI" w:cs="Nirmala UI"/>
              </w:rPr>
              <w:t xml:space="preserve">XXXX </w:t>
            </w:r>
            <w:proofErr w:type="spellStart"/>
            <w:r>
              <w:rPr>
                <w:rFonts w:ascii="Nirmala UI" w:hAnsi="Nirmala UI" w:cs="Nirmala UI"/>
              </w:rPr>
              <w:t>XXXX</w:t>
            </w:r>
            <w:proofErr w:type="spellEnd"/>
            <w:r>
              <w:rPr>
                <w:rFonts w:ascii="Nirmala UI" w:hAnsi="Nirmala UI" w:cs="Nirmala UI"/>
              </w:rPr>
              <w:t xml:space="preserve"> </w:t>
            </w:r>
            <w:proofErr w:type="spellStart"/>
            <w:r>
              <w:rPr>
                <w:rFonts w:ascii="Nirmala UI" w:hAnsi="Nirmala UI" w:cs="Nirmala UI"/>
              </w:rPr>
              <w:t>XXXX</w:t>
            </w:r>
            <w:proofErr w:type="spellEnd"/>
          </w:p>
        </w:tc>
      </w:tr>
      <w:tr w:rsidR="007A158A" w14:paraId="27BCA59E" w14:textId="77777777">
        <w:tc>
          <w:tcPr>
            <w:tcW w:w="4968" w:type="dxa"/>
          </w:tcPr>
          <w:p w14:paraId="0B5DDCF4" w14:textId="77777777" w:rsidR="007A158A" w:rsidRDefault="00FC5D9E">
            <w:r>
              <w:t>पॅन कार्ड क्र.</w:t>
            </w:r>
          </w:p>
        </w:tc>
        <w:tc>
          <w:tcPr>
            <w:tcW w:w="4968" w:type="dxa"/>
          </w:tcPr>
          <w:p w14:paraId="2AF22D32" w14:textId="161E014C" w:rsidR="007A158A" w:rsidRDefault="00BB0C7B">
            <w:r>
              <w:t>GGGGG0000G</w:t>
            </w:r>
          </w:p>
        </w:tc>
      </w:tr>
      <w:tr w:rsidR="007A158A" w14:paraId="01A8D9CE" w14:textId="77777777">
        <w:tc>
          <w:tcPr>
            <w:tcW w:w="4968" w:type="dxa"/>
          </w:tcPr>
          <w:p w14:paraId="0B2A58B2" w14:textId="77777777" w:rsidR="007A158A" w:rsidRDefault="00FC5D9E">
            <w:r>
              <w:t>सेवानिवृत्तीच्या दिनांकाच्या वेळी संवर्ग</w:t>
            </w:r>
          </w:p>
        </w:tc>
        <w:tc>
          <w:tcPr>
            <w:tcW w:w="4968" w:type="dxa"/>
          </w:tcPr>
          <w:p w14:paraId="72996447" w14:textId="0C1C4C36" w:rsidR="007A158A" w:rsidRPr="00BB0C7B" w:rsidRDefault="00BB0C7B">
            <w:pPr>
              <w:rPr>
                <w:rFonts w:ascii="Nirmala UI" w:hAnsi="Nirmala UI" w:cs="Nirmala UI"/>
              </w:rPr>
            </w:pPr>
            <w:proofErr w:type="spellStart"/>
            <w:r>
              <w:rPr>
                <w:rFonts w:ascii="Nirmala UI" w:hAnsi="Nirmala UI" w:cs="Nirmala UI"/>
              </w:rPr>
              <w:t>गट</w:t>
            </w:r>
            <w:proofErr w:type="spellEnd"/>
            <w:r>
              <w:rPr>
                <w:rFonts w:ascii="Nirmala UI" w:hAnsi="Nirmala UI" w:cs="Nirmala UI"/>
              </w:rPr>
              <w:t xml:space="preserve"> “क”</w:t>
            </w:r>
          </w:p>
        </w:tc>
      </w:tr>
    </w:tbl>
    <w:p w14:paraId="45B8576D" w14:textId="77777777" w:rsidR="007A158A" w:rsidRDefault="00FC5D9E">
      <w:pPr>
        <w:spacing w:before="240" w:after="120"/>
      </w:pPr>
      <w:r>
        <w:rPr>
          <w:b/>
          <w:sz w:val="24"/>
        </w:rPr>
        <w:t>२. भविष्यातील पत्रव्यवहारासाठी निवृत्तीनंतरचा निवासस्थान पत्ता -</w:t>
      </w:r>
    </w:p>
    <w:tbl>
      <w:tblPr>
        <w:tblStyle w:val="TableGrid"/>
        <w:tblW w:w="0" w:type="auto"/>
        <w:tblLook w:val="04A0" w:firstRow="1" w:lastRow="0" w:firstColumn="1" w:lastColumn="0" w:noHBand="0" w:noVBand="1"/>
      </w:tblPr>
      <w:tblGrid>
        <w:gridCol w:w="4962"/>
        <w:gridCol w:w="4964"/>
      </w:tblGrid>
      <w:tr w:rsidR="007A158A" w14:paraId="70F32163" w14:textId="77777777">
        <w:tc>
          <w:tcPr>
            <w:tcW w:w="4968" w:type="dxa"/>
          </w:tcPr>
          <w:p w14:paraId="4BFED527" w14:textId="77777777" w:rsidR="007A158A" w:rsidRDefault="00FC5D9E">
            <w:r>
              <w:t>सध्याचा निवासस्थान पत्ता (पिनकोड सह)</w:t>
            </w:r>
          </w:p>
        </w:tc>
        <w:tc>
          <w:tcPr>
            <w:tcW w:w="4968" w:type="dxa"/>
          </w:tcPr>
          <w:p w14:paraId="0A441555" w14:textId="0E3C74A0" w:rsidR="007A158A" w:rsidRPr="0049686E" w:rsidRDefault="0049686E">
            <w:pPr>
              <w:rPr>
                <w:rFonts w:ascii="Nirmala UI" w:hAnsi="Nirmala UI" w:cs="Nirmala UI"/>
              </w:rPr>
            </w:pPr>
            <w:proofErr w:type="spellStart"/>
            <w:r>
              <w:rPr>
                <w:rFonts w:ascii="Nirmala UI" w:hAnsi="Nirmala UI" w:cs="Nirmala UI"/>
              </w:rPr>
              <w:t>जयश्री</w:t>
            </w:r>
            <w:proofErr w:type="spellEnd"/>
            <w:r>
              <w:rPr>
                <w:rFonts w:ascii="Nirmala UI" w:hAnsi="Nirmala UI" w:cs="Nirmala UI"/>
              </w:rPr>
              <w:t xml:space="preserve"> </w:t>
            </w:r>
            <w:proofErr w:type="spellStart"/>
            <w:r>
              <w:rPr>
                <w:rFonts w:ascii="Nirmala UI" w:hAnsi="Nirmala UI" w:cs="Nirmala UI"/>
              </w:rPr>
              <w:t>अपार्टमेंट</w:t>
            </w:r>
            <w:proofErr w:type="spellEnd"/>
            <w:r>
              <w:rPr>
                <w:rFonts w:ascii="Nirmala UI" w:hAnsi="Nirmala UI" w:cs="Nirmala UI"/>
              </w:rPr>
              <w:t xml:space="preserve">, </w:t>
            </w:r>
            <w:proofErr w:type="spellStart"/>
            <w:r>
              <w:rPr>
                <w:rFonts w:ascii="Nirmala UI" w:hAnsi="Nirmala UI" w:cs="Nirmala UI"/>
              </w:rPr>
              <w:t>सौरभ</w:t>
            </w:r>
            <w:proofErr w:type="spellEnd"/>
            <w:r>
              <w:rPr>
                <w:rFonts w:ascii="Nirmala UI" w:hAnsi="Nirmala UI" w:cs="Nirmala UI"/>
              </w:rPr>
              <w:t xml:space="preserve"> </w:t>
            </w:r>
            <w:proofErr w:type="spellStart"/>
            <w:r>
              <w:rPr>
                <w:rFonts w:ascii="Nirmala UI" w:hAnsi="Nirmala UI" w:cs="Nirmala UI"/>
              </w:rPr>
              <w:t>कॉलनी</w:t>
            </w:r>
            <w:proofErr w:type="spellEnd"/>
            <w:r>
              <w:rPr>
                <w:rFonts w:ascii="Nirmala UI" w:hAnsi="Nirmala UI" w:cs="Nirmala UI"/>
              </w:rPr>
              <w:t xml:space="preserve">, </w:t>
            </w:r>
            <w:proofErr w:type="spellStart"/>
            <w:r>
              <w:rPr>
                <w:rFonts w:ascii="Nirmala UI" w:hAnsi="Nirmala UI" w:cs="Nirmala UI"/>
              </w:rPr>
              <w:t>हाय</w:t>
            </w:r>
            <w:proofErr w:type="spellEnd"/>
            <w:r>
              <w:rPr>
                <w:rFonts w:ascii="Nirmala UI" w:hAnsi="Nirmala UI" w:cs="Nirmala UI"/>
              </w:rPr>
              <w:t xml:space="preserve"> </w:t>
            </w:r>
            <w:proofErr w:type="spellStart"/>
            <w:r>
              <w:rPr>
                <w:rFonts w:ascii="Nirmala UI" w:hAnsi="Nirmala UI" w:cs="Nirmala UI"/>
              </w:rPr>
              <w:t>टेंशन</w:t>
            </w:r>
            <w:proofErr w:type="spellEnd"/>
            <w:r>
              <w:rPr>
                <w:rFonts w:ascii="Nirmala UI" w:hAnsi="Nirmala UI" w:cs="Nirmala UI"/>
              </w:rPr>
              <w:t xml:space="preserve"> </w:t>
            </w:r>
            <w:proofErr w:type="spellStart"/>
            <w:r>
              <w:rPr>
                <w:rFonts w:ascii="Nirmala UI" w:hAnsi="Nirmala UI" w:cs="Nirmala UI"/>
              </w:rPr>
              <w:t>लाईन</w:t>
            </w:r>
            <w:proofErr w:type="spellEnd"/>
            <w:r>
              <w:rPr>
                <w:rFonts w:ascii="Nirmala UI" w:hAnsi="Nirmala UI" w:cs="Nirmala UI"/>
              </w:rPr>
              <w:t xml:space="preserve"> </w:t>
            </w:r>
            <w:proofErr w:type="spellStart"/>
            <w:r>
              <w:rPr>
                <w:rFonts w:ascii="Nirmala UI" w:hAnsi="Nirmala UI" w:cs="Nirmala UI"/>
              </w:rPr>
              <w:t>रोड</w:t>
            </w:r>
            <w:proofErr w:type="spellEnd"/>
            <w:r>
              <w:rPr>
                <w:rFonts w:ascii="Nirmala UI" w:hAnsi="Nirmala UI" w:cs="Nirmala UI"/>
              </w:rPr>
              <w:t xml:space="preserve">, </w:t>
            </w:r>
            <w:proofErr w:type="spellStart"/>
            <w:r>
              <w:rPr>
                <w:rFonts w:ascii="Nirmala UI" w:hAnsi="Nirmala UI" w:cs="Nirmala UI"/>
              </w:rPr>
              <w:t>अमरावती</w:t>
            </w:r>
            <w:proofErr w:type="spellEnd"/>
            <w:r>
              <w:rPr>
                <w:rFonts w:ascii="Nirmala UI" w:hAnsi="Nirmala UI" w:cs="Nirmala UI"/>
              </w:rPr>
              <w:t>. 444604</w:t>
            </w:r>
          </w:p>
        </w:tc>
      </w:tr>
      <w:tr w:rsidR="007A158A" w14:paraId="4447B5C5" w14:textId="77777777">
        <w:tc>
          <w:tcPr>
            <w:tcW w:w="4968" w:type="dxa"/>
          </w:tcPr>
          <w:p w14:paraId="3A54C60E" w14:textId="77777777" w:rsidR="007A158A" w:rsidRDefault="00FC5D9E">
            <w:r>
              <w:t>कायमचा निवासस्थान पत्ता (पिनकोड सह)</w:t>
            </w:r>
          </w:p>
        </w:tc>
        <w:tc>
          <w:tcPr>
            <w:tcW w:w="4968" w:type="dxa"/>
          </w:tcPr>
          <w:p w14:paraId="613EE0EC" w14:textId="6BA8160F" w:rsidR="007A158A" w:rsidRPr="00170D40" w:rsidRDefault="00170D40">
            <w:pPr>
              <w:rPr>
                <w:rFonts w:ascii="Nirmala UI" w:hAnsi="Nirmala UI" w:cs="Nirmala UI"/>
              </w:rPr>
            </w:pPr>
            <w:proofErr w:type="spellStart"/>
            <w:r>
              <w:rPr>
                <w:rFonts w:ascii="Nirmala UI" w:hAnsi="Nirmala UI" w:cs="Nirmala UI"/>
              </w:rPr>
              <w:t>जयश्री</w:t>
            </w:r>
            <w:proofErr w:type="spellEnd"/>
            <w:r>
              <w:rPr>
                <w:rFonts w:ascii="Nirmala UI" w:hAnsi="Nirmala UI" w:cs="Nirmala UI"/>
              </w:rPr>
              <w:t xml:space="preserve"> </w:t>
            </w:r>
            <w:proofErr w:type="spellStart"/>
            <w:r>
              <w:rPr>
                <w:rFonts w:ascii="Nirmala UI" w:hAnsi="Nirmala UI" w:cs="Nirmala UI"/>
              </w:rPr>
              <w:t>अपार्टमेंट</w:t>
            </w:r>
            <w:proofErr w:type="spellEnd"/>
            <w:r>
              <w:rPr>
                <w:rFonts w:ascii="Nirmala UI" w:hAnsi="Nirmala UI" w:cs="Nirmala UI"/>
              </w:rPr>
              <w:t xml:space="preserve">, </w:t>
            </w:r>
            <w:proofErr w:type="spellStart"/>
            <w:r>
              <w:rPr>
                <w:rFonts w:ascii="Nirmala UI" w:hAnsi="Nirmala UI" w:cs="Nirmala UI"/>
              </w:rPr>
              <w:t>सौरभ</w:t>
            </w:r>
            <w:proofErr w:type="spellEnd"/>
            <w:r>
              <w:rPr>
                <w:rFonts w:ascii="Nirmala UI" w:hAnsi="Nirmala UI" w:cs="Nirmala UI"/>
              </w:rPr>
              <w:t xml:space="preserve"> </w:t>
            </w:r>
            <w:proofErr w:type="spellStart"/>
            <w:r>
              <w:rPr>
                <w:rFonts w:ascii="Nirmala UI" w:hAnsi="Nirmala UI" w:cs="Nirmala UI"/>
              </w:rPr>
              <w:t>कॉलनी</w:t>
            </w:r>
            <w:proofErr w:type="spellEnd"/>
            <w:r>
              <w:rPr>
                <w:rFonts w:ascii="Nirmala UI" w:hAnsi="Nirmala UI" w:cs="Nirmala UI"/>
              </w:rPr>
              <w:t xml:space="preserve">, </w:t>
            </w:r>
            <w:proofErr w:type="spellStart"/>
            <w:r>
              <w:rPr>
                <w:rFonts w:ascii="Nirmala UI" w:hAnsi="Nirmala UI" w:cs="Nirmala UI"/>
              </w:rPr>
              <w:t>हाय</w:t>
            </w:r>
            <w:proofErr w:type="spellEnd"/>
            <w:r>
              <w:rPr>
                <w:rFonts w:ascii="Nirmala UI" w:hAnsi="Nirmala UI" w:cs="Nirmala UI"/>
              </w:rPr>
              <w:t xml:space="preserve"> </w:t>
            </w:r>
            <w:proofErr w:type="spellStart"/>
            <w:r>
              <w:rPr>
                <w:rFonts w:ascii="Nirmala UI" w:hAnsi="Nirmala UI" w:cs="Nirmala UI"/>
              </w:rPr>
              <w:t>टेंशन</w:t>
            </w:r>
            <w:proofErr w:type="spellEnd"/>
            <w:r>
              <w:rPr>
                <w:rFonts w:ascii="Nirmala UI" w:hAnsi="Nirmala UI" w:cs="Nirmala UI"/>
              </w:rPr>
              <w:t xml:space="preserve"> </w:t>
            </w:r>
            <w:proofErr w:type="spellStart"/>
            <w:r>
              <w:rPr>
                <w:rFonts w:ascii="Nirmala UI" w:hAnsi="Nirmala UI" w:cs="Nirmala UI"/>
              </w:rPr>
              <w:t>लाईन</w:t>
            </w:r>
            <w:proofErr w:type="spellEnd"/>
            <w:r>
              <w:rPr>
                <w:rFonts w:ascii="Nirmala UI" w:hAnsi="Nirmala UI" w:cs="Nirmala UI"/>
              </w:rPr>
              <w:t xml:space="preserve"> </w:t>
            </w:r>
            <w:proofErr w:type="spellStart"/>
            <w:r>
              <w:rPr>
                <w:rFonts w:ascii="Nirmala UI" w:hAnsi="Nirmala UI" w:cs="Nirmala UI"/>
              </w:rPr>
              <w:t>रोड</w:t>
            </w:r>
            <w:proofErr w:type="spellEnd"/>
            <w:r>
              <w:rPr>
                <w:rFonts w:ascii="Nirmala UI" w:hAnsi="Nirmala UI" w:cs="Nirmala UI"/>
              </w:rPr>
              <w:t xml:space="preserve">, </w:t>
            </w:r>
            <w:proofErr w:type="spellStart"/>
            <w:r>
              <w:rPr>
                <w:rFonts w:ascii="Nirmala UI" w:hAnsi="Nirmala UI" w:cs="Nirmala UI"/>
              </w:rPr>
              <w:t>अमरावती</w:t>
            </w:r>
            <w:proofErr w:type="spellEnd"/>
            <w:r>
              <w:rPr>
                <w:rFonts w:ascii="Nirmala UI" w:hAnsi="Nirmala UI" w:cs="Nirmala UI"/>
              </w:rPr>
              <w:t>. 444604</w:t>
            </w:r>
          </w:p>
        </w:tc>
      </w:tr>
      <w:tr w:rsidR="007A158A" w14:paraId="1D494B30" w14:textId="77777777">
        <w:tc>
          <w:tcPr>
            <w:tcW w:w="4968" w:type="dxa"/>
          </w:tcPr>
          <w:p w14:paraId="0E151FF6" w14:textId="77777777" w:rsidR="007A158A" w:rsidRDefault="00FC5D9E">
            <w:r>
              <w:t>मोबाईल क्र.</w:t>
            </w:r>
          </w:p>
        </w:tc>
        <w:tc>
          <w:tcPr>
            <w:tcW w:w="4968" w:type="dxa"/>
          </w:tcPr>
          <w:p w14:paraId="5B77C83A" w14:textId="00A4FC43" w:rsidR="007A158A" w:rsidRPr="00F4553F" w:rsidRDefault="00F4553F">
            <w:pPr>
              <w:rPr>
                <w:rFonts w:ascii="Nirmala UI" w:hAnsi="Nirmala UI" w:cs="Nirmala UI"/>
              </w:rPr>
            </w:pPr>
            <w:r>
              <w:rPr>
                <w:rFonts w:ascii="Nirmala UI" w:hAnsi="Nirmala UI" w:cs="Nirmala UI"/>
              </w:rPr>
              <w:t>XXXXXXXXXX</w:t>
            </w:r>
          </w:p>
        </w:tc>
      </w:tr>
      <w:tr w:rsidR="007A158A" w14:paraId="2701C3D9" w14:textId="77777777">
        <w:tc>
          <w:tcPr>
            <w:tcW w:w="4968" w:type="dxa"/>
          </w:tcPr>
          <w:p w14:paraId="1FD63C6B" w14:textId="77777777" w:rsidR="007A158A" w:rsidRDefault="00FC5D9E">
            <w:r>
              <w:t>ई-मेल आयडी</w:t>
            </w:r>
          </w:p>
        </w:tc>
        <w:tc>
          <w:tcPr>
            <w:tcW w:w="4968" w:type="dxa"/>
          </w:tcPr>
          <w:p w14:paraId="78D88F63" w14:textId="11D482AB" w:rsidR="007A158A" w:rsidRPr="00170D40" w:rsidRDefault="00170D40">
            <w:pPr>
              <w:rPr>
                <w:rFonts w:ascii="Nirmala UI" w:hAnsi="Nirmala UI" w:cs="Nirmala UI"/>
              </w:rPr>
            </w:pPr>
            <w:r>
              <w:rPr>
                <w:rFonts w:ascii="Nirmala UI" w:hAnsi="Nirmala UI" w:cs="Nirmala UI"/>
              </w:rPr>
              <w:t>puriakl</w:t>
            </w:r>
            <w:r w:rsidR="009D6F71">
              <w:rPr>
                <w:rFonts w:ascii="Nirmala UI" w:hAnsi="Nirmala UI" w:cs="Nirmala UI"/>
              </w:rPr>
              <w:t>@gmail.com</w:t>
            </w:r>
          </w:p>
        </w:tc>
      </w:tr>
    </w:tbl>
    <w:p w14:paraId="09C3317B" w14:textId="16B4E0A8" w:rsidR="007A158A" w:rsidRDefault="00FC5D9E">
      <w:pPr>
        <w:spacing w:before="240" w:after="120"/>
      </w:pPr>
      <w:r>
        <w:rPr>
          <w:b/>
          <w:sz w:val="24"/>
        </w:rPr>
        <w:lastRenderedPageBreak/>
        <w:t>३. ज्या कोषागार आणि बँकाद्वारे निवृत्तिवेतन घ्यावयाचे आहे त्याची माहिती -</w:t>
      </w:r>
    </w:p>
    <w:tbl>
      <w:tblPr>
        <w:tblStyle w:val="TableGrid"/>
        <w:tblW w:w="0" w:type="auto"/>
        <w:tblLook w:val="04A0" w:firstRow="1" w:lastRow="0" w:firstColumn="1" w:lastColumn="0" w:noHBand="0" w:noVBand="1"/>
      </w:tblPr>
      <w:tblGrid>
        <w:gridCol w:w="4963"/>
        <w:gridCol w:w="4963"/>
      </w:tblGrid>
      <w:tr w:rsidR="007A158A" w14:paraId="1CFE1C9B" w14:textId="77777777">
        <w:tc>
          <w:tcPr>
            <w:tcW w:w="4968" w:type="dxa"/>
          </w:tcPr>
          <w:p w14:paraId="204DE067" w14:textId="77777777" w:rsidR="007A158A" w:rsidRDefault="00FC5D9E">
            <w:r>
              <w:t>कोषागाराचे नाव</w:t>
            </w:r>
          </w:p>
        </w:tc>
        <w:tc>
          <w:tcPr>
            <w:tcW w:w="4968" w:type="dxa"/>
          </w:tcPr>
          <w:p w14:paraId="66A6830B" w14:textId="1D0395B2" w:rsidR="007A158A" w:rsidRPr="009D6F71" w:rsidRDefault="009D6F71">
            <w:pPr>
              <w:rPr>
                <w:rFonts w:ascii="Nirmala UI" w:hAnsi="Nirmala UI" w:cs="Nirmala UI"/>
              </w:rPr>
            </w:pPr>
            <w:proofErr w:type="spellStart"/>
            <w:r>
              <w:rPr>
                <w:rFonts w:ascii="Nirmala UI" w:hAnsi="Nirmala UI" w:cs="Nirmala UI"/>
              </w:rPr>
              <w:t>कोषागार</w:t>
            </w:r>
            <w:proofErr w:type="spellEnd"/>
            <w:r>
              <w:rPr>
                <w:rFonts w:ascii="Nirmala UI" w:hAnsi="Nirmala UI" w:cs="Nirmala UI"/>
              </w:rPr>
              <w:t xml:space="preserve"> </w:t>
            </w:r>
            <w:proofErr w:type="spellStart"/>
            <w:r>
              <w:rPr>
                <w:rFonts w:ascii="Nirmala UI" w:hAnsi="Nirmala UI" w:cs="Nirmala UI"/>
              </w:rPr>
              <w:t>कार्यालय</w:t>
            </w:r>
            <w:proofErr w:type="spellEnd"/>
            <w:r>
              <w:rPr>
                <w:rFonts w:ascii="Nirmala UI" w:hAnsi="Nirmala UI" w:cs="Nirmala UI"/>
              </w:rPr>
              <w:t xml:space="preserve">, </w:t>
            </w:r>
            <w:proofErr w:type="spellStart"/>
            <w:r>
              <w:rPr>
                <w:rFonts w:ascii="Nirmala UI" w:hAnsi="Nirmala UI" w:cs="Nirmala UI"/>
              </w:rPr>
              <w:t>अमरावती</w:t>
            </w:r>
            <w:proofErr w:type="spellEnd"/>
          </w:p>
        </w:tc>
      </w:tr>
      <w:tr w:rsidR="007A158A" w14:paraId="4150FD65" w14:textId="77777777">
        <w:tc>
          <w:tcPr>
            <w:tcW w:w="4968" w:type="dxa"/>
          </w:tcPr>
          <w:p w14:paraId="5B9C3774" w14:textId="77777777" w:rsidR="007A158A" w:rsidRDefault="00FC5D9E">
            <w:r>
              <w:t xml:space="preserve">बँकेतील खाते क्र. </w:t>
            </w:r>
            <w:r>
              <w:br/>
              <w:t>(अ. वैयक्तिक, आ. संयुक्त [फक्त पती / पत्नी सोबत], मात्र सेवानिवृत्त कर्मचारी प्रथम खातेधारक असणे आवश्यक)</w:t>
            </w:r>
          </w:p>
        </w:tc>
        <w:tc>
          <w:tcPr>
            <w:tcW w:w="4968" w:type="dxa"/>
          </w:tcPr>
          <w:p w14:paraId="1308527B" w14:textId="525A167B" w:rsidR="007A158A" w:rsidRDefault="00282DC7">
            <w:r>
              <w:t>00000000000</w:t>
            </w:r>
          </w:p>
        </w:tc>
      </w:tr>
      <w:tr w:rsidR="007A158A" w14:paraId="5D9CEF09" w14:textId="77777777">
        <w:tc>
          <w:tcPr>
            <w:tcW w:w="4968" w:type="dxa"/>
          </w:tcPr>
          <w:p w14:paraId="5B15D4D2" w14:textId="77777777" w:rsidR="007A158A" w:rsidRDefault="00FC5D9E">
            <w:r>
              <w:t>बँकेचे नाव</w:t>
            </w:r>
          </w:p>
        </w:tc>
        <w:tc>
          <w:tcPr>
            <w:tcW w:w="4968" w:type="dxa"/>
          </w:tcPr>
          <w:p w14:paraId="6F9260EA" w14:textId="29764836" w:rsidR="007A158A" w:rsidRPr="00282DC7" w:rsidRDefault="00282DC7">
            <w:pPr>
              <w:rPr>
                <w:rFonts w:ascii="Nirmala UI" w:hAnsi="Nirmala UI" w:cs="Nirmala UI"/>
              </w:rPr>
            </w:pPr>
            <w:proofErr w:type="spellStart"/>
            <w:r>
              <w:rPr>
                <w:rFonts w:ascii="Nirmala UI" w:hAnsi="Nirmala UI" w:cs="Nirmala UI"/>
              </w:rPr>
              <w:t>भारतीय</w:t>
            </w:r>
            <w:proofErr w:type="spellEnd"/>
            <w:r>
              <w:rPr>
                <w:rFonts w:ascii="Nirmala UI" w:hAnsi="Nirmala UI" w:cs="Nirmala UI"/>
              </w:rPr>
              <w:t xml:space="preserve"> </w:t>
            </w:r>
            <w:proofErr w:type="spellStart"/>
            <w:r>
              <w:rPr>
                <w:rFonts w:ascii="Nirmala UI" w:hAnsi="Nirmala UI" w:cs="Nirmala UI"/>
              </w:rPr>
              <w:t>स्टेट</w:t>
            </w:r>
            <w:proofErr w:type="spellEnd"/>
            <w:r>
              <w:rPr>
                <w:rFonts w:ascii="Nirmala UI" w:hAnsi="Nirmala UI" w:cs="Nirmala UI"/>
              </w:rPr>
              <w:t xml:space="preserve"> </w:t>
            </w:r>
            <w:proofErr w:type="spellStart"/>
            <w:r>
              <w:rPr>
                <w:rFonts w:ascii="Nirmala UI" w:hAnsi="Nirmala UI" w:cs="Nirmala UI"/>
              </w:rPr>
              <w:t>बँक</w:t>
            </w:r>
            <w:proofErr w:type="spellEnd"/>
            <w:r>
              <w:rPr>
                <w:rFonts w:ascii="Nirmala UI" w:hAnsi="Nirmala UI" w:cs="Nirmala UI"/>
              </w:rPr>
              <w:t xml:space="preserve"> </w:t>
            </w:r>
          </w:p>
        </w:tc>
      </w:tr>
      <w:tr w:rsidR="007A158A" w14:paraId="1B19DF8F" w14:textId="77777777">
        <w:tc>
          <w:tcPr>
            <w:tcW w:w="4968" w:type="dxa"/>
          </w:tcPr>
          <w:p w14:paraId="688B1A30" w14:textId="77777777" w:rsidR="007A158A" w:rsidRDefault="00FC5D9E">
            <w:r>
              <w:t>बँकेच्या शाखेचे नाव</w:t>
            </w:r>
          </w:p>
        </w:tc>
        <w:tc>
          <w:tcPr>
            <w:tcW w:w="4968" w:type="dxa"/>
          </w:tcPr>
          <w:p w14:paraId="3B788F2F" w14:textId="730B1366" w:rsidR="007A158A" w:rsidRPr="005A048E" w:rsidRDefault="005A048E">
            <w:pPr>
              <w:rPr>
                <w:rFonts w:ascii="Nirmala UI" w:hAnsi="Nirmala UI" w:cs="Nirmala UI"/>
              </w:rPr>
            </w:pPr>
            <w:proofErr w:type="spellStart"/>
            <w:r>
              <w:rPr>
                <w:rFonts w:ascii="Nirmala UI" w:hAnsi="Nirmala UI" w:cs="Nirmala UI"/>
              </w:rPr>
              <w:t>नवसारी</w:t>
            </w:r>
            <w:proofErr w:type="spellEnd"/>
          </w:p>
        </w:tc>
      </w:tr>
      <w:tr w:rsidR="007A158A" w14:paraId="4CA337DA" w14:textId="77777777">
        <w:tc>
          <w:tcPr>
            <w:tcW w:w="4968" w:type="dxa"/>
          </w:tcPr>
          <w:p w14:paraId="4AA2307D" w14:textId="77777777" w:rsidR="007A158A" w:rsidRDefault="00FC5D9E">
            <w:r>
              <w:t>आय.एफ.एस.सी. कोड</w:t>
            </w:r>
          </w:p>
        </w:tc>
        <w:tc>
          <w:tcPr>
            <w:tcW w:w="4968" w:type="dxa"/>
          </w:tcPr>
          <w:p w14:paraId="4B2B0673" w14:textId="53E38AE1" w:rsidR="007A158A" w:rsidRDefault="005A048E">
            <w:r w:rsidRPr="00EE3336">
              <w:rPr>
                <w:color w:val="F2F2F2" w:themeColor="background1" w:themeShade="F2"/>
              </w:rPr>
              <w:t>S</w:t>
            </w:r>
            <w:r w:rsidR="003B716F" w:rsidRPr="00EE3336">
              <w:rPr>
                <w:color w:val="F2F2F2" w:themeColor="background1" w:themeShade="F2"/>
              </w:rPr>
              <w:t>BIN0000000</w:t>
            </w:r>
          </w:p>
        </w:tc>
      </w:tr>
    </w:tbl>
    <w:p w14:paraId="2CA28A60" w14:textId="77777777" w:rsidR="007A158A" w:rsidRDefault="00FC5D9E">
      <w:pPr>
        <w:spacing w:before="240" w:after="120"/>
      </w:pPr>
      <w:r>
        <w:rPr>
          <w:b/>
          <w:sz w:val="24"/>
        </w:rPr>
        <w:t>४. जेव्हा एखादा शासकीय कर्मचारी फॉर्म सादर करण्याच्या स्थितीत नसतो तेव्हा निवृत्त होणाऱ्या / निवृत्त शासकीय कर्मचाऱ्यांच्यावतीने हा फॉर्म सादर करण्यासाठी अधिकृत केलेल्या शासकीय कर्मचाऱ्यांच्या कुटुंबातील सदस्यांची माहिती</w:t>
      </w:r>
    </w:p>
    <w:tbl>
      <w:tblPr>
        <w:tblStyle w:val="TableGrid"/>
        <w:tblW w:w="0" w:type="auto"/>
        <w:tblLook w:val="04A0" w:firstRow="1" w:lastRow="0" w:firstColumn="1" w:lastColumn="0" w:noHBand="0" w:noVBand="1"/>
      </w:tblPr>
      <w:tblGrid>
        <w:gridCol w:w="4963"/>
        <w:gridCol w:w="4963"/>
      </w:tblGrid>
      <w:tr w:rsidR="007A158A" w14:paraId="63EEFFD5" w14:textId="77777777">
        <w:tc>
          <w:tcPr>
            <w:tcW w:w="4968" w:type="dxa"/>
          </w:tcPr>
          <w:p w14:paraId="72A35917" w14:textId="77777777" w:rsidR="007A158A" w:rsidRDefault="00FC5D9E">
            <w:r>
              <w:t>नाव</w:t>
            </w:r>
          </w:p>
        </w:tc>
        <w:tc>
          <w:tcPr>
            <w:tcW w:w="4968" w:type="dxa"/>
          </w:tcPr>
          <w:p w14:paraId="7F9DCDD9" w14:textId="6CB3219A" w:rsidR="007A158A" w:rsidRPr="00F4553F" w:rsidRDefault="00294BE2">
            <w:pPr>
              <w:rPr>
                <w:rFonts w:ascii="Nirmala UI" w:hAnsi="Nirmala UI" w:cs="Nirmala UI"/>
                <w:color w:val="EE0000"/>
              </w:rPr>
            </w:pPr>
            <w:proofErr w:type="spellStart"/>
            <w:r w:rsidRPr="00F4553F">
              <w:rPr>
                <w:rFonts w:ascii="Nirmala UI" w:hAnsi="Nirmala UI" w:cs="Nirmala UI"/>
                <w:color w:val="EE0000"/>
              </w:rPr>
              <w:t>जर</w:t>
            </w:r>
            <w:proofErr w:type="spellEnd"/>
            <w:r w:rsidRPr="00F4553F">
              <w:rPr>
                <w:rFonts w:ascii="Nirmala UI" w:hAnsi="Nirmala UI" w:cs="Nirmala UI"/>
                <w:color w:val="EE0000"/>
              </w:rPr>
              <w:t xml:space="preserve"> </w:t>
            </w:r>
            <w:proofErr w:type="spellStart"/>
            <w:r w:rsidRPr="00F4553F">
              <w:rPr>
                <w:rFonts w:ascii="Nirmala UI" w:hAnsi="Nirmala UI" w:cs="Nirmala UI"/>
                <w:color w:val="EE0000"/>
              </w:rPr>
              <w:t>कर्मचारी</w:t>
            </w:r>
            <w:proofErr w:type="spellEnd"/>
            <w:r w:rsidRPr="00F4553F">
              <w:rPr>
                <w:rFonts w:ascii="Nirmala UI" w:hAnsi="Nirmala UI" w:cs="Nirmala UI"/>
                <w:color w:val="EE0000"/>
              </w:rPr>
              <w:t xml:space="preserve"> </w:t>
            </w:r>
            <w:proofErr w:type="spellStart"/>
            <w:r w:rsidRPr="00F4553F">
              <w:rPr>
                <w:rFonts w:ascii="Nirmala UI" w:hAnsi="Nirmala UI" w:cs="Nirmala UI"/>
                <w:color w:val="EE0000"/>
              </w:rPr>
              <w:t>आजारी</w:t>
            </w:r>
            <w:proofErr w:type="spellEnd"/>
            <w:r w:rsidRPr="00F4553F">
              <w:rPr>
                <w:rFonts w:ascii="Nirmala UI" w:hAnsi="Nirmala UI" w:cs="Nirmala UI"/>
                <w:color w:val="EE0000"/>
              </w:rPr>
              <w:t xml:space="preserve"> </w:t>
            </w:r>
            <w:proofErr w:type="spellStart"/>
            <w:r w:rsidRPr="00F4553F">
              <w:rPr>
                <w:rFonts w:ascii="Nirmala UI" w:hAnsi="Nirmala UI" w:cs="Nirmala UI"/>
                <w:color w:val="EE0000"/>
              </w:rPr>
              <w:t>असुन</w:t>
            </w:r>
            <w:proofErr w:type="spellEnd"/>
            <w:r w:rsidRPr="00F4553F">
              <w:rPr>
                <w:rFonts w:ascii="Nirmala UI" w:hAnsi="Nirmala UI" w:cs="Nirmala UI"/>
                <w:color w:val="EE0000"/>
              </w:rPr>
              <w:t xml:space="preserve"> </w:t>
            </w:r>
            <w:proofErr w:type="spellStart"/>
            <w:r w:rsidRPr="00F4553F">
              <w:rPr>
                <w:rFonts w:ascii="Nirmala UI" w:hAnsi="Nirmala UI" w:cs="Nirmala UI"/>
                <w:color w:val="EE0000"/>
              </w:rPr>
              <w:t>तो</w:t>
            </w:r>
            <w:proofErr w:type="spellEnd"/>
            <w:r w:rsidRPr="00F4553F">
              <w:rPr>
                <w:rFonts w:ascii="Nirmala UI" w:hAnsi="Nirmala UI" w:cs="Nirmala UI"/>
                <w:color w:val="EE0000"/>
              </w:rPr>
              <w:t xml:space="preserve"> </w:t>
            </w:r>
            <w:proofErr w:type="spellStart"/>
            <w:r w:rsidRPr="00F4553F">
              <w:rPr>
                <w:rFonts w:ascii="Nirmala UI" w:hAnsi="Nirmala UI" w:cs="Nirmala UI"/>
                <w:color w:val="EE0000"/>
              </w:rPr>
              <w:t>लिहू</w:t>
            </w:r>
            <w:proofErr w:type="spellEnd"/>
            <w:r w:rsidRPr="00F4553F">
              <w:rPr>
                <w:rFonts w:ascii="Nirmala UI" w:hAnsi="Nirmala UI" w:cs="Nirmala UI"/>
                <w:color w:val="EE0000"/>
              </w:rPr>
              <w:t xml:space="preserve"> </w:t>
            </w:r>
            <w:proofErr w:type="spellStart"/>
            <w:r w:rsidRPr="00F4553F">
              <w:rPr>
                <w:rFonts w:ascii="Nirmala UI" w:hAnsi="Nirmala UI" w:cs="Nirmala UI"/>
                <w:color w:val="EE0000"/>
              </w:rPr>
              <w:t>शकत</w:t>
            </w:r>
            <w:proofErr w:type="spellEnd"/>
            <w:r w:rsidRPr="00F4553F">
              <w:rPr>
                <w:rFonts w:ascii="Nirmala UI" w:hAnsi="Nirmala UI" w:cs="Nirmala UI"/>
                <w:color w:val="EE0000"/>
              </w:rPr>
              <w:t xml:space="preserve"> </w:t>
            </w:r>
            <w:proofErr w:type="spellStart"/>
            <w:r w:rsidRPr="00F4553F">
              <w:rPr>
                <w:rFonts w:ascii="Nirmala UI" w:hAnsi="Nirmala UI" w:cs="Nirmala UI"/>
                <w:color w:val="EE0000"/>
              </w:rPr>
              <w:t>नाही</w:t>
            </w:r>
            <w:proofErr w:type="spellEnd"/>
            <w:r w:rsidRPr="00F4553F">
              <w:rPr>
                <w:rFonts w:ascii="Nirmala UI" w:hAnsi="Nirmala UI" w:cs="Nirmala UI"/>
                <w:color w:val="EE0000"/>
              </w:rPr>
              <w:t xml:space="preserve"> </w:t>
            </w:r>
            <w:proofErr w:type="spellStart"/>
            <w:r w:rsidRPr="00F4553F">
              <w:rPr>
                <w:rFonts w:ascii="Nirmala UI" w:hAnsi="Nirmala UI" w:cs="Nirmala UI"/>
                <w:color w:val="EE0000"/>
              </w:rPr>
              <w:t>अशा</w:t>
            </w:r>
            <w:proofErr w:type="spellEnd"/>
          </w:p>
        </w:tc>
      </w:tr>
      <w:tr w:rsidR="007A158A" w14:paraId="0B282889" w14:textId="77777777">
        <w:tc>
          <w:tcPr>
            <w:tcW w:w="4968" w:type="dxa"/>
          </w:tcPr>
          <w:p w14:paraId="62D96DE9" w14:textId="77777777" w:rsidR="007A158A" w:rsidRDefault="00FC5D9E">
            <w:r>
              <w:t>शासकीय कर्मचाऱ्याशी नाते</w:t>
            </w:r>
          </w:p>
        </w:tc>
        <w:tc>
          <w:tcPr>
            <w:tcW w:w="4968" w:type="dxa"/>
          </w:tcPr>
          <w:p w14:paraId="4A5A7430" w14:textId="6B4CD6B8" w:rsidR="007A158A" w:rsidRPr="00F4553F" w:rsidRDefault="00294BE2">
            <w:pPr>
              <w:rPr>
                <w:rFonts w:ascii="Nirmala UI" w:hAnsi="Nirmala UI" w:cs="Nirmala UI"/>
                <w:color w:val="EE0000"/>
              </w:rPr>
            </w:pPr>
            <w:proofErr w:type="spellStart"/>
            <w:r w:rsidRPr="00F4553F">
              <w:rPr>
                <w:rFonts w:ascii="Nirmala UI" w:hAnsi="Nirmala UI" w:cs="Nirmala UI"/>
                <w:color w:val="EE0000"/>
              </w:rPr>
              <w:t>वेळेस</w:t>
            </w:r>
            <w:proofErr w:type="spellEnd"/>
            <w:r w:rsidRPr="00F4553F">
              <w:rPr>
                <w:rFonts w:ascii="Nirmala UI" w:hAnsi="Nirmala UI" w:cs="Nirmala UI"/>
                <w:color w:val="EE0000"/>
              </w:rPr>
              <w:t xml:space="preserve"> </w:t>
            </w:r>
            <w:proofErr w:type="spellStart"/>
            <w:r w:rsidRPr="00F4553F">
              <w:rPr>
                <w:rFonts w:ascii="Nirmala UI" w:hAnsi="Nirmala UI" w:cs="Nirmala UI"/>
                <w:color w:val="EE0000"/>
              </w:rPr>
              <w:t>त्याचे</w:t>
            </w:r>
            <w:proofErr w:type="spellEnd"/>
            <w:r w:rsidRPr="00F4553F">
              <w:rPr>
                <w:rFonts w:ascii="Nirmala UI" w:hAnsi="Nirmala UI" w:cs="Nirmala UI"/>
                <w:color w:val="EE0000"/>
              </w:rPr>
              <w:t xml:space="preserve"> </w:t>
            </w:r>
            <w:proofErr w:type="spellStart"/>
            <w:r w:rsidRPr="00F4553F">
              <w:rPr>
                <w:rFonts w:ascii="Nirmala UI" w:hAnsi="Nirmala UI" w:cs="Nirmala UI"/>
                <w:color w:val="EE0000"/>
              </w:rPr>
              <w:t>कुटूंबातील</w:t>
            </w:r>
            <w:proofErr w:type="spellEnd"/>
            <w:r w:rsidRPr="00F4553F">
              <w:rPr>
                <w:rFonts w:ascii="Nirmala UI" w:hAnsi="Nirmala UI" w:cs="Nirmala UI"/>
                <w:color w:val="EE0000"/>
              </w:rPr>
              <w:t xml:space="preserve"> </w:t>
            </w:r>
            <w:proofErr w:type="spellStart"/>
            <w:r w:rsidR="00324DBE" w:rsidRPr="00F4553F">
              <w:rPr>
                <w:rFonts w:ascii="Nirmala UI" w:hAnsi="Nirmala UI" w:cs="Nirmala UI"/>
                <w:color w:val="EE0000"/>
              </w:rPr>
              <w:t>सदस्यांनी</w:t>
            </w:r>
            <w:proofErr w:type="spellEnd"/>
            <w:r w:rsidR="00324DBE" w:rsidRPr="00F4553F">
              <w:rPr>
                <w:rFonts w:ascii="Nirmala UI" w:hAnsi="Nirmala UI" w:cs="Nirmala UI"/>
                <w:color w:val="EE0000"/>
              </w:rPr>
              <w:t xml:space="preserve"> </w:t>
            </w:r>
            <w:proofErr w:type="spellStart"/>
            <w:r w:rsidR="00324DBE" w:rsidRPr="00F4553F">
              <w:rPr>
                <w:rFonts w:ascii="Nirmala UI" w:hAnsi="Nirmala UI" w:cs="Nirmala UI"/>
                <w:color w:val="EE0000"/>
              </w:rPr>
              <w:t>येथे</w:t>
            </w:r>
            <w:proofErr w:type="spellEnd"/>
            <w:r w:rsidR="00324DBE" w:rsidRPr="00F4553F">
              <w:rPr>
                <w:rFonts w:ascii="Nirmala UI" w:hAnsi="Nirmala UI" w:cs="Nirmala UI"/>
                <w:color w:val="EE0000"/>
              </w:rPr>
              <w:t xml:space="preserve"> </w:t>
            </w:r>
            <w:proofErr w:type="spellStart"/>
            <w:r w:rsidR="00324DBE" w:rsidRPr="00F4553F">
              <w:rPr>
                <w:rFonts w:ascii="Nirmala UI" w:hAnsi="Nirmala UI" w:cs="Nirmala UI"/>
                <w:color w:val="EE0000"/>
              </w:rPr>
              <w:t>माहीती</w:t>
            </w:r>
            <w:proofErr w:type="spellEnd"/>
            <w:r w:rsidR="00324DBE" w:rsidRPr="00F4553F">
              <w:rPr>
                <w:rFonts w:ascii="Nirmala UI" w:hAnsi="Nirmala UI" w:cs="Nirmala UI"/>
                <w:color w:val="EE0000"/>
              </w:rPr>
              <w:t xml:space="preserve"> </w:t>
            </w:r>
            <w:proofErr w:type="spellStart"/>
            <w:r w:rsidR="00324DBE" w:rsidRPr="00F4553F">
              <w:rPr>
                <w:rFonts w:ascii="Nirmala UI" w:hAnsi="Nirmala UI" w:cs="Nirmala UI"/>
                <w:color w:val="EE0000"/>
              </w:rPr>
              <w:t>भरावी</w:t>
            </w:r>
            <w:proofErr w:type="spellEnd"/>
          </w:p>
        </w:tc>
      </w:tr>
      <w:tr w:rsidR="007A158A" w14:paraId="15966DBE" w14:textId="77777777">
        <w:tc>
          <w:tcPr>
            <w:tcW w:w="4968" w:type="dxa"/>
          </w:tcPr>
          <w:p w14:paraId="1EA7D41B" w14:textId="77777777" w:rsidR="007A158A" w:rsidRDefault="00FC5D9E">
            <w:r>
              <w:t>आधार क्र.</w:t>
            </w:r>
          </w:p>
        </w:tc>
        <w:tc>
          <w:tcPr>
            <w:tcW w:w="4968" w:type="dxa"/>
          </w:tcPr>
          <w:p w14:paraId="2780DC76" w14:textId="77777777" w:rsidR="007A158A" w:rsidRDefault="007A158A"/>
        </w:tc>
      </w:tr>
      <w:tr w:rsidR="007A158A" w14:paraId="47C0C847" w14:textId="77777777">
        <w:tc>
          <w:tcPr>
            <w:tcW w:w="4968" w:type="dxa"/>
          </w:tcPr>
          <w:p w14:paraId="46FCC174" w14:textId="77777777" w:rsidR="007A158A" w:rsidRDefault="00FC5D9E">
            <w:r>
              <w:t>पत्ता</w:t>
            </w:r>
          </w:p>
        </w:tc>
        <w:tc>
          <w:tcPr>
            <w:tcW w:w="4968" w:type="dxa"/>
          </w:tcPr>
          <w:p w14:paraId="69965827" w14:textId="77777777" w:rsidR="007A158A" w:rsidRDefault="007A158A"/>
        </w:tc>
      </w:tr>
      <w:tr w:rsidR="007A158A" w14:paraId="2DD6AF8F" w14:textId="77777777">
        <w:tc>
          <w:tcPr>
            <w:tcW w:w="4968" w:type="dxa"/>
          </w:tcPr>
          <w:p w14:paraId="49D02C27" w14:textId="77777777" w:rsidR="007A158A" w:rsidRDefault="00FC5D9E">
            <w:r>
              <w:t>मोबाईल क्र.</w:t>
            </w:r>
          </w:p>
        </w:tc>
        <w:tc>
          <w:tcPr>
            <w:tcW w:w="4968" w:type="dxa"/>
          </w:tcPr>
          <w:p w14:paraId="523A9E45" w14:textId="77777777" w:rsidR="007A158A" w:rsidRDefault="007A158A"/>
        </w:tc>
      </w:tr>
      <w:tr w:rsidR="007A158A" w14:paraId="5F8E80D7" w14:textId="77777777">
        <w:tc>
          <w:tcPr>
            <w:tcW w:w="4968" w:type="dxa"/>
          </w:tcPr>
          <w:p w14:paraId="2019C968" w14:textId="77777777" w:rsidR="007A158A" w:rsidRDefault="00FC5D9E">
            <w:r>
              <w:t>ईमेल-आयडी</w:t>
            </w:r>
          </w:p>
        </w:tc>
        <w:tc>
          <w:tcPr>
            <w:tcW w:w="4968" w:type="dxa"/>
          </w:tcPr>
          <w:p w14:paraId="18506710" w14:textId="77777777" w:rsidR="007A158A" w:rsidRDefault="007A158A"/>
        </w:tc>
      </w:tr>
      <w:tr w:rsidR="007A158A" w14:paraId="749737CA" w14:textId="77777777">
        <w:tc>
          <w:tcPr>
            <w:tcW w:w="4968" w:type="dxa"/>
          </w:tcPr>
          <w:p w14:paraId="78F1A280" w14:textId="77777777" w:rsidR="007A158A" w:rsidRDefault="00FC5D9E">
            <w:r>
              <w:t>राष्ट्रीयत्व</w:t>
            </w:r>
          </w:p>
        </w:tc>
        <w:tc>
          <w:tcPr>
            <w:tcW w:w="4968" w:type="dxa"/>
          </w:tcPr>
          <w:p w14:paraId="68F40601" w14:textId="77777777" w:rsidR="007A158A" w:rsidRDefault="007A158A"/>
        </w:tc>
      </w:tr>
      <w:tr w:rsidR="007A158A" w14:paraId="64439C4F" w14:textId="77777777">
        <w:tc>
          <w:tcPr>
            <w:tcW w:w="4968" w:type="dxa"/>
          </w:tcPr>
          <w:p w14:paraId="68444202" w14:textId="77777777" w:rsidR="007A158A" w:rsidRDefault="00FC5D9E">
            <w:r>
              <w:t>शासकीय कर्मचाऱ्याने फॉर्म सादर न करण्याची कारणे</w:t>
            </w:r>
          </w:p>
        </w:tc>
        <w:tc>
          <w:tcPr>
            <w:tcW w:w="4968" w:type="dxa"/>
          </w:tcPr>
          <w:p w14:paraId="1DA529DC" w14:textId="77777777" w:rsidR="007A158A" w:rsidRDefault="007A158A"/>
        </w:tc>
      </w:tr>
      <w:tr w:rsidR="007A158A" w14:paraId="6CC68DD4" w14:textId="77777777">
        <w:tc>
          <w:tcPr>
            <w:tcW w:w="4968" w:type="dxa"/>
          </w:tcPr>
          <w:p w14:paraId="10D0762B" w14:textId="77777777" w:rsidR="007A158A" w:rsidRDefault="00FC5D9E">
            <w:r>
              <w:t>दूरध्वनी क्र. (जर असेल तर)</w:t>
            </w:r>
          </w:p>
        </w:tc>
        <w:tc>
          <w:tcPr>
            <w:tcW w:w="4968" w:type="dxa"/>
          </w:tcPr>
          <w:p w14:paraId="2851FF94" w14:textId="77777777" w:rsidR="007A158A" w:rsidRDefault="007A158A"/>
        </w:tc>
      </w:tr>
    </w:tbl>
    <w:p w14:paraId="183BFFA5" w14:textId="77777777" w:rsidR="007A158A" w:rsidRDefault="00FC5D9E">
      <w:pPr>
        <w:spacing w:before="240" w:after="120"/>
      </w:pPr>
      <w:r>
        <w:rPr>
          <w:b/>
          <w:sz w:val="24"/>
        </w:rPr>
        <w:t>५. निवृत्तिवेतनाचे अंशराशीकरण</w:t>
      </w:r>
    </w:p>
    <w:p w14:paraId="50CB19B5" w14:textId="77777777" w:rsidR="007A158A" w:rsidRDefault="00FC5D9E">
      <w:pPr>
        <w:spacing w:after="120"/>
        <w:jc w:val="both"/>
      </w:pPr>
      <w:r>
        <w:t>i. महाराष्ट्र नागरी सेवा (निवृत्तिवेतनाचे अंशराशीकरण) नियम, १९८४ च्या तरतुदींनुसार, नियम ५(२); ६(१); १२; १३(१) व (२) १४ (१) व (२) १५ (१) व (२) आणि १६ (१) व (२) वैद्यकीय तपासणीशिवाय निवृत्तिवेतनाच्या अंशराशीकरण करीत आहे / करीत नाही.</w:t>
      </w:r>
    </w:p>
    <w:p w14:paraId="1AA61A82" w14:textId="77777777" w:rsidR="007A158A" w:rsidRDefault="00FC5D9E">
      <w:pPr>
        <w:spacing w:after="120"/>
        <w:jc w:val="both"/>
      </w:pPr>
      <w:r>
        <w:t xml:space="preserve">ii. जर निवृत्त शासकीय कर्मचारी हा फॉर्म सादर केल्यानंतर निवृत्तिवेतनाच्या अंशराशीकरणासाठी अर्ज करू इच्छित असेल तर, महाराष्ट्र नागरी सेवा (निवृत्तिवेतनाचे अंशराशीकरण) नियम, १९८४ च्या तरतुदींनुसार, </w:t>
      </w:r>
      <w:r w:rsidRPr="005B7907">
        <w:rPr>
          <w:highlight w:val="yellow"/>
        </w:rPr>
        <w:t>नमुना-बी</w:t>
      </w:r>
      <w:r>
        <w:t xml:space="preserve"> मध्ये निवृत्तिवेतनाच्या अंशराशीकरणासाठी स्वतंत्र अर्ज </w:t>
      </w:r>
      <w:r w:rsidRPr="005B7907">
        <w:rPr>
          <w:highlight w:val="yellow"/>
        </w:rPr>
        <w:t>हस्तलिखित</w:t>
      </w:r>
      <w:r>
        <w:t xml:space="preserve"> (Manually) पध्दतीने सादर करणे आवश्यक राहील.</w:t>
      </w:r>
    </w:p>
    <w:p w14:paraId="7153BA53" w14:textId="77777777" w:rsidR="007A158A" w:rsidRDefault="00FC5D9E">
      <w:pPr>
        <w:spacing w:after="120"/>
        <w:jc w:val="both"/>
      </w:pPr>
      <w:r>
        <w:t xml:space="preserve">iii. निवृत्त कर्मचाऱ्यास सेवानिवृत्तीनंतर एक वर्षाच्या आत निवृत्तिवेतनाचे अंशराशीकरण करावयाचे असल्यास महाराष्ट्र नागरी सेवा (निवृत्तिवेतनाचे अंशराशीकरण) नियम, १९८४ </w:t>
      </w:r>
      <w:r w:rsidRPr="005B7907">
        <w:rPr>
          <w:highlight w:val="yellow"/>
        </w:rPr>
        <w:t>नमुना-ए</w:t>
      </w:r>
      <w:r>
        <w:t xml:space="preserve"> मध्ये निवृत्तिवेतनाच्या अंशराशीकरणासाठी </w:t>
      </w:r>
      <w:r w:rsidRPr="005B7907">
        <w:rPr>
          <w:highlight w:val="yellow"/>
        </w:rPr>
        <w:t>स्वतंत्र अर्ज</w:t>
      </w:r>
      <w:r>
        <w:t xml:space="preserve"> सादर करणे आवश्यक आहे.</w:t>
      </w:r>
    </w:p>
    <w:p w14:paraId="341FFED6" w14:textId="77777777" w:rsidR="007A158A" w:rsidRDefault="00FC5D9E">
      <w:pPr>
        <w:spacing w:after="120"/>
        <w:jc w:val="both"/>
      </w:pPr>
      <w:r>
        <w:t>iv. एक वर्षानंतर निवृत्तिवेतनाचे अंशराशीकरण करावयाचे असल्यास महाराष्ट्र नागरी सेवा (निवृत्तिवेतनाचे अंशराशीकरण) नियम, १९८४ नमुना-सी मध्ये निवृत्तिवेतनाच्या अंशराशीकरणासाठी स्वतंत्र अर्ज सादर करणे आवश्यक आहे.</w:t>
      </w:r>
    </w:p>
    <w:p w14:paraId="4A8014CF" w14:textId="77777777" w:rsidR="007A158A" w:rsidRDefault="00FC5D9E">
      <w:pPr>
        <w:spacing w:before="240" w:after="120"/>
      </w:pPr>
      <w:r>
        <w:rPr>
          <w:b/>
          <w:sz w:val="24"/>
        </w:rPr>
        <w:t>६. कुटुंबाचा तपशील (महाराष्ट्र नागरी सेवा (निवृत्तिवेतन) नियम, १९८२ मधील नियम ११६ (१४))</w:t>
      </w:r>
    </w:p>
    <w:tbl>
      <w:tblPr>
        <w:tblStyle w:val="TableGrid"/>
        <w:tblW w:w="0" w:type="auto"/>
        <w:tblLook w:val="04A0" w:firstRow="1" w:lastRow="0" w:firstColumn="1" w:lastColumn="0" w:noHBand="0" w:noVBand="1"/>
      </w:tblPr>
      <w:tblGrid>
        <w:gridCol w:w="709"/>
        <w:gridCol w:w="2129"/>
        <w:gridCol w:w="1419"/>
        <w:gridCol w:w="1834"/>
        <w:gridCol w:w="1559"/>
        <w:gridCol w:w="1417"/>
        <w:gridCol w:w="859"/>
      </w:tblGrid>
      <w:tr w:rsidR="007A158A" w14:paraId="2EF3F8C4" w14:textId="77777777" w:rsidTr="00F12E96">
        <w:tc>
          <w:tcPr>
            <w:tcW w:w="709" w:type="dxa"/>
          </w:tcPr>
          <w:p w14:paraId="2EAB2477" w14:textId="77777777" w:rsidR="007A158A" w:rsidRDefault="00FC5D9E">
            <w:proofErr w:type="spellStart"/>
            <w:r>
              <w:t>अ.क्र</w:t>
            </w:r>
            <w:proofErr w:type="spellEnd"/>
            <w:r>
              <w:t>.</w:t>
            </w:r>
          </w:p>
        </w:tc>
        <w:tc>
          <w:tcPr>
            <w:tcW w:w="2129" w:type="dxa"/>
          </w:tcPr>
          <w:p w14:paraId="76A2A5D8" w14:textId="77777777" w:rsidR="007A158A" w:rsidRDefault="00FC5D9E">
            <w:proofErr w:type="spellStart"/>
            <w:r>
              <w:t>कुटुंबातील</w:t>
            </w:r>
            <w:proofErr w:type="spellEnd"/>
            <w:r>
              <w:t xml:space="preserve"> </w:t>
            </w:r>
            <w:proofErr w:type="spellStart"/>
            <w:r>
              <w:t>सदस्याचे</w:t>
            </w:r>
            <w:proofErr w:type="spellEnd"/>
            <w:r>
              <w:t xml:space="preserve"> </w:t>
            </w:r>
            <w:proofErr w:type="spellStart"/>
            <w:r>
              <w:t>नाव</w:t>
            </w:r>
            <w:proofErr w:type="spellEnd"/>
          </w:p>
        </w:tc>
        <w:tc>
          <w:tcPr>
            <w:tcW w:w="1419" w:type="dxa"/>
          </w:tcPr>
          <w:p w14:paraId="58C14DA6" w14:textId="77777777" w:rsidR="007A158A" w:rsidRDefault="00FC5D9E">
            <w:proofErr w:type="spellStart"/>
            <w:r>
              <w:t>जन्मदिनांक</w:t>
            </w:r>
            <w:proofErr w:type="spellEnd"/>
          </w:p>
        </w:tc>
        <w:tc>
          <w:tcPr>
            <w:tcW w:w="1834" w:type="dxa"/>
          </w:tcPr>
          <w:p w14:paraId="0ACCAEA7" w14:textId="77777777" w:rsidR="007A158A" w:rsidRDefault="00FC5D9E">
            <w:proofErr w:type="spellStart"/>
            <w:r>
              <w:t>आधार</w:t>
            </w:r>
            <w:proofErr w:type="spellEnd"/>
            <w:r>
              <w:t xml:space="preserve"> </w:t>
            </w:r>
            <w:proofErr w:type="spellStart"/>
            <w:r>
              <w:t>क्रमांक</w:t>
            </w:r>
            <w:proofErr w:type="spellEnd"/>
          </w:p>
        </w:tc>
        <w:tc>
          <w:tcPr>
            <w:tcW w:w="1559" w:type="dxa"/>
          </w:tcPr>
          <w:p w14:paraId="6954EBDF" w14:textId="77777777" w:rsidR="007A158A" w:rsidRDefault="00FC5D9E">
            <w:proofErr w:type="spellStart"/>
            <w:r>
              <w:t>शासकीय</w:t>
            </w:r>
            <w:proofErr w:type="spellEnd"/>
            <w:r>
              <w:t xml:space="preserve"> </w:t>
            </w:r>
            <w:proofErr w:type="spellStart"/>
            <w:r>
              <w:t>कर्मचाऱ्याशी</w:t>
            </w:r>
            <w:proofErr w:type="spellEnd"/>
            <w:r>
              <w:t xml:space="preserve"> </w:t>
            </w:r>
            <w:proofErr w:type="spellStart"/>
            <w:r>
              <w:t>असलेले</w:t>
            </w:r>
            <w:proofErr w:type="spellEnd"/>
            <w:r>
              <w:t xml:space="preserve"> </w:t>
            </w:r>
            <w:proofErr w:type="spellStart"/>
            <w:r>
              <w:t>नाते</w:t>
            </w:r>
            <w:proofErr w:type="spellEnd"/>
          </w:p>
        </w:tc>
        <w:tc>
          <w:tcPr>
            <w:tcW w:w="1417" w:type="dxa"/>
          </w:tcPr>
          <w:p w14:paraId="79E9B47B" w14:textId="77777777" w:rsidR="007A158A" w:rsidRDefault="00FC5D9E">
            <w:proofErr w:type="spellStart"/>
            <w:r>
              <w:t>वैवाहिक</w:t>
            </w:r>
            <w:proofErr w:type="spellEnd"/>
            <w:r>
              <w:t xml:space="preserve"> </w:t>
            </w:r>
            <w:proofErr w:type="spellStart"/>
            <w:r>
              <w:t>स्थिती</w:t>
            </w:r>
            <w:proofErr w:type="spellEnd"/>
          </w:p>
        </w:tc>
        <w:tc>
          <w:tcPr>
            <w:tcW w:w="859" w:type="dxa"/>
          </w:tcPr>
          <w:p w14:paraId="15BDD729" w14:textId="77777777" w:rsidR="007A158A" w:rsidRDefault="00FC5D9E">
            <w:proofErr w:type="spellStart"/>
            <w:r>
              <w:t>शेरा</w:t>
            </w:r>
            <w:proofErr w:type="spellEnd"/>
          </w:p>
        </w:tc>
      </w:tr>
      <w:tr w:rsidR="007A158A" w14:paraId="1E837066" w14:textId="77777777" w:rsidTr="00F12E96">
        <w:tc>
          <w:tcPr>
            <w:tcW w:w="709" w:type="dxa"/>
          </w:tcPr>
          <w:p w14:paraId="609B4BDF" w14:textId="77777777" w:rsidR="007A158A" w:rsidRDefault="00FC5D9E">
            <w:r>
              <w:t>१.</w:t>
            </w:r>
          </w:p>
        </w:tc>
        <w:tc>
          <w:tcPr>
            <w:tcW w:w="2129" w:type="dxa"/>
          </w:tcPr>
          <w:p w14:paraId="40BA8D97" w14:textId="3A701083" w:rsidR="007A158A" w:rsidRPr="00F16E2B" w:rsidRDefault="00F16E2B">
            <w:pPr>
              <w:rPr>
                <w:rFonts w:ascii="Nirmala UI" w:hAnsi="Nirmala UI" w:cs="Nirmala UI"/>
              </w:rPr>
            </w:pPr>
            <w:proofErr w:type="spellStart"/>
            <w:r>
              <w:rPr>
                <w:rFonts w:ascii="Nirmala UI" w:hAnsi="Nirmala UI" w:cs="Nirmala UI"/>
              </w:rPr>
              <w:t>सौ</w:t>
            </w:r>
            <w:proofErr w:type="spellEnd"/>
            <w:r>
              <w:rPr>
                <w:rFonts w:ascii="Nirmala UI" w:hAnsi="Nirmala UI" w:cs="Nirmala UI"/>
              </w:rPr>
              <w:t xml:space="preserve">. </w:t>
            </w:r>
            <w:proofErr w:type="spellStart"/>
            <w:r>
              <w:rPr>
                <w:rFonts w:ascii="Nirmala UI" w:hAnsi="Nirmala UI" w:cs="Nirmala UI"/>
              </w:rPr>
              <w:t>रेखा</w:t>
            </w:r>
            <w:proofErr w:type="spellEnd"/>
            <w:r>
              <w:rPr>
                <w:rFonts w:ascii="Nirmala UI" w:hAnsi="Nirmala UI" w:cs="Nirmala UI"/>
              </w:rPr>
              <w:t xml:space="preserve"> </w:t>
            </w:r>
            <w:proofErr w:type="spellStart"/>
            <w:r>
              <w:rPr>
                <w:rFonts w:ascii="Nirmala UI" w:hAnsi="Nirmala UI" w:cs="Nirmala UI"/>
              </w:rPr>
              <w:t>प्रमोद</w:t>
            </w:r>
            <w:proofErr w:type="spellEnd"/>
            <w:r>
              <w:rPr>
                <w:rFonts w:ascii="Nirmala UI" w:hAnsi="Nirmala UI" w:cs="Nirmala UI"/>
              </w:rPr>
              <w:t xml:space="preserve"> </w:t>
            </w:r>
            <w:proofErr w:type="spellStart"/>
            <w:r>
              <w:rPr>
                <w:rFonts w:ascii="Nirmala UI" w:hAnsi="Nirmala UI" w:cs="Nirmala UI"/>
              </w:rPr>
              <w:t>पुरी</w:t>
            </w:r>
            <w:proofErr w:type="spellEnd"/>
          </w:p>
        </w:tc>
        <w:tc>
          <w:tcPr>
            <w:tcW w:w="1419" w:type="dxa"/>
          </w:tcPr>
          <w:p w14:paraId="4FD6C30E" w14:textId="1ECAF746" w:rsidR="007A158A" w:rsidRDefault="00152019">
            <w:r>
              <w:t>2</w:t>
            </w:r>
            <w:r w:rsidR="00F16E2B">
              <w:t>3/0</w:t>
            </w:r>
            <w:r>
              <w:t>9</w:t>
            </w:r>
            <w:r w:rsidR="00F16E2B">
              <w:t>/1975</w:t>
            </w:r>
          </w:p>
        </w:tc>
        <w:tc>
          <w:tcPr>
            <w:tcW w:w="1834" w:type="dxa"/>
          </w:tcPr>
          <w:p w14:paraId="7D05CAD2" w14:textId="2D8C5ECC" w:rsidR="007A158A" w:rsidRDefault="00F16E2B">
            <w:r>
              <w:t>0000 0000</w:t>
            </w:r>
            <w:r w:rsidR="00F12E96">
              <w:t xml:space="preserve"> 0000</w:t>
            </w:r>
          </w:p>
        </w:tc>
        <w:tc>
          <w:tcPr>
            <w:tcW w:w="1559" w:type="dxa"/>
          </w:tcPr>
          <w:p w14:paraId="6242D937" w14:textId="5561E68F" w:rsidR="007A158A" w:rsidRPr="00F16E2B" w:rsidRDefault="00F16E2B">
            <w:pPr>
              <w:rPr>
                <w:rFonts w:ascii="Nirmala UI" w:hAnsi="Nirmala UI" w:cs="Nirmala UI"/>
              </w:rPr>
            </w:pPr>
            <w:proofErr w:type="spellStart"/>
            <w:r>
              <w:rPr>
                <w:rFonts w:ascii="Nirmala UI" w:hAnsi="Nirmala UI" w:cs="Nirmala UI"/>
              </w:rPr>
              <w:t>पत्नी</w:t>
            </w:r>
            <w:proofErr w:type="spellEnd"/>
          </w:p>
        </w:tc>
        <w:tc>
          <w:tcPr>
            <w:tcW w:w="1417" w:type="dxa"/>
          </w:tcPr>
          <w:p w14:paraId="399407CB" w14:textId="040C9767" w:rsidR="007A158A" w:rsidRPr="00F16E2B" w:rsidRDefault="00F16E2B">
            <w:pPr>
              <w:rPr>
                <w:rFonts w:ascii="Nirmala UI" w:hAnsi="Nirmala UI" w:cs="Nirmala UI"/>
              </w:rPr>
            </w:pPr>
            <w:proofErr w:type="spellStart"/>
            <w:r>
              <w:rPr>
                <w:rFonts w:ascii="Nirmala UI" w:hAnsi="Nirmala UI" w:cs="Nirmala UI"/>
              </w:rPr>
              <w:t>विवाहीत</w:t>
            </w:r>
            <w:proofErr w:type="spellEnd"/>
          </w:p>
        </w:tc>
        <w:tc>
          <w:tcPr>
            <w:tcW w:w="859" w:type="dxa"/>
          </w:tcPr>
          <w:p w14:paraId="7EFBD766" w14:textId="77777777" w:rsidR="007A158A" w:rsidRDefault="007A158A"/>
        </w:tc>
      </w:tr>
      <w:tr w:rsidR="008628C2" w14:paraId="785603FE" w14:textId="77777777" w:rsidTr="00F12E96">
        <w:tc>
          <w:tcPr>
            <w:tcW w:w="709" w:type="dxa"/>
          </w:tcPr>
          <w:p w14:paraId="337BB4C6" w14:textId="77777777" w:rsidR="008628C2" w:rsidRDefault="008628C2" w:rsidP="008628C2">
            <w:r>
              <w:t>२.</w:t>
            </w:r>
          </w:p>
        </w:tc>
        <w:tc>
          <w:tcPr>
            <w:tcW w:w="2129" w:type="dxa"/>
          </w:tcPr>
          <w:p w14:paraId="2BD2E0DB" w14:textId="7B8244E8" w:rsidR="008628C2" w:rsidRPr="008628C2" w:rsidRDefault="008628C2" w:rsidP="008628C2">
            <w:pPr>
              <w:rPr>
                <w:rFonts w:ascii="Nirmala UI" w:hAnsi="Nirmala UI" w:cs="Nirmala UI"/>
              </w:rPr>
            </w:pPr>
            <w:proofErr w:type="spellStart"/>
            <w:r>
              <w:rPr>
                <w:rFonts w:ascii="Nirmala UI" w:hAnsi="Nirmala UI" w:cs="Nirmala UI"/>
              </w:rPr>
              <w:t>यश</w:t>
            </w:r>
            <w:proofErr w:type="spellEnd"/>
            <w:r>
              <w:rPr>
                <w:rFonts w:ascii="Nirmala UI" w:hAnsi="Nirmala UI" w:cs="Nirmala UI"/>
              </w:rPr>
              <w:t xml:space="preserve"> </w:t>
            </w:r>
            <w:proofErr w:type="spellStart"/>
            <w:r>
              <w:rPr>
                <w:rFonts w:ascii="Nirmala UI" w:hAnsi="Nirmala UI" w:cs="Nirmala UI"/>
              </w:rPr>
              <w:t>प्रमोद</w:t>
            </w:r>
            <w:proofErr w:type="spellEnd"/>
            <w:r>
              <w:rPr>
                <w:rFonts w:ascii="Nirmala UI" w:hAnsi="Nirmala UI" w:cs="Nirmala UI"/>
              </w:rPr>
              <w:t xml:space="preserve"> </w:t>
            </w:r>
            <w:proofErr w:type="spellStart"/>
            <w:r>
              <w:rPr>
                <w:rFonts w:ascii="Nirmala UI" w:hAnsi="Nirmala UI" w:cs="Nirmala UI"/>
              </w:rPr>
              <w:t>पुरी</w:t>
            </w:r>
            <w:proofErr w:type="spellEnd"/>
          </w:p>
        </w:tc>
        <w:tc>
          <w:tcPr>
            <w:tcW w:w="1419" w:type="dxa"/>
          </w:tcPr>
          <w:p w14:paraId="5408EBA1" w14:textId="20062DC6" w:rsidR="008628C2" w:rsidRDefault="008628C2" w:rsidP="008628C2">
            <w:r>
              <w:t>03/11/199</w:t>
            </w:r>
            <w:r w:rsidR="005F45B0">
              <w:t>9</w:t>
            </w:r>
          </w:p>
        </w:tc>
        <w:tc>
          <w:tcPr>
            <w:tcW w:w="1834" w:type="dxa"/>
          </w:tcPr>
          <w:p w14:paraId="7544508F" w14:textId="0135F7EA" w:rsidR="008628C2" w:rsidRDefault="008628C2" w:rsidP="008628C2">
            <w:r>
              <w:t>0000 0000 0000</w:t>
            </w:r>
          </w:p>
        </w:tc>
        <w:tc>
          <w:tcPr>
            <w:tcW w:w="1559" w:type="dxa"/>
          </w:tcPr>
          <w:p w14:paraId="58D36C51" w14:textId="7E2756FF" w:rsidR="008628C2" w:rsidRDefault="008628C2" w:rsidP="008628C2">
            <w:proofErr w:type="spellStart"/>
            <w:r>
              <w:rPr>
                <w:rFonts w:ascii="Nirmala UI" w:hAnsi="Nirmala UI" w:cs="Nirmala UI"/>
              </w:rPr>
              <w:t>मुलगा</w:t>
            </w:r>
            <w:proofErr w:type="spellEnd"/>
          </w:p>
        </w:tc>
        <w:tc>
          <w:tcPr>
            <w:tcW w:w="1417" w:type="dxa"/>
          </w:tcPr>
          <w:p w14:paraId="41EF4EB2" w14:textId="259F117B" w:rsidR="008628C2" w:rsidRDefault="008628C2" w:rsidP="008628C2">
            <w:proofErr w:type="spellStart"/>
            <w:r>
              <w:rPr>
                <w:rFonts w:ascii="Nirmala UI" w:hAnsi="Nirmala UI" w:cs="Nirmala UI"/>
              </w:rPr>
              <w:t>विवाहीत</w:t>
            </w:r>
            <w:proofErr w:type="spellEnd"/>
          </w:p>
        </w:tc>
        <w:tc>
          <w:tcPr>
            <w:tcW w:w="859" w:type="dxa"/>
          </w:tcPr>
          <w:p w14:paraId="14AAD264" w14:textId="77777777" w:rsidR="008628C2" w:rsidRDefault="008628C2" w:rsidP="008628C2"/>
        </w:tc>
      </w:tr>
      <w:tr w:rsidR="00670A4F" w14:paraId="304BF53B" w14:textId="77777777" w:rsidTr="00F12E96">
        <w:tc>
          <w:tcPr>
            <w:tcW w:w="709" w:type="dxa"/>
          </w:tcPr>
          <w:p w14:paraId="2AD30445" w14:textId="0E00BE4A" w:rsidR="00670A4F" w:rsidRPr="00670A4F" w:rsidRDefault="00670A4F" w:rsidP="00670A4F">
            <w:pPr>
              <w:rPr>
                <w:rFonts w:ascii="Nirmala UI" w:hAnsi="Nirmala UI" w:cs="Nirmala UI"/>
              </w:rPr>
            </w:pPr>
            <w:r>
              <w:rPr>
                <w:rFonts w:ascii="Nirmala UI" w:hAnsi="Nirmala UI" w:cs="Nirmala UI"/>
              </w:rPr>
              <w:t>३.</w:t>
            </w:r>
          </w:p>
        </w:tc>
        <w:tc>
          <w:tcPr>
            <w:tcW w:w="2129" w:type="dxa"/>
          </w:tcPr>
          <w:p w14:paraId="7C578369" w14:textId="7C5657FA" w:rsidR="00670A4F" w:rsidRDefault="00670A4F" w:rsidP="00670A4F">
            <w:pPr>
              <w:rPr>
                <w:rFonts w:ascii="Nirmala UI" w:hAnsi="Nirmala UI" w:cs="Nirmala UI"/>
              </w:rPr>
            </w:pPr>
            <w:proofErr w:type="spellStart"/>
            <w:r>
              <w:rPr>
                <w:rFonts w:ascii="Nirmala UI" w:hAnsi="Nirmala UI" w:cs="Nirmala UI"/>
              </w:rPr>
              <w:t>मयुरी</w:t>
            </w:r>
            <w:proofErr w:type="spellEnd"/>
            <w:r>
              <w:rPr>
                <w:rFonts w:ascii="Nirmala UI" w:hAnsi="Nirmala UI" w:cs="Nirmala UI"/>
              </w:rPr>
              <w:t xml:space="preserve"> </w:t>
            </w:r>
            <w:proofErr w:type="spellStart"/>
            <w:r>
              <w:rPr>
                <w:rFonts w:ascii="Nirmala UI" w:hAnsi="Nirmala UI" w:cs="Nirmala UI"/>
              </w:rPr>
              <w:t>प्र</w:t>
            </w:r>
            <w:r w:rsidR="00F12E96">
              <w:rPr>
                <w:rFonts w:ascii="Nirmala UI" w:hAnsi="Nirmala UI" w:cs="Nirmala UI"/>
              </w:rPr>
              <w:t>मोद</w:t>
            </w:r>
            <w:proofErr w:type="spellEnd"/>
            <w:r>
              <w:rPr>
                <w:rFonts w:ascii="Nirmala UI" w:hAnsi="Nirmala UI" w:cs="Nirmala UI"/>
              </w:rPr>
              <w:t xml:space="preserve"> </w:t>
            </w:r>
            <w:proofErr w:type="spellStart"/>
            <w:r>
              <w:rPr>
                <w:rFonts w:ascii="Nirmala UI" w:hAnsi="Nirmala UI" w:cs="Nirmala UI"/>
              </w:rPr>
              <w:t>पुरी</w:t>
            </w:r>
            <w:proofErr w:type="spellEnd"/>
          </w:p>
        </w:tc>
        <w:tc>
          <w:tcPr>
            <w:tcW w:w="1419" w:type="dxa"/>
          </w:tcPr>
          <w:p w14:paraId="445943C3" w14:textId="00279FBC" w:rsidR="00670A4F" w:rsidRDefault="005F45B0" w:rsidP="00670A4F">
            <w:r>
              <w:t>15</w:t>
            </w:r>
            <w:r w:rsidR="00670A4F">
              <w:t>/</w:t>
            </w:r>
            <w:r w:rsidR="00152019">
              <w:t>02</w:t>
            </w:r>
            <w:r w:rsidR="00670A4F">
              <w:t>/199</w:t>
            </w:r>
            <w:r>
              <w:t>5</w:t>
            </w:r>
          </w:p>
        </w:tc>
        <w:tc>
          <w:tcPr>
            <w:tcW w:w="1834" w:type="dxa"/>
          </w:tcPr>
          <w:p w14:paraId="2F8969FB" w14:textId="2BA2DDEA" w:rsidR="00670A4F" w:rsidRDefault="00670A4F" w:rsidP="00670A4F">
            <w:r>
              <w:t>0000 0000 0000</w:t>
            </w:r>
          </w:p>
        </w:tc>
        <w:tc>
          <w:tcPr>
            <w:tcW w:w="1559" w:type="dxa"/>
          </w:tcPr>
          <w:p w14:paraId="45B3895E" w14:textId="33A0C760" w:rsidR="00670A4F" w:rsidRDefault="00670A4F" w:rsidP="00670A4F">
            <w:pPr>
              <w:rPr>
                <w:rFonts w:ascii="Nirmala UI" w:hAnsi="Nirmala UI" w:cs="Nirmala UI"/>
              </w:rPr>
            </w:pPr>
            <w:proofErr w:type="spellStart"/>
            <w:r>
              <w:rPr>
                <w:rFonts w:ascii="Nirmala UI" w:hAnsi="Nirmala UI" w:cs="Nirmala UI"/>
              </w:rPr>
              <w:t>मुलग</w:t>
            </w:r>
            <w:r w:rsidR="00152019">
              <w:rPr>
                <w:rFonts w:ascii="Nirmala UI" w:hAnsi="Nirmala UI" w:cs="Nirmala UI"/>
              </w:rPr>
              <w:t>ी</w:t>
            </w:r>
            <w:proofErr w:type="spellEnd"/>
          </w:p>
        </w:tc>
        <w:tc>
          <w:tcPr>
            <w:tcW w:w="1417" w:type="dxa"/>
          </w:tcPr>
          <w:p w14:paraId="13A9A40F" w14:textId="799C518C" w:rsidR="00670A4F" w:rsidRDefault="00670A4F" w:rsidP="00670A4F">
            <w:pPr>
              <w:rPr>
                <w:rFonts w:ascii="Nirmala UI" w:hAnsi="Nirmala UI" w:cs="Nirmala UI"/>
              </w:rPr>
            </w:pPr>
            <w:proofErr w:type="spellStart"/>
            <w:r>
              <w:rPr>
                <w:rFonts w:ascii="Nirmala UI" w:hAnsi="Nirmala UI" w:cs="Nirmala UI"/>
              </w:rPr>
              <w:t>विवाहीत</w:t>
            </w:r>
            <w:proofErr w:type="spellEnd"/>
          </w:p>
        </w:tc>
        <w:tc>
          <w:tcPr>
            <w:tcW w:w="859" w:type="dxa"/>
          </w:tcPr>
          <w:p w14:paraId="6E077CCF" w14:textId="77777777" w:rsidR="00670A4F" w:rsidRDefault="00670A4F" w:rsidP="00670A4F"/>
        </w:tc>
      </w:tr>
    </w:tbl>
    <w:p w14:paraId="16E413EC" w14:textId="77777777" w:rsidR="007A158A" w:rsidRDefault="00FC5D9E">
      <w:pPr>
        <w:spacing w:after="120"/>
      </w:pPr>
      <w:r>
        <w:rPr>
          <w:b/>
        </w:rPr>
        <w:t>(</w:t>
      </w:r>
      <w:proofErr w:type="spellStart"/>
      <w:proofErr w:type="gramStart"/>
      <w:r>
        <w:rPr>
          <w:b/>
        </w:rPr>
        <w:t>टिप</w:t>
      </w:r>
      <w:proofErr w:type="spellEnd"/>
      <w:r>
        <w:rPr>
          <w:b/>
        </w:rPr>
        <w:t xml:space="preserve"> :</w:t>
      </w:r>
      <w:proofErr w:type="gramEnd"/>
      <w:r>
        <w:rPr>
          <w:b/>
        </w:rPr>
        <w:t xml:space="preserve"> </w:t>
      </w:r>
      <w:proofErr w:type="spellStart"/>
      <w:r>
        <w:rPr>
          <w:b/>
        </w:rPr>
        <w:t>कुटुंबाचा</w:t>
      </w:r>
      <w:proofErr w:type="spellEnd"/>
      <w:r>
        <w:rPr>
          <w:b/>
        </w:rPr>
        <w:t xml:space="preserve"> </w:t>
      </w:r>
      <w:proofErr w:type="spellStart"/>
      <w:r>
        <w:rPr>
          <w:b/>
        </w:rPr>
        <w:t>तपशीलामध्ये</w:t>
      </w:r>
      <w:proofErr w:type="spellEnd"/>
      <w:r>
        <w:rPr>
          <w:b/>
        </w:rPr>
        <w:t xml:space="preserve"> कुटुंबातील सर्व सदस्यांची नावे नमूद करावीत.)</w:t>
      </w:r>
    </w:p>
    <w:p w14:paraId="46DD06E5" w14:textId="77777777" w:rsidR="007A158A" w:rsidRDefault="00FC5D9E">
      <w:pPr>
        <w:spacing w:after="120"/>
      </w:pPr>
      <w:r>
        <w:lastRenderedPageBreak/>
        <w:t>i. सेवापुस्तकात समाविष्ट नसलेले नाव नवीन जोडल्यास, जन्मतारखेचा पुरावा सादर करावा लागेल.</w:t>
      </w:r>
    </w:p>
    <w:p w14:paraId="285E67F1" w14:textId="77777777" w:rsidR="007A158A" w:rsidRDefault="00FC5D9E">
      <w:pPr>
        <w:spacing w:after="120"/>
      </w:pPr>
      <w:r>
        <w:t>ii. जर नमुना ५-अ शासकीय कर्मचारी आणि पती/पत्नी व्यतिरिक्त इतर कोणत्याही व्यक्तीने सादर केला असेल तर, शासकीय कर्मचाऱ्यांनी आधीच सादर केलेल्या कुटुंबातील सदस्यांची माहिती तपशीलात जोडली जाईल आणि कुटुंबातील सदस्यांच्या माहितीत कोणताही बदल करण्यास परवानगी दिली जाणार नाही.</w:t>
      </w:r>
    </w:p>
    <w:p w14:paraId="48C65FD8" w14:textId="77777777" w:rsidR="007A158A" w:rsidRDefault="00FC5D9E">
      <w:pPr>
        <w:spacing w:after="120"/>
      </w:pPr>
      <w:r>
        <w:t xml:space="preserve">iii. कुटुंबातील कोणत्याही सदस्याला (पती-पत्नी व्यतिरिक्त), वरीलप्रमाणे, कुटुंब निवृत्तिवेतनासाठी सह-अधिकृत करण्याचा प्रस्ताव आहे का? होय / </w:t>
      </w:r>
      <w:r w:rsidRPr="007A3B8E">
        <w:rPr>
          <w:color w:val="EE0000"/>
        </w:rPr>
        <w:t>नाही</w:t>
      </w:r>
    </w:p>
    <w:p w14:paraId="7D57AC65" w14:textId="2DD4662B" w:rsidR="007A158A" w:rsidRDefault="00FC5D9E">
      <w:pPr>
        <w:spacing w:after="120"/>
      </w:pPr>
      <w:r>
        <w:t xml:space="preserve">* शासन निर्णय, वित्त विभाग, दि.०७.०१.२०२५ अनुसार कायमचे अपंग </w:t>
      </w:r>
      <w:proofErr w:type="spellStart"/>
      <w:r>
        <w:t>असलेले</w:t>
      </w:r>
      <w:proofErr w:type="spellEnd"/>
      <w:r>
        <w:t xml:space="preserve"> </w:t>
      </w:r>
      <w:proofErr w:type="spellStart"/>
      <w:r>
        <w:t>मूल</w:t>
      </w:r>
      <w:proofErr w:type="spellEnd"/>
      <w:r>
        <w:t>/</w:t>
      </w:r>
      <w:proofErr w:type="spellStart"/>
      <w:r>
        <w:t>अविवाहित</w:t>
      </w:r>
      <w:proofErr w:type="spellEnd"/>
      <w:r>
        <w:t xml:space="preserve"> </w:t>
      </w:r>
      <w:proofErr w:type="spellStart"/>
      <w:r>
        <w:t>मुलगी</w:t>
      </w:r>
      <w:proofErr w:type="spellEnd"/>
      <w:r>
        <w:t xml:space="preserve">, </w:t>
      </w:r>
      <w:proofErr w:type="spellStart"/>
      <w:r>
        <w:t>घटस्फोटित</w:t>
      </w:r>
      <w:proofErr w:type="spellEnd"/>
      <w:r>
        <w:t xml:space="preserve"> </w:t>
      </w:r>
      <w:proofErr w:type="spellStart"/>
      <w:r>
        <w:t>मुलगी</w:t>
      </w:r>
      <w:proofErr w:type="spellEnd"/>
      <w:r>
        <w:t xml:space="preserve">/ </w:t>
      </w:r>
      <w:proofErr w:type="spellStart"/>
      <w:r>
        <w:t>विधवा</w:t>
      </w:r>
      <w:proofErr w:type="spellEnd"/>
      <w:r>
        <w:t xml:space="preserve"> </w:t>
      </w:r>
      <w:proofErr w:type="spellStart"/>
      <w:r>
        <w:t>मुलगी</w:t>
      </w:r>
      <w:proofErr w:type="spellEnd"/>
      <w:r w:rsidR="00627E02">
        <w:t xml:space="preserve"> </w:t>
      </w:r>
      <w:proofErr w:type="spellStart"/>
      <w:r w:rsidR="00627E02" w:rsidRPr="007A3B8E">
        <w:rPr>
          <w:color w:val="EE0000"/>
        </w:rPr>
        <w:t>नाही</w:t>
      </w:r>
      <w:proofErr w:type="spellEnd"/>
      <w:r>
        <w:br/>
        <w:t xml:space="preserve">* </w:t>
      </w:r>
      <w:proofErr w:type="spellStart"/>
      <w:r>
        <w:t>शासन</w:t>
      </w:r>
      <w:proofErr w:type="spellEnd"/>
      <w:r>
        <w:t xml:space="preserve"> </w:t>
      </w:r>
      <w:proofErr w:type="spellStart"/>
      <w:r>
        <w:t>निर्णय</w:t>
      </w:r>
      <w:proofErr w:type="spellEnd"/>
      <w:r>
        <w:t>, वित्त विभाग, दि. २२.०१.२०१५ अनुसार अविवाहित कर्मचाऱ्याचे आई वडील</w:t>
      </w:r>
      <w:r>
        <w:br/>
        <w:t>* अज्ञान, जुळी अपत्य / दत्तक घेतलेली मुले (दत्तकविधान सेवानिवृत्तीपूर्वीचे आवश्यक)</w:t>
      </w:r>
    </w:p>
    <w:p w14:paraId="277D911C" w14:textId="77777777" w:rsidR="007A158A" w:rsidRDefault="00FC5D9E">
      <w:pPr>
        <w:spacing w:after="120"/>
      </w:pPr>
      <w:r>
        <w:t>iv. कुटुंब निवृत्तिवेतनासाठी दुसरा कोणताही पात्र पूर्व दावेदार नसल्यासच कायमचे अपंगत्व असलेल्या मुला / मुलांची नावे निवृत्तिवेतन प्रदान आदेशामध्ये नमूद करण्यात येणार आहे.</w:t>
      </w:r>
    </w:p>
    <w:tbl>
      <w:tblPr>
        <w:tblStyle w:val="TableGrid"/>
        <w:tblW w:w="0" w:type="auto"/>
        <w:tblLook w:val="04A0" w:firstRow="1" w:lastRow="0" w:firstColumn="1" w:lastColumn="0" w:noHBand="0" w:noVBand="1"/>
      </w:tblPr>
      <w:tblGrid>
        <w:gridCol w:w="4106"/>
        <w:gridCol w:w="1843"/>
        <w:gridCol w:w="2268"/>
        <w:gridCol w:w="1709"/>
      </w:tblGrid>
      <w:tr w:rsidR="007A158A" w14:paraId="4F1EFB98" w14:textId="77777777" w:rsidTr="00F12E96">
        <w:tc>
          <w:tcPr>
            <w:tcW w:w="4106" w:type="dxa"/>
          </w:tcPr>
          <w:p w14:paraId="1734A0BD" w14:textId="77777777" w:rsidR="007A158A" w:rsidRDefault="00FC5D9E">
            <w:proofErr w:type="spellStart"/>
            <w:r>
              <w:t>तपशील</w:t>
            </w:r>
            <w:proofErr w:type="spellEnd"/>
          </w:p>
        </w:tc>
        <w:tc>
          <w:tcPr>
            <w:tcW w:w="1843" w:type="dxa"/>
          </w:tcPr>
          <w:p w14:paraId="590723A9" w14:textId="77777777" w:rsidR="007A158A" w:rsidRDefault="00FC5D9E">
            <w:r>
              <w:t>१</w:t>
            </w:r>
          </w:p>
        </w:tc>
        <w:tc>
          <w:tcPr>
            <w:tcW w:w="2268" w:type="dxa"/>
          </w:tcPr>
          <w:p w14:paraId="01F002A9" w14:textId="77777777" w:rsidR="007A158A" w:rsidRDefault="00FC5D9E">
            <w:r>
              <w:t>२</w:t>
            </w:r>
          </w:p>
        </w:tc>
        <w:tc>
          <w:tcPr>
            <w:tcW w:w="1709" w:type="dxa"/>
          </w:tcPr>
          <w:p w14:paraId="6FA2AEF6" w14:textId="77777777" w:rsidR="007A158A" w:rsidRDefault="00FC5D9E">
            <w:r>
              <w:t>३</w:t>
            </w:r>
          </w:p>
        </w:tc>
      </w:tr>
      <w:tr w:rsidR="007A158A" w14:paraId="41CAEF64" w14:textId="77777777" w:rsidTr="00F12E96">
        <w:tc>
          <w:tcPr>
            <w:tcW w:w="4106" w:type="dxa"/>
          </w:tcPr>
          <w:p w14:paraId="72A6DA18" w14:textId="77777777" w:rsidR="007A158A" w:rsidRDefault="00FC5D9E">
            <w:proofErr w:type="spellStart"/>
            <w:r>
              <w:t>सहअधिकृत</w:t>
            </w:r>
            <w:proofErr w:type="spellEnd"/>
            <w:r>
              <w:t xml:space="preserve"> </w:t>
            </w:r>
            <w:proofErr w:type="spellStart"/>
            <w:r>
              <w:t>करावयाच्या</w:t>
            </w:r>
            <w:proofErr w:type="spellEnd"/>
            <w:r>
              <w:t xml:space="preserve"> </w:t>
            </w:r>
            <w:proofErr w:type="spellStart"/>
            <w:r>
              <w:t>कुटुंबातील</w:t>
            </w:r>
            <w:proofErr w:type="spellEnd"/>
            <w:r>
              <w:t xml:space="preserve"> </w:t>
            </w:r>
            <w:proofErr w:type="spellStart"/>
            <w:r>
              <w:t>सदस्यांची</w:t>
            </w:r>
            <w:proofErr w:type="spellEnd"/>
            <w:r>
              <w:t xml:space="preserve"> </w:t>
            </w:r>
            <w:proofErr w:type="spellStart"/>
            <w:r>
              <w:t>नावे</w:t>
            </w:r>
            <w:proofErr w:type="spellEnd"/>
          </w:p>
        </w:tc>
        <w:tc>
          <w:tcPr>
            <w:tcW w:w="1843" w:type="dxa"/>
          </w:tcPr>
          <w:p w14:paraId="0609CFCC" w14:textId="77777777" w:rsidR="007A158A" w:rsidRDefault="007A158A"/>
        </w:tc>
        <w:tc>
          <w:tcPr>
            <w:tcW w:w="2268" w:type="dxa"/>
          </w:tcPr>
          <w:p w14:paraId="41756900" w14:textId="77777777" w:rsidR="007A158A" w:rsidRDefault="007A158A"/>
        </w:tc>
        <w:tc>
          <w:tcPr>
            <w:tcW w:w="1709" w:type="dxa"/>
          </w:tcPr>
          <w:p w14:paraId="5049FF10" w14:textId="77777777" w:rsidR="007A158A" w:rsidRDefault="007A158A"/>
        </w:tc>
      </w:tr>
      <w:tr w:rsidR="007A158A" w14:paraId="4D0CDBC8" w14:textId="77777777" w:rsidTr="00F12E96">
        <w:tc>
          <w:tcPr>
            <w:tcW w:w="4106" w:type="dxa"/>
          </w:tcPr>
          <w:p w14:paraId="214E9C5B" w14:textId="77777777" w:rsidR="007A158A" w:rsidRDefault="00FC5D9E">
            <w:proofErr w:type="spellStart"/>
            <w:r>
              <w:t>पॅन</w:t>
            </w:r>
            <w:proofErr w:type="spellEnd"/>
            <w:r>
              <w:t xml:space="preserve"> </w:t>
            </w:r>
            <w:proofErr w:type="spellStart"/>
            <w:r>
              <w:t>क्रमांक</w:t>
            </w:r>
            <w:proofErr w:type="spellEnd"/>
            <w:r>
              <w:t xml:space="preserve"> (</w:t>
            </w:r>
            <w:proofErr w:type="spellStart"/>
            <w:r>
              <w:t>असल्यास</w:t>
            </w:r>
            <w:proofErr w:type="spellEnd"/>
            <w:r>
              <w:t>)</w:t>
            </w:r>
          </w:p>
        </w:tc>
        <w:tc>
          <w:tcPr>
            <w:tcW w:w="1843" w:type="dxa"/>
          </w:tcPr>
          <w:p w14:paraId="5FD11E68" w14:textId="77777777" w:rsidR="007A158A" w:rsidRDefault="007A158A"/>
        </w:tc>
        <w:tc>
          <w:tcPr>
            <w:tcW w:w="2268" w:type="dxa"/>
          </w:tcPr>
          <w:p w14:paraId="74886354" w14:textId="77777777" w:rsidR="007A158A" w:rsidRDefault="007A158A"/>
        </w:tc>
        <w:tc>
          <w:tcPr>
            <w:tcW w:w="1709" w:type="dxa"/>
          </w:tcPr>
          <w:p w14:paraId="2F578EC5" w14:textId="77777777" w:rsidR="007A158A" w:rsidRDefault="007A158A"/>
        </w:tc>
      </w:tr>
      <w:tr w:rsidR="007A158A" w14:paraId="345F606F" w14:textId="77777777" w:rsidTr="00F12E96">
        <w:tc>
          <w:tcPr>
            <w:tcW w:w="4106" w:type="dxa"/>
          </w:tcPr>
          <w:p w14:paraId="015854B0" w14:textId="77777777" w:rsidR="007A158A" w:rsidRDefault="00FC5D9E">
            <w:proofErr w:type="spellStart"/>
            <w:r>
              <w:t>आधार</w:t>
            </w:r>
            <w:proofErr w:type="spellEnd"/>
            <w:r>
              <w:t xml:space="preserve"> </w:t>
            </w:r>
            <w:proofErr w:type="spellStart"/>
            <w:r>
              <w:t>क्रमांक</w:t>
            </w:r>
            <w:proofErr w:type="spellEnd"/>
          </w:p>
        </w:tc>
        <w:tc>
          <w:tcPr>
            <w:tcW w:w="1843" w:type="dxa"/>
          </w:tcPr>
          <w:p w14:paraId="34B58CED" w14:textId="77777777" w:rsidR="007A158A" w:rsidRDefault="007A158A"/>
        </w:tc>
        <w:tc>
          <w:tcPr>
            <w:tcW w:w="2268" w:type="dxa"/>
          </w:tcPr>
          <w:p w14:paraId="33EC214A" w14:textId="77777777" w:rsidR="007A158A" w:rsidRDefault="007A158A"/>
        </w:tc>
        <w:tc>
          <w:tcPr>
            <w:tcW w:w="1709" w:type="dxa"/>
          </w:tcPr>
          <w:p w14:paraId="04C5D3EA" w14:textId="77777777" w:rsidR="007A158A" w:rsidRDefault="007A158A"/>
        </w:tc>
      </w:tr>
      <w:tr w:rsidR="007A158A" w14:paraId="08E084E7" w14:textId="77777777" w:rsidTr="00F12E96">
        <w:tc>
          <w:tcPr>
            <w:tcW w:w="4106" w:type="dxa"/>
          </w:tcPr>
          <w:p w14:paraId="4A0348CB" w14:textId="77777777" w:rsidR="007A158A" w:rsidRDefault="00FC5D9E">
            <w:r>
              <w:t xml:space="preserve">UDID </w:t>
            </w:r>
            <w:proofErr w:type="spellStart"/>
            <w:r>
              <w:t>क्र</w:t>
            </w:r>
            <w:proofErr w:type="spellEnd"/>
            <w:r>
              <w:t>. (</w:t>
            </w:r>
            <w:proofErr w:type="spellStart"/>
            <w:r>
              <w:t>दिव्यांग</w:t>
            </w:r>
            <w:proofErr w:type="spellEnd"/>
            <w:r>
              <w:t xml:space="preserve"> </w:t>
            </w:r>
            <w:proofErr w:type="spellStart"/>
            <w:r>
              <w:t>असल्यास</w:t>
            </w:r>
            <w:proofErr w:type="spellEnd"/>
            <w:r>
              <w:t>)</w:t>
            </w:r>
          </w:p>
        </w:tc>
        <w:tc>
          <w:tcPr>
            <w:tcW w:w="1843" w:type="dxa"/>
          </w:tcPr>
          <w:p w14:paraId="7B0C7A5B" w14:textId="77777777" w:rsidR="007A158A" w:rsidRDefault="007A158A"/>
        </w:tc>
        <w:tc>
          <w:tcPr>
            <w:tcW w:w="2268" w:type="dxa"/>
          </w:tcPr>
          <w:p w14:paraId="28BEFF14" w14:textId="77777777" w:rsidR="007A158A" w:rsidRDefault="007A158A"/>
        </w:tc>
        <w:tc>
          <w:tcPr>
            <w:tcW w:w="1709" w:type="dxa"/>
          </w:tcPr>
          <w:p w14:paraId="424C6C38" w14:textId="77777777" w:rsidR="007A158A" w:rsidRDefault="007A158A"/>
        </w:tc>
      </w:tr>
      <w:tr w:rsidR="007A158A" w14:paraId="5AF8F623" w14:textId="77777777" w:rsidTr="00F12E96">
        <w:tc>
          <w:tcPr>
            <w:tcW w:w="4106" w:type="dxa"/>
          </w:tcPr>
          <w:p w14:paraId="28573C41" w14:textId="77777777" w:rsidR="007A158A" w:rsidRDefault="00FC5D9E">
            <w:proofErr w:type="spellStart"/>
            <w:r>
              <w:t>इतर</w:t>
            </w:r>
            <w:proofErr w:type="spellEnd"/>
            <w:r>
              <w:t xml:space="preserve"> </w:t>
            </w:r>
            <w:proofErr w:type="spellStart"/>
            <w:r>
              <w:t>स्रोतांकडून</w:t>
            </w:r>
            <w:proofErr w:type="spellEnd"/>
            <w:r>
              <w:t xml:space="preserve"> </w:t>
            </w:r>
            <w:proofErr w:type="spellStart"/>
            <w:r>
              <w:t>मिळालेल्या</w:t>
            </w:r>
            <w:proofErr w:type="spellEnd"/>
            <w:r>
              <w:t xml:space="preserve"> </w:t>
            </w:r>
            <w:proofErr w:type="spellStart"/>
            <w:r>
              <w:t>निवृत्तिवेतन</w:t>
            </w:r>
            <w:proofErr w:type="spellEnd"/>
            <w:r>
              <w:t xml:space="preserve">/ </w:t>
            </w:r>
            <w:proofErr w:type="spellStart"/>
            <w:r>
              <w:t>कुटुंब</w:t>
            </w:r>
            <w:proofErr w:type="spellEnd"/>
            <w:r>
              <w:t xml:space="preserve"> </w:t>
            </w:r>
            <w:proofErr w:type="spellStart"/>
            <w:r>
              <w:t>निवृत्तिवेतनाचा</w:t>
            </w:r>
            <w:proofErr w:type="spellEnd"/>
            <w:r>
              <w:t xml:space="preserve"> </w:t>
            </w:r>
            <w:proofErr w:type="spellStart"/>
            <w:r>
              <w:t>तपशील</w:t>
            </w:r>
            <w:proofErr w:type="spellEnd"/>
            <w:r>
              <w:t xml:space="preserve"> (</w:t>
            </w:r>
            <w:proofErr w:type="spellStart"/>
            <w:r>
              <w:t>जर</w:t>
            </w:r>
            <w:proofErr w:type="spellEnd"/>
            <w:r>
              <w:t xml:space="preserve"> </w:t>
            </w:r>
            <w:proofErr w:type="spellStart"/>
            <w:r>
              <w:t>असेल</w:t>
            </w:r>
            <w:proofErr w:type="spellEnd"/>
            <w:r>
              <w:t xml:space="preserve"> </w:t>
            </w:r>
            <w:proofErr w:type="spellStart"/>
            <w:r>
              <w:t>तर</w:t>
            </w:r>
            <w:proofErr w:type="spellEnd"/>
            <w:r>
              <w:t>)</w:t>
            </w:r>
          </w:p>
        </w:tc>
        <w:tc>
          <w:tcPr>
            <w:tcW w:w="1843" w:type="dxa"/>
          </w:tcPr>
          <w:p w14:paraId="35AF5524" w14:textId="66087846" w:rsidR="007A158A" w:rsidRPr="002F6B01" w:rsidRDefault="002F6B01">
            <w:pPr>
              <w:rPr>
                <w:rFonts w:ascii="Nirmala UI" w:hAnsi="Nirmala UI" w:cs="Nirmala UI"/>
              </w:rPr>
            </w:pPr>
            <w:proofErr w:type="spellStart"/>
            <w:r w:rsidRPr="002F6B01">
              <w:rPr>
                <w:rFonts w:ascii="Nirmala UI" w:hAnsi="Nirmala UI" w:cs="Nirmala UI"/>
                <w:color w:val="EE0000"/>
              </w:rPr>
              <w:t>ही</w:t>
            </w:r>
            <w:proofErr w:type="spellEnd"/>
            <w:r w:rsidRPr="002F6B01">
              <w:rPr>
                <w:rFonts w:ascii="Nirmala UI" w:hAnsi="Nirmala UI" w:cs="Nirmala UI"/>
                <w:color w:val="EE0000"/>
              </w:rPr>
              <w:t xml:space="preserve"> </w:t>
            </w:r>
            <w:proofErr w:type="spellStart"/>
            <w:r w:rsidRPr="002F6B01">
              <w:rPr>
                <w:rFonts w:ascii="Nirmala UI" w:hAnsi="Nirmala UI" w:cs="Nirmala UI"/>
                <w:color w:val="EE0000"/>
              </w:rPr>
              <w:t>सर्व</w:t>
            </w:r>
            <w:proofErr w:type="spellEnd"/>
            <w:r w:rsidRPr="002F6B01">
              <w:rPr>
                <w:rFonts w:ascii="Nirmala UI" w:hAnsi="Nirmala UI" w:cs="Nirmala UI"/>
                <w:color w:val="EE0000"/>
              </w:rPr>
              <w:t xml:space="preserve"> </w:t>
            </w:r>
            <w:proofErr w:type="spellStart"/>
            <w:r w:rsidRPr="002F6B01">
              <w:rPr>
                <w:rFonts w:ascii="Nirmala UI" w:hAnsi="Nirmala UI" w:cs="Nirmala UI"/>
                <w:color w:val="EE0000"/>
              </w:rPr>
              <w:t>माहीती</w:t>
            </w:r>
            <w:proofErr w:type="spellEnd"/>
            <w:r w:rsidRPr="002F6B01">
              <w:rPr>
                <w:rFonts w:ascii="Nirmala UI" w:hAnsi="Nirmala UI" w:cs="Nirmala UI"/>
                <w:color w:val="EE0000"/>
              </w:rPr>
              <w:t xml:space="preserve"> </w:t>
            </w:r>
            <w:proofErr w:type="spellStart"/>
            <w:r w:rsidRPr="002F6B01">
              <w:rPr>
                <w:rFonts w:ascii="Nirmala UI" w:hAnsi="Nirmala UI" w:cs="Nirmala UI"/>
                <w:color w:val="EE0000"/>
              </w:rPr>
              <w:t>अपत्य</w:t>
            </w:r>
            <w:proofErr w:type="spellEnd"/>
            <w:r w:rsidRPr="002F6B01">
              <w:rPr>
                <w:rFonts w:ascii="Nirmala UI" w:hAnsi="Nirmala UI" w:cs="Nirmala UI"/>
                <w:color w:val="EE0000"/>
              </w:rPr>
              <w:t xml:space="preserve"> </w:t>
            </w:r>
          </w:p>
        </w:tc>
        <w:tc>
          <w:tcPr>
            <w:tcW w:w="2268" w:type="dxa"/>
          </w:tcPr>
          <w:p w14:paraId="22622384" w14:textId="14E69FF6" w:rsidR="007A158A" w:rsidRDefault="00F12E96">
            <w:proofErr w:type="spellStart"/>
            <w:r w:rsidRPr="002F6B01">
              <w:rPr>
                <w:rFonts w:ascii="Nirmala UI" w:hAnsi="Nirmala UI" w:cs="Nirmala UI"/>
                <w:color w:val="EE0000"/>
              </w:rPr>
              <w:t>अपंग</w:t>
            </w:r>
            <w:proofErr w:type="spellEnd"/>
            <w:r w:rsidRPr="002F6B01">
              <w:rPr>
                <w:rFonts w:ascii="Nirmala UI" w:hAnsi="Nirmala UI" w:cs="Nirmala UI"/>
                <w:color w:val="EE0000"/>
              </w:rPr>
              <w:t xml:space="preserve"> </w:t>
            </w:r>
            <w:proofErr w:type="spellStart"/>
            <w:r w:rsidRPr="002F6B01">
              <w:rPr>
                <w:rFonts w:ascii="Nirmala UI" w:hAnsi="Nirmala UI" w:cs="Nirmala UI"/>
                <w:color w:val="EE0000"/>
              </w:rPr>
              <w:t>असल्यास</w:t>
            </w:r>
            <w:proofErr w:type="spellEnd"/>
            <w:r w:rsidRPr="002F6B01">
              <w:rPr>
                <w:rFonts w:ascii="Nirmala UI" w:hAnsi="Nirmala UI" w:cs="Nirmala UI"/>
                <w:color w:val="EE0000"/>
              </w:rPr>
              <w:t xml:space="preserve"> </w:t>
            </w:r>
            <w:proofErr w:type="spellStart"/>
            <w:r w:rsidRPr="002F6B01">
              <w:rPr>
                <w:rFonts w:ascii="Nirmala UI" w:hAnsi="Nirmala UI" w:cs="Nirmala UI"/>
                <w:color w:val="EE0000"/>
              </w:rPr>
              <w:t>भरावे</w:t>
            </w:r>
            <w:proofErr w:type="spellEnd"/>
          </w:p>
        </w:tc>
        <w:tc>
          <w:tcPr>
            <w:tcW w:w="1709" w:type="dxa"/>
          </w:tcPr>
          <w:p w14:paraId="29F945D6" w14:textId="77777777" w:rsidR="007A158A" w:rsidRDefault="007A158A"/>
        </w:tc>
      </w:tr>
      <w:tr w:rsidR="007A158A" w14:paraId="1F46BCFF" w14:textId="77777777" w:rsidTr="00F12E96">
        <w:tc>
          <w:tcPr>
            <w:tcW w:w="4106" w:type="dxa"/>
          </w:tcPr>
          <w:p w14:paraId="1C077CED" w14:textId="77777777" w:rsidR="007A158A" w:rsidRDefault="00FC5D9E">
            <w:r>
              <w:t>पत्ता</w:t>
            </w:r>
          </w:p>
        </w:tc>
        <w:tc>
          <w:tcPr>
            <w:tcW w:w="1843" w:type="dxa"/>
          </w:tcPr>
          <w:p w14:paraId="66504C43" w14:textId="77777777" w:rsidR="007A158A" w:rsidRDefault="007A158A"/>
        </w:tc>
        <w:tc>
          <w:tcPr>
            <w:tcW w:w="2268" w:type="dxa"/>
          </w:tcPr>
          <w:p w14:paraId="318AA113" w14:textId="77777777" w:rsidR="007A158A" w:rsidRDefault="007A158A"/>
        </w:tc>
        <w:tc>
          <w:tcPr>
            <w:tcW w:w="1709" w:type="dxa"/>
          </w:tcPr>
          <w:p w14:paraId="2E521D9C" w14:textId="77777777" w:rsidR="007A158A" w:rsidRDefault="007A158A"/>
        </w:tc>
      </w:tr>
      <w:tr w:rsidR="007A158A" w14:paraId="31494034" w14:textId="77777777" w:rsidTr="00F12E96">
        <w:tc>
          <w:tcPr>
            <w:tcW w:w="4106" w:type="dxa"/>
          </w:tcPr>
          <w:p w14:paraId="77CD3583" w14:textId="77777777" w:rsidR="007A158A" w:rsidRDefault="00FC5D9E">
            <w:r>
              <w:t>मोबाईल क्रमांक व ईमेल आयडी</w:t>
            </w:r>
          </w:p>
        </w:tc>
        <w:tc>
          <w:tcPr>
            <w:tcW w:w="1843" w:type="dxa"/>
          </w:tcPr>
          <w:p w14:paraId="168AC93F" w14:textId="77777777" w:rsidR="007A158A" w:rsidRDefault="007A158A"/>
        </w:tc>
        <w:tc>
          <w:tcPr>
            <w:tcW w:w="2268" w:type="dxa"/>
          </w:tcPr>
          <w:p w14:paraId="655723AA" w14:textId="77777777" w:rsidR="007A158A" w:rsidRDefault="007A158A"/>
        </w:tc>
        <w:tc>
          <w:tcPr>
            <w:tcW w:w="1709" w:type="dxa"/>
          </w:tcPr>
          <w:p w14:paraId="5B003049" w14:textId="77777777" w:rsidR="007A158A" w:rsidRDefault="007A158A"/>
        </w:tc>
      </w:tr>
      <w:tr w:rsidR="007A158A" w14:paraId="5AB2EEF4" w14:textId="77777777" w:rsidTr="00F12E96">
        <w:tc>
          <w:tcPr>
            <w:tcW w:w="4106" w:type="dxa"/>
          </w:tcPr>
          <w:p w14:paraId="6230E301" w14:textId="77777777" w:rsidR="007A158A" w:rsidRDefault="00FC5D9E">
            <w:r>
              <w:t>बँक खात्याची माहिती (पर्यायी)</w:t>
            </w:r>
          </w:p>
        </w:tc>
        <w:tc>
          <w:tcPr>
            <w:tcW w:w="1843" w:type="dxa"/>
          </w:tcPr>
          <w:p w14:paraId="08818E95" w14:textId="77777777" w:rsidR="007A158A" w:rsidRDefault="007A158A"/>
        </w:tc>
        <w:tc>
          <w:tcPr>
            <w:tcW w:w="2268" w:type="dxa"/>
          </w:tcPr>
          <w:p w14:paraId="6D47AF36" w14:textId="77777777" w:rsidR="007A158A" w:rsidRDefault="007A158A"/>
        </w:tc>
        <w:tc>
          <w:tcPr>
            <w:tcW w:w="1709" w:type="dxa"/>
          </w:tcPr>
          <w:p w14:paraId="72199696" w14:textId="77777777" w:rsidR="007A158A" w:rsidRDefault="007A158A"/>
        </w:tc>
      </w:tr>
      <w:tr w:rsidR="007A158A" w14:paraId="415DC754" w14:textId="77777777" w:rsidTr="00F12E96">
        <w:tc>
          <w:tcPr>
            <w:tcW w:w="4106" w:type="dxa"/>
          </w:tcPr>
          <w:p w14:paraId="1D85E73A" w14:textId="77777777" w:rsidR="007A158A" w:rsidRDefault="00FC5D9E">
            <w:r>
              <w:t>शाखेचा पत्ता (जर बँक खात्याची माहिती दिली असेल तर)</w:t>
            </w:r>
          </w:p>
        </w:tc>
        <w:tc>
          <w:tcPr>
            <w:tcW w:w="1843" w:type="dxa"/>
          </w:tcPr>
          <w:p w14:paraId="350454B8" w14:textId="77777777" w:rsidR="007A158A" w:rsidRDefault="007A158A"/>
        </w:tc>
        <w:tc>
          <w:tcPr>
            <w:tcW w:w="2268" w:type="dxa"/>
          </w:tcPr>
          <w:p w14:paraId="0232D69D" w14:textId="77777777" w:rsidR="007A158A" w:rsidRDefault="007A158A"/>
        </w:tc>
        <w:tc>
          <w:tcPr>
            <w:tcW w:w="1709" w:type="dxa"/>
          </w:tcPr>
          <w:p w14:paraId="735FE840" w14:textId="77777777" w:rsidR="007A158A" w:rsidRDefault="007A158A"/>
        </w:tc>
      </w:tr>
      <w:tr w:rsidR="007A158A" w14:paraId="087721CF" w14:textId="77777777" w:rsidTr="00F12E96">
        <w:tc>
          <w:tcPr>
            <w:tcW w:w="4106" w:type="dxa"/>
          </w:tcPr>
          <w:p w14:paraId="45B4B775" w14:textId="77777777" w:rsidR="007A158A" w:rsidRDefault="00FC5D9E">
            <w:r>
              <w:t>खाते क्र.</w:t>
            </w:r>
          </w:p>
        </w:tc>
        <w:tc>
          <w:tcPr>
            <w:tcW w:w="1843" w:type="dxa"/>
          </w:tcPr>
          <w:p w14:paraId="40EEEA75" w14:textId="77777777" w:rsidR="007A158A" w:rsidRDefault="007A158A"/>
        </w:tc>
        <w:tc>
          <w:tcPr>
            <w:tcW w:w="2268" w:type="dxa"/>
          </w:tcPr>
          <w:p w14:paraId="28A55403" w14:textId="77777777" w:rsidR="007A158A" w:rsidRDefault="007A158A"/>
        </w:tc>
        <w:tc>
          <w:tcPr>
            <w:tcW w:w="1709" w:type="dxa"/>
          </w:tcPr>
          <w:p w14:paraId="6994B1D5" w14:textId="77777777" w:rsidR="007A158A" w:rsidRDefault="007A158A"/>
        </w:tc>
      </w:tr>
      <w:tr w:rsidR="007A158A" w14:paraId="121F4F64" w14:textId="77777777" w:rsidTr="00F12E96">
        <w:tc>
          <w:tcPr>
            <w:tcW w:w="4106" w:type="dxa"/>
          </w:tcPr>
          <w:p w14:paraId="5D58A51D" w14:textId="77777777" w:rsidR="007A158A" w:rsidRDefault="00FC5D9E">
            <w:r>
              <w:t>आय.एफ.एस.सी. कोड</w:t>
            </w:r>
          </w:p>
        </w:tc>
        <w:tc>
          <w:tcPr>
            <w:tcW w:w="1843" w:type="dxa"/>
          </w:tcPr>
          <w:p w14:paraId="2CC33C1A" w14:textId="77777777" w:rsidR="007A158A" w:rsidRDefault="007A158A"/>
        </w:tc>
        <w:tc>
          <w:tcPr>
            <w:tcW w:w="2268" w:type="dxa"/>
          </w:tcPr>
          <w:p w14:paraId="58E580DE" w14:textId="77777777" w:rsidR="007A158A" w:rsidRDefault="007A158A"/>
        </w:tc>
        <w:tc>
          <w:tcPr>
            <w:tcW w:w="1709" w:type="dxa"/>
          </w:tcPr>
          <w:p w14:paraId="778DB32A" w14:textId="77777777" w:rsidR="007A158A" w:rsidRDefault="007A158A"/>
        </w:tc>
      </w:tr>
    </w:tbl>
    <w:p w14:paraId="5FD3BB4B" w14:textId="77777777" w:rsidR="00F12E96" w:rsidRDefault="00F12E96">
      <w:pPr>
        <w:spacing w:after="120"/>
      </w:pPr>
    </w:p>
    <w:p w14:paraId="56356FFD" w14:textId="65BB5C60" w:rsidR="007A158A" w:rsidRDefault="00FC5D9E">
      <w:pPr>
        <w:spacing w:after="120"/>
      </w:pPr>
      <w:r>
        <w:t xml:space="preserve">v. </w:t>
      </w:r>
      <w:proofErr w:type="spellStart"/>
      <w:r>
        <w:t>शासन</w:t>
      </w:r>
      <w:proofErr w:type="spellEnd"/>
      <w:r>
        <w:t xml:space="preserve"> </w:t>
      </w:r>
      <w:proofErr w:type="spellStart"/>
      <w:r>
        <w:t>निर्णय</w:t>
      </w:r>
      <w:proofErr w:type="spellEnd"/>
      <w:r>
        <w:t xml:space="preserve">, </w:t>
      </w:r>
      <w:proofErr w:type="spellStart"/>
      <w:r>
        <w:t>वित्त</w:t>
      </w:r>
      <w:proofErr w:type="spellEnd"/>
      <w:r>
        <w:t xml:space="preserve"> </w:t>
      </w:r>
      <w:proofErr w:type="spellStart"/>
      <w:r>
        <w:t>विभाग</w:t>
      </w:r>
      <w:proofErr w:type="spellEnd"/>
      <w:r>
        <w:t>, दि. ०८.१०.२०१८ व दि. ११.०६.२०२४ अनुसार सह-अधिकृत करावयाच्या कुटुंबातील सदस्याला मानसिक विकार किंवा मानसिक अपंगत्व असल्यास, ज्यामध्ये मानसिक गतीमंदता देखील समाविष्ट आहे, पालक/नामनिर्देशित व्यक्तीची माहिती, जिथे लागू असेल तिथेः</w:t>
      </w:r>
    </w:p>
    <w:tbl>
      <w:tblPr>
        <w:tblStyle w:val="TableGrid"/>
        <w:tblW w:w="0" w:type="auto"/>
        <w:tblLook w:val="04A0" w:firstRow="1" w:lastRow="0" w:firstColumn="1" w:lastColumn="0" w:noHBand="0" w:noVBand="1"/>
      </w:tblPr>
      <w:tblGrid>
        <w:gridCol w:w="4964"/>
        <w:gridCol w:w="4962"/>
      </w:tblGrid>
      <w:tr w:rsidR="007A158A" w14:paraId="16AA3D50" w14:textId="77777777">
        <w:tc>
          <w:tcPr>
            <w:tcW w:w="4968" w:type="dxa"/>
          </w:tcPr>
          <w:p w14:paraId="5B1633BF" w14:textId="77777777" w:rsidR="007A158A" w:rsidRDefault="00FC5D9E">
            <w:r>
              <w:t>सह-अधिकृत कुटुंबातील सदस्याचे नाव</w:t>
            </w:r>
          </w:p>
        </w:tc>
        <w:tc>
          <w:tcPr>
            <w:tcW w:w="4968" w:type="dxa"/>
          </w:tcPr>
          <w:p w14:paraId="7DCC035F" w14:textId="77777777" w:rsidR="007A158A" w:rsidRDefault="007A158A"/>
        </w:tc>
      </w:tr>
      <w:tr w:rsidR="007A158A" w14:paraId="129B298D" w14:textId="77777777">
        <w:tc>
          <w:tcPr>
            <w:tcW w:w="4968" w:type="dxa"/>
          </w:tcPr>
          <w:p w14:paraId="1BFEEBD3" w14:textId="77777777" w:rsidR="007A158A" w:rsidRDefault="00FC5D9E">
            <w:r>
              <w:t>पालक / नामनिर्देशित व्यक्तीचे नाव</w:t>
            </w:r>
          </w:p>
        </w:tc>
        <w:tc>
          <w:tcPr>
            <w:tcW w:w="4968" w:type="dxa"/>
          </w:tcPr>
          <w:p w14:paraId="1DA9B540" w14:textId="77777777" w:rsidR="007A158A" w:rsidRDefault="007A158A"/>
        </w:tc>
      </w:tr>
      <w:tr w:rsidR="007A158A" w14:paraId="575076EF" w14:textId="77777777">
        <w:tc>
          <w:tcPr>
            <w:tcW w:w="4968" w:type="dxa"/>
          </w:tcPr>
          <w:p w14:paraId="6595BCC5" w14:textId="77777777" w:rsidR="007A158A" w:rsidRDefault="00FC5D9E">
            <w:r>
              <w:t>पालक / नामनिर्देशित व्यक्तीची जन्मतारीख</w:t>
            </w:r>
          </w:p>
        </w:tc>
        <w:tc>
          <w:tcPr>
            <w:tcW w:w="4968" w:type="dxa"/>
          </w:tcPr>
          <w:p w14:paraId="3C77B466" w14:textId="261418E0" w:rsidR="007A158A" w:rsidRDefault="002F6B01">
            <w:proofErr w:type="spellStart"/>
            <w:r w:rsidRPr="002F6B01">
              <w:rPr>
                <w:rFonts w:ascii="Nirmala UI" w:hAnsi="Nirmala UI" w:cs="Nirmala UI"/>
                <w:color w:val="EE0000"/>
              </w:rPr>
              <w:t>ही</w:t>
            </w:r>
            <w:proofErr w:type="spellEnd"/>
            <w:r w:rsidRPr="002F6B01">
              <w:rPr>
                <w:rFonts w:ascii="Nirmala UI" w:hAnsi="Nirmala UI" w:cs="Nirmala UI"/>
                <w:color w:val="EE0000"/>
              </w:rPr>
              <w:t xml:space="preserve"> </w:t>
            </w:r>
            <w:proofErr w:type="spellStart"/>
            <w:r w:rsidRPr="002F6B01">
              <w:rPr>
                <w:rFonts w:ascii="Nirmala UI" w:hAnsi="Nirmala UI" w:cs="Nirmala UI"/>
                <w:color w:val="EE0000"/>
              </w:rPr>
              <w:t>सर्व</w:t>
            </w:r>
            <w:proofErr w:type="spellEnd"/>
            <w:r w:rsidRPr="002F6B01">
              <w:rPr>
                <w:rFonts w:ascii="Nirmala UI" w:hAnsi="Nirmala UI" w:cs="Nirmala UI"/>
                <w:color w:val="EE0000"/>
              </w:rPr>
              <w:t xml:space="preserve"> </w:t>
            </w:r>
            <w:proofErr w:type="spellStart"/>
            <w:r w:rsidRPr="002F6B01">
              <w:rPr>
                <w:rFonts w:ascii="Nirmala UI" w:hAnsi="Nirmala UI" w:cs="Nirmala UI"/>
                <w:color w:val="EE0000"/>
              </w:rPr>
              <w:t>माहीती</w:t>
            </w:r>
            <w:proofErr w:type="spellEnd"/>
            <w:r w:rsidRPr="002F6B01">
              <w:rPr>
                <w:rFonts w:ascii="Nirmala UI" w:hAnsi="Nirmala UI" w:cs="Nirmala UI"/>
                <w:color w:val="EE0000"/>
              </w:rPr>
              <w:t xml:space="preserve"> </w:t>
            </w:r>
            <w:proofErr w:type="spellStart"/>
            <w:r w:rsidRPr="002F6B01">
              <w:rPr>
                <w:rFonts w:ascii="Nirmala UI" w:hAnsi="Nirmala UI" w:cs="Nirmala UI"/>
                <w:color w:val="EE0000"/>
              </w:rPr>
              <w:t>अपत्य</w:t>
            </w:r>
            <w:proofErr w:type="spellEnd"/>
            <w:r w:rsidRPr="002F6B01">
              <w:rPr>
                <w:rFonts w:ascii="Nirmala UI" w:hAnsi="Nirmala UI" w:cs="Nirmala UI"/>
                <w:color w:val="EE0000"/>
              </w:rPr>
              <w:t xml:space="preserve"> </w:t>
            </w:r>
            <w:proofErr w:type="spellStart"/>
            <w:r w:rsidRPr="002F6B01">
              <w:rPr>
                <w:rFonts w:ascii="Nirmala UI" w:hAnsi="Nirmala UI" w:cs="Nirmala UI"/>
                <w:color w:val="EE0000"/>
              </w:rPr>
              <w:t>अपंग</w:t>
            </w:r>
            <w:proofErr w:type="spellEnd"/>
            <w:r w:rsidRPr="002F6B01">
              <w:rPr>
                <w:rFonts w:ascii="Nirmala UI" w:hAnsi="Nirmala UI" w:cs="Nirmala UI"/>
                <w:color w:val="EE0000"/>
              </w:rPr>
              <w:t xml:space="preserve"> </w:t>
            </w:r>
            <w:proofErr w:type="spellStart"/>
            <w:r w:rsidRPr="002F6B01">
              <w:rPr>
                <w:rFonts w:ascii="Nirmala UI" w:hAnsi="Nirmala UI" w:cs="Nirmala UI"/>
                <w:color w:val="EE0000"/>
              </w:rPr>
              <w:t>असल्यास</w:t>
            </w:r>
            <w:proofErr w:type="spellEnd"/>
            <w:r w:rsidRPr="002F6B01">
              <w:rPr>
                <w:rFonts w:ascii="Nirmala UI" w:hAnsi="Nirmala UI" w:cs="Nirmala UI"/>
                <w:color w:val="EE0000"/>
              </w:rPr>
              <w:t xml:space="preserve"> </w:t>
            </w:r>
            <w:proofErr w:type="spellStart"/>
            <w:r w:rsidRPr="002F6B01">
              <w:rPr>
                <w:rFonts w:ascii="Nirmala UI" w:hAnsi="Nirmala UI" w:cs="Nirmala UI"/>
                <w:color w:val="EE0000"/>
              </w:rPr>
              <w:t>भरावे</w:t>
            </w:r>
            <w:proofErr w:type="spellEnd"/>
          </w:p>
        </w:tc>
      </w:tr>
      <w:tr w:rsidR="007A158A" w14:paraId="20630AE3" w14:textId="77777777">
        <w:tc>
          <w:tcPr>
            <w:tcW w:w="4968" w:type="dxa"/>
          </w:tcPr>
          <w:p w14:paraId="44EF8C69" w14:textId="77777777" w:rsidR="007A158A" w:rsidRDefault="00FC5D9E">
            <w:r>
              <w:t>आधार क्र.</w:t>
            </w:r>
          </w:p>
        </w:tc>
        <w:tc>
          <w:tcPr>
            <w:tcW w:w="4968" w:type="dxa"/>
          </w:tcPr>
          <w:p w14:paraId="34EA6CF7" w14:textId="77777777" w:rsidR="007A158A" w:rsidRDefault="007A158A"/>
        </w:tc>
      </w:tr>
      <w:tr w:rsidR="007A158A" w14:paraId="48FF63B6" w14:textId="77777777">
        <w:tc>
          <w:tcPr>
            <w:tcW w:w="4968" w:type="dxa"/>
          </w:tcPr>
          <w:p w14:paraId="12A56110" w14:textId="77777777" w:rsidR="007A158A" w:rsidRDefault="00FC5D9E">
            <w:r>
              <w:t>पॅन क्र. (असल्यास)</w:t>
            </w:r>
          </w:p>
        </w:tc>
        <w:tc>
          <w:tcPr>
            <w:tcW w:w="4968" w:type="dxa"/>
          </w:tcPr>
          <w:p w14:paraId="6D8957EF" w14:textId="77777777" w:rsidR="007A158A" w:rsidRDefault="007A158A"/>
        </w:tc>
      </w:tr>
      <w:tr w:rsidR="007A158A" w14:paraId="3F3E093B" w14:textId="77777777">
        <w:tc>
          <w:tcPr>
            <w:tcW w:w="4968" w:type="dxa"/>
          </w:tcPr>
          <w:p w14:paraId="08A10893" w14:textId="77777777" w:rsidR="007A158A" w:rsidRDefault="00FC5D9E">
            <w:r>
              <w:t>शासकीय कर्मचाऱ्याशी नाते</w:t>
            </w:r>
          </w:p>
        </w:tc>
        <w:tc>
          <w:tcPr>
            <w:tcW w:w="4968" w:type="dxa"/>
          </w:tcPr>
          <w:p w14:paraId="24D29F82" w14:textId="77777777" w:rsidR="007A158A" w:rsidRDefault="007A158A"/>
        </w:tc>
      </w:tr>
      <w:tr w:rsidR="007A158A" w14:paraId="2A2DF3C9" w14:textId="77777777">
        <w:tc>
          <w:tcPr>
            <w:tcW w:w="4968" w:type="dxa"/>
          </w:tcPr>
          <w:p w14:paraId="49F4EF74" w14:textId="77777777" w:rsidR="007A158A" w:rsidRDefault="00FC5D9E">
            <w:r>
              <w:t>अल्पवयीन/मानसिकदृष्ट्या अपंग कुटुंबातील सदस्याशी नाते</w:t>
            </w:r>
          </w:p>
        </w:tc>
        <w:tc>
          <w:tcPr>
            <w:tcW w:w="4968" w:type="dxa"/>
          </w:tcPr>
          <w:p w14:paraId="549318DF" w14:textId="77777777" w:rsidR="007A158A" w:rsidRDefault="007A158A"/>
        </w:tc>
      </w:tr>
      <w:tr w:rsidR="007A158A" w14:paraId="27399353" w14:textId="77777777">
        <w:tc>
          <w:tcPr>
            <w:tcW w:w="4968" w:type="dxa"/>
          </w:tcPr>
          <w:p w14:paraId="3FEE3884" w14:textId="77777777" w:rsidR="007A158A" w:rsidRDefault="00FC5D9E">
            <w:r>
              <w:t>मोबाईल क्रमांक आणि ईमेल आयडी</w:t>
            </w:r>
          </w:p>
        </w:tc>
        <w:tc>
          <w:tcPr>
            <w:tcW w:w="4968" w:type="dxa"/>
          </w:tcPr>
          <w:p w14:paraId="30FAF945" w14:textId="77777777" w:rsidR="007A158A" w:rsidRDefault="007A158A"/>
        </w:tc>
      </w:tr>
      <w:tr w:rsidR="007A158A" w14:paraId="103506D9" w14:textId="77777777">
        <w:tc>
          <w:tcPr>
            <w:tcW w:w="4968" w:type="dxa"/>
          </w:tcPr>
          <w:p w14:paraId="66D5A706" w14:textId="77777777" w:rsidR="007A158A" w:rsidRDefault="00FC5D9E">
            <w:r>
              <w:t>पत्ता</w:t>
            </w:r>
          </w:p>
        </w:tc>
        <w:tc>
          <w:tcPr>
            <w:tcW w:w="4968" w:type="dxa"/>
          </w:tcPr>
          <w:p w14:paraId="2D758326" w14:textId="77777777" w:rsidR="007A158A" w:rsidRDefault="007A158A"/>
        </w:tc>
      </w:tr>
    </w:tbl>
    <w:p w14:paraId="5D547597" w14:textId="77777777" w:rsidR="007A158A" w:rsidRDefault="00FC5D9E">
      <w:pPr>
        <w:spacing w:after="120"/>
      </w:pPr>
      <w:r>
        <w:rPr>
          <w:b/>
        </w:rPr>
        <w:t>(टिप : मुद्दा क्र. V मध्ये सह-अधिकृत कुटुंबातील सदस्यासाठी पालक / नामनिर्देशित व्यक्तीचे नाव नमूद केलेले असल्यास न्यायालयाकडून पालकत्व प्रमाणपत्र प्राप्त करून घेण्याची आवश्यकता राहणार नाही.)</w:t>
      </w:r>
    </w:p>
    <w:p w14:paraId="0C301BFE" w14:textId="77777777" w:rsidR="007A158A" w:rsidRDefault="00FC5D9E">
      <w:pPr>
        <w:spacing w:before="240" w:after="120"/>
      </w:pPr>
      <w:r>
        <w:rPr>
          <w:b/>
          <w:sz w:val="24"/>
        </w:rPr>
        <w:lastRenderedPageBreak/>
        <w:t>७. महाराष्ट्र नागरी सेवा (निवृत्तिवेतन) नियम, १९८२ मधील नियम ११५ (१) अन्वये सेवानिवृत्ति उपदान / मृत्यु उपदानाकरिता नामनिर्देशन</w:t>
      </w:r>
    </w:p>
    <w:tbl>
      <w:tblPr>
        <w:tblStyle w:val="TableGrid"/>
        <w:tblW w:w="0" w:type="auto"/>
        <w:tblLook w:val="04A0" w:firstRow="1" w:lastRow="0" w:firstColumn="1" w:lastColumn="0" w:noHBand="0" w:noVBand="1"/>
      </w:tblPr>
      <w:tblGrid>
        <w:gridCol w:w="1247"/>
        <w:gridCol w:w="1250"/>
        <w:gridCol w:w="851"/>
        <w:gridCol w:w="1167"/>
        <w:gridCol w:w="2559"/>
        <w:gridCol w:w="1250"/>
        <w:gridCol w:w="507"/>
        <w:gridCol w:w="1095"/>
      </w:tblGrid>
      <w:tr w:rsidR="007A158A" w14:paraId="36312B7E" w14:textId="77777777" w:rsidTr="00F12E96">
        <w:tc>
          <w:tcPr>
            <w:tcW w:w="1247" w:type="dxa"/>
          </w:tcPr>
          <w:p w14:paraId="2CAE9599" w14:textId="2332F123" w:rsidR="007A158A" w:rsidRDefault="00FC5D9E">
            <w:proofErr w:type="spellStart"/>
            <w:r>
              <w:t>मूळ</w:t>
            </w:r>
            <w:proofErr w:type="spellEnd"/>
            <w:r>
              <w:t xml:space="preserve"> </w:t>
            </w:r>
            <w:proofErr w:type="spellStart"/>
            <w:r>
              <w:t>नामनिर्देशित</w:t>
            </w:r>
            <w:proofErr w:type="spellEnd"/>
            <w:r>
              <w:t xml:space="preserve"> </w:t>
            </w:r>
            <w:proofErr w:type="spellStart"/>
            <w:r>
              <w:t>सदस्याचे</w:t>
            </w:r>
            <w:proofErr w:type="spellEnd"/>
            <w:r>
              <w:t xml:space="preserve"> </w:t>
            </w:r>
            <w:proofErr w:type="spellStart"/>
            <w:r>
              <w:t>नाव</w:t>
            </w:r>
            <w:proofErr w:type="spellEnd"/>
            <w:r>
              <w:t xml:space="preserve"> व पत्ते </w:t>
            </w:r>
          </w:p>
        </w:tc>
        <w:tc>
          <w:tcPr>
            <w:tcW w:w="1250" w:type="dxa"/>
          </w:tcPr>
          <w:p w14:paraId="40ADDC82" w14:textId="212FA20D" w:rsidR="007A158A" w:rsidRDefault="00FC5D9E">
            <w:r>
              <w:t xml:space="preserve">शासकीय कर्मचाऱ्याशी नाते </w:t>
            </w:r>
          </w:p>
        </w:tc>
        <w:tc>
          <w:tcPr>
            <w:tcW w:w="851" w:type="dxa"/>
          </w:tcPr>
          <w:p w14:paraId="68F13D78" w14:textId="667C627E" w:rsidR="007A158A" w:rsidRDefault="00FC5D9E">
            <w:r>
              <w:t xml:space="preserve">वय </w:t>
            </w:r>
          </w:p>
        </w:tc>
        <w:tc>
          <w:tcPr>
            <w:tcW w:w="1167" w:type="dxa"/>
          </w:tcPr>
          <w:p w14:paraId="09D0010F" w14:textId="6F111CD9" w:rsidR="007A158A" w:rsidRDefault="00FC2E4B">
            <w:proofErr w:type="spellStart"/>
            <w:r w:rsidRPr="005435CF">
              <w:rPr>
                <w:rFonts w:ascii="Nirmala UI" w:hAnsi="Nirmala UI" w:cs="Nirmala UI"/>
                <w:sz w:val="20"/>
                <w:szCs w:val="20"/>
              </w:rPr>
              <w:t>प्रत्येक</w:t>
            </w:r>
            <w:proofErr w:type="spellEnd"/>
            <w:r w:rsidRPr="005435CF">
              <w:rPr>
                <w:sz w:val="20"/>
                <w:szCs w:val="20"/>
              </w:rPr>
              <w:t xml:space="preserve"> </w:t>
            </w:r>
            <w:proofErr w:type="spellStart"/>
            <w:r w:rsidRPr="005435CF">
              <w:rPr>
                <w:rFonts w:ascii="Nirmala UI" w:hAnsi="Nirmala UI" w:cs="Nirmala UI"/>
                <w:sz w:val="20"/>
                <w:szCs w:val="20"/>
              </w:rPr>
              <w:t>सदस्याला</w:t>
            </w:r>
            <w:proofErr w:type="spellEnd"/>
            <w:r w:rsidRPr="005435CF">
              <w:rPr>
                <w:sz w:val="20"/>
                <w:szCs w:val="20"/>
              </w:rPr>
              <w:t xml:space="preserve"> </w:t>
            </w:r>
            <w:proofErr w:type="spellStart"/>
            <w:r w:rsidRPr="005435CF">
              <w:rPr>
                <w:rFonts w:ascii="Nirmala UI" w:hAnsi="Nirmala UI" w:cs="Nirmala UI"/>
                <w:sz w:val="20"/>
                <w:szCs w:val="20"/>
              </w:rPr>
              <w:t>देय</w:t>
            </w:r>
            <w:proofErr w:type="spellEnd"/>
            <w:r w:rsidRPr="005435CF">
              <w:rPr>
                <w:sz w:val="20"/>
                <w:szCs w:val="20"/>
              </w:rPr>
              <w:t xml:space="preserve"> </w:t>
            </w:r>
            <w:proofErr w:type="spellStart"/>
            <w:r w:rsidRPr="005435CF">
              <w:rPr>
                <w:rFonts w:ascii="Nirmala UI" w:hAnsi="Nirmala UI" w:cs="Nirmala UI"/>
                <w:sz w:val="20"/>
                <w:szCs w:val="20"/>
              </w:rPr>
              <w:t>असेल</w:t>
            </w:r>
            <w:proofErr w:type="spellEnd"/>
            <w:r w:rsidRPr="005435CF">
              <w:rPr>
                <w:sz w:val="20"/>
                <w:szCs w:val="20"/>
              </w:rPr>
              <w:t xml:space="preserve"> </w:t>
            </w:r>
            <w:proofErr w:type="spellStart"/>
            <w:r w:rsidRPr="005435CF">
              <w:rPr>
                <w:rFonts w:ascii="Nirmala UI" w:hAnsi="Nirmala UI" w:cs="Nirmala UI"/>
                <w:sz w:val="20"/>
                <w:szCs w:val="20"/>
              </w:rPr>
              <w:t>अशी</w:t>
            </w:r>
            <w:proofErr w:type="spellEnd"/>
            <w:r w:rsidRPr="005435CF">
              <w:rPr>
                <w:sz w:val="20"/>
                <w:szCs w:val="20"/>
              </w:rPr>
              <w:t xml:space="preserve"> </w:t>
            </w:r>
            <w:proofErr w:type="spellStart"/>
            <w:r w:rsidRPr="005435CF">
              <w:rPr>
                <w:rFonts w:ascii="Nirmala UI" w:hAnsi="Nirmala UI" w:cs="Nirmala UI"/>
                <w:sz w:val="20"/>
                <w:szCs w:val="20"/>
              </w:rPr>
              <w:t>उपदानाची</w:t>
            </w:r>
            <w:proofErr w:type="spellEnd"/>
            <w:r w:rsidRPr="005435CF">
              <w:rPr>
                <w:sz w:val="20"/>
                <w:szCs w:val="20"/>
              </w:rPr>
              <w:t xml:space="preserve"> </w:t>
            </w:r>
            <w:proofErr w:type="spellStart"/>
            <w:r w:rsidRPr="005435CF">
              <w:rPr>
                <w:rFonts w:ascii="Nirmala UI" w:hAnsi="Nirmala UI" w:cs="Nirmala UI"/>
                <w:sz w:val="20"/>
                <w:szCs w:val="20"/>
              </w:rPr>
              <w:t>रक्कम</w:t>
            </w:r>
            <w:proofErr w:type="spellEnd"/>
            <w:r w:rsidRPr="005435CF">
              <w:rPr>
                <w:sz w:val="20"/>
                <w:szCs w:val="20"/>
              </w:rPr>
              <w:t xml:space="preserve"> </w:t>
            </w:r>
            <w:proofErr w:type="spellStart"/>
            <w:r w:rsidRPr="005435CF">
              <w:rPr>
                <w:rFonts w:ascii="Nirmala UI" w:hAnsi="Nirmala UI" w:cs="Nirmala UI"/>
                <w:sz w:val="20"/>
                <w:szCs w:val="20"/>
              </w:rPr>
              <w:t>किंवा</w:t>
            </w:r>
            <w:proofErr w:type="spellEnd"/>
            <w:r w:rsidRPr="005435CF">
              <w:rPr>
                <w:sz w:val="20"/>
                <w:szCs w:val="20"/>
              </w:rPr>
              <w:t xml:space="preserve"> </w:t>
            </w:r>
            <w:proofErr w:type="spellStart"/>
            <w:r w:rsidRPr="005435CF">
              <w:rPr>
                <w:rFonts w:ascii="Nirmala UI" w:hAnsi="Nirmala UI" w:cs="Nirmala UI"/>
                <w:sz w:val="20"/>
                <w:szCs w:val="20"/>
              </w:rPr>
              <w:t>त्याचा</w:t>
            </w:r>
            <w:proofErr w:type="spellEnd"/>
            <w:r w:rsidRPr="005435CF">
              <w:rPr>
                <w:sz w:val="20"/>
                <w:szCs w:val="20"/>
              </w:rPr>
              <w:t xml:space="preserve"> </w:t>
            </w:r>
            <w:proofErr w:type="spellStart"/>
            <w:r w:rsidRPr="005435CF">
              <w:rPr>
                <w:rFonts w:ascii="Nirmala UI" w:hAnsi="Nirmala UI" w:cs="Nirmala UI"/>
                <w:sz w:val="20"/>
                <w:szCs w:val="20"/>
              </w:rPr>
              <w:t>हिस्सा</w:t>
            </w:r>
            <w:proofErr w:type="spellEnd"/>
          </w:p>
        </w:tc>
        <w:tc>
          <w:tcPr>
            <w:tcW w:w="2559" w:type="dxa"/>
          </w:tcPr>
          <w:p w14:paraId="0BC55579" w14:textId="1F1C33FF" w:rsidR="007A158A" w:rsidRPr="003F6C74" w:rsidRDefault="00C52C8F">
            <w:pPr>
              <w:rPr>
                <w:sz w:val="18"/>
                <w:szCs w:val="18"/>
                <w:lang w:val="en-IN"/>
              </w:rPr>
            </w:pPr>
            <w:proofErr w:type="spellStart"/>
            <w:r w:rsidRPr="00F12E96">
              <w:rPr>
                <w:rFonts w:ascii="Nirmala UI" w:hAnsi="Nirmala UI" w:cs="Nirmala UI"/>
                <w:sz w:val="18"/>
                <w:szCs w:val="18"/>
                <w:lang w:val="en-IN"/>
              </w:rPr>
              <w:t>नामनिर्देशित</w:t>
            </w:r>
            <w:proofErr w:type="spellEnd"/>
            <w:r w:rsidRPr="00F12E96">
              <w:rPr>
                <w:sz w:val="18"/>
                <w:szCs w:val="18"/>
                <w:lang w:val="en-IN"/>
              </w:rPr>
              <w:t xml:space="preserve"> </w:t>
            </w:r>
            <w:proofErr w:type="spellStart"/>
            <w:r w:rsidRPr="00F12E96">
              <w:rPr>
                <w:rFonts w:ascii="Nirmala UI" w:hAnsi="Nirmala UI" w:cs="Nirmala UI"/>
                <w:sz w:val="18"/>
                <w:szCs w:val="18"/>
                <w:lang w:val="en-IN"/>
              </w:rPr>
              <w:t>सदस्य</w:t>
            </w:r>
            <w:proofErr w:type="spellEnd"/>
            <w:r w:rsidRPr="00F12E96">
              <w:rPr>
                <w:sz w:val="18"/>
                <w:szCs w:val="18"/>
                <w:lang w:val="en-IN"/>
              </w:rPr>
              <w:t xml:space="preserve"> </w:t>
            </w:r>
            <w:proofErr w:type="spellStart"/>
            <w:r w:rsidRPr="00F12E96">
              <w:rPr>
                <w:rFonts w:ascii="Nirmala UI" w:hAnsi="Nirmala UI" w:cs="Nirmala UI"/>
                <w:sz w:val="18"/>
                <w:szCs w:val="18"/>
                <w:lang w:val="en-IN"/>
              </w:rPr>
              <w:t>हा</w:t>
            </w:r>
            <w:proofErr w:type="spellEnd"/>
            <w:r w:rsidRPr="00F12E96">
              <w:rPr>
                <w:sz w:val="18"/>
                <w:szCs w:val="18"/>
                <w:lang w:val="en-IN"/>
              </w:rPr>
              <w:t xml:space="preserve"> </w:t>
            </w:r>
            <w:proofErr w:type="spellStart"/>
            <w:r w:rsidRPr="00F12E96">
              <w:rPr>
                <w:rFonts w:ascii="Nirmala UI" w:hAnsi="Nirmala UI" w:cs="Nirmala UI"/>
                <w:sz w:val="18"/>
                <w:szCs w:val="18"/>
                <w:lang w:val="en-IN"/>
              </w:rPr>
              <w:t>शासकीय</w:t>
            </w:r>
            <w:proofErr w:type="spellEnd"/>
            <w:r w:rsidRPr="00F12E96">
              <w:rPr>
                <w:sz w:val="18"/>
                <w:szCs w:val="18"/>
                <w:lang w:val="en-IN"/>
              </w:rPr>
              <w:t xml:space="preserve"> </w:t>
            </w:r>
            <w:proofErr w:type="spellStart"/>
            <w:r w:rsidRPr="00F12E96">
              <w:rPr>
                <w:rFonts w:ascii="Nirmala UI" w:hAnsi="Nirmala UI" w:cs="Nirmala UI"/>
                <w:sz w:val="18"/>
                <w:szCs w:val="18"/>
                <w:lang w:val="en-IN"/>
              </w:rPr>
              <w:t>कर्मचाऱ्याच्या</w:t>
            </w:r>
            <w:proofErr w:type="spellEnd"/>
            <w:r w:rsidRPr="00F12E96">
              <w:rPr>
                <w:sz w:val="18"/>
                <w:szCs w:val="18"/>
                <w:lang w:val="en-IN"/>
              </w:rPr>
              <w:t xml:space="preserve"> </w:t>
            </w:r>
            <w:proofErr w:type="spellStart"/>
            <w:r w:rsidRPr="00F12E96">
              <w:rPr>
                <w:rFonts w:ascii="Nirmala UI" w:hAnsi="Nirmala UI" w:cs="Nirmala UI"/>
                <w:sz w:val="18"/>
                <w:szCs w:val="18"/>
                <w:lang w:val="en-IN"/>
              </w:rPr>
              <w:t>अगोदर</w:t>
            </w:r>
            <w:proofErr w:type="spellEnd"/>
            <w:r w:rsidRPr="00F12E96">
              <w:rPr>
                <w:sz w:val="18"/>
                <w:szCs w:val="18"/>
                <w:lang w:val="en-IN"/>
              </w:rPr>
              <w:t xml:space="preserve"> </w:t>
            </w:r>
            <w:proofErr w:type="spellStart"/>
            <w:r w:rsidRPr="00F12E96">
              <w:rPr>
                <w:rFonts w:ascii="Nirmala UI" w:hAnsi="Nirmala UI" w:cs="Nirmala UI"/>
                <w:sz w:val="18"/>
                <w:szCs w:val="18"/>
                <w:lang w:val="en-IN"/>
              </w:rPr>
              <w:t>मृत्यु</w:t>
            </w:r>
            <w:proofErr w:type="spellEnd"/>
            <w:r w:rsidRPr="00F12E96">
              <w:rPr>
                <w:sz w:val="18"/>
                <w:szCs w:val="18"/>
                <w:lang w:val="en-IN"/>
              </w:rPr>
              <w:t xml:space="preserve"> </w:t>
            </w:r>
            <w:proofErr w:type="spellStart"/>
            <w:r w:rsidRPr="00F12E96">
              <w:rPr>
                <w:rFonts w:ascii="Nirmala UI" w:hAnsi="Nirmala UI" w:cs="Nirmala UI"/>
                <w:sz w:val="18"/>
                <w:szCs w:val="18"/>
                <w:lang w:val="en-IN"/>
              </w:rPr>
              <w:t>पावला</w:t>
            </w:r>
            <w:proofErr w:type="spellEnd"/>
            <w:r w:rsidRPr="00F12E96">
              <w:rPr>
                <w:sz w:val="18"/>
                <w:szCs w:val="18"/>
                <w:lang w:val="en-IN"/>
              </w:rPr>
              <w:t xml:space="preserve"> </w:t>
            </w:r>
            <w:proofErr w:type="spellStart"/>
            <w:r w:rsidRPr="00F12E96">
              <w:rPr>
                <w:rFonts w:ascii="Nirmala UI" w:hAnsi="Nirmala UI" w:cs="Nirmala UI"/>
                <w:sz w:val="18"/>
                <w:szCs w:val="18"/>
                <w:lang w:val="en-IN"/>
              </w:rPr>
              <w:t>किंवा</w:t>
            </w:r>
            <w:proofErr w:type="spellEnd"/>
            <w:r w:rsidRPr="00F12E96">
              <w:rPr>
                <w:sz w:val="18"/>
                <w:szCs w:val="18"/>
                <w:lang w:val="en-IN"/>
              </w:rPr>
              <w:t xml:space="preserve"> </w:t>
            </w:r>
            <w:proofErr w:type="spellStart"/>
            <w:r w:rsidRPr="00F12E96">
              <w:rPr>
                <w:rFonts w:ascii="Nirmala UI" w:hAnsi="Nirmala UI" w:cs="Nirmala UI"/>
                <w:sz w:val="18"/>
                <w:szCs w:val="18"/>
                <w:lang w:val="en-IN"/>
              </w:rPr>
              <w:t>शासकीय</w:t>
            </w:r>
            <w:proofErr w:type="spellEnd"/>
            <w:r w:rsidRPr="00F12E96">
              <w:rPr>
                <w:sz w:val="18"/>
                <w:szCs w:val="18"/>
                <w:lang w:val="en-IN"/>
              </w:rPr>
              <w:t xml:space="preserve"> </w:t>
            </w:r>
            <w:proofErr w:type="spellStart"/>
            <w:r w:rsidRPr="00F12E96">
              <w:rPr>
                <w:rFonts w:ascii="Nirmala UI" w:hAnsi="Nirmala UI" w:cs="Nirmala UI"/>
                <w:sz w:val="18"/>
                <w:szCs w:val="18"/>
                <w:lang w:val="en-IN"/>
              </w:rPr>
              <w:t>कर्मचाऱ्याच्या</w:t>
            </w:r>
            <w:proofErr w:type="spellEnd"/>
            <w:r w:rsidRPr="00F12E96">
              <w:rPr>
                <w:sz w:val="18"/>
                <w:szCs w:val="18"/>
                <w:lang w:val="en-IN"/>
              </w:rPr>
              <w:t xml:space="preserve"> </w:t>
            </w:r>
            <w:proofErr w:type="spellStart"/>
            <w:r w:rsidRPr="00F12E96">
              <w:rPr>
                <w:rFonts w:ascii="Nirmala UI" w:hAnsi="Nirmala UI" w:cs="Nirmala UI"/>
                <w:sz w:val="18"/>
                <w:szCs w:val="18"/>
                <w:lang w:val="en-IN"/>
              </w:rPr>
              <w:t>मृत्युनंतर</w:t>
            </w:r>
            <w:proofErr w:type="spellEnd"/>
            <w:r w:rsidRPr="00F12E96">
              <w:rPr>
                <w:sz w:val="18"/>
                <w:szCs w:val="18"/>
                <w:lang w:val="en-IN"/>
              </w:rPr>
              <w:t xml:space="preserve"> </w:t>
            </w:r>
            <w:proofErr w:type="spellStart"/>
            <w:r w:rsidRPr="00F12E96">
              <w:rPr>
                <w:rFonts w:ascii="Nirmala UI" w:hAnsi="Nirmala UI" w:cs="Nirmala UI"/>
                <w:sz w:val="18"/>
                <w:szCs w:val="18"/>
                <w:lang w:val="en-IN"/>
              </w:rPr>
              <w:t>परंतु</w:t>
            </w:r>
            <w:proofErr w:type="spellEnd"/>
            <w:r w:rsidRPr="00F12E96">
              <w:rPr>
                <w:sz w:val="18"/>
                <w:szCs w:val="18"/>
                <w:lang w:val="en-IN"/>
              </w:rPr>
              <w:t xml:space="preserve"> </w:t>
            </w:r>
            <w:proofErr w:type="spellStart"/>
            <w:r w:rsidRPr="00F12E96">
              <w:rPr>
                <w:rFonts w:ascii="Nirmala UI" w:hAnsi="Nirmala UI" w:cs="Nirmala UI"/>
                <w:sz w:val="18"/>
                <w:szCs w:val="18"/>
                <w:lang w:val="en-IN"/>
              </w:rPr>
              <w:t>उपदानाची</w:t>
            </w:r>
            <w:proofErr w:type="spellEnd"/>
            <w:r w:rsidRPr="00F12E96">
              <w:rPr>
                <w:sz w:val="18"/>
                <w:szCs w:val="18"/>
                <w:lang w:val="en-IN"/>
              </w:rPr>
              <w:t xml:space="preserve"> </w:t>
            </w:r>
            <w:proofErr w:type="spellStart"/>
            <w:r w:rsidRPr="00F12E96">
              <w:rPr>
                <w:rFonts w:ascii="Nirmala UI" w:hAnsi="Nirmala UI" w:cs="Nirmala UI"/>
                <w:sz w:val="18"/>
                <w:szCs w:val="18"/>
                <w:lang w:val="en-IN"/>
              </w:rPr>
              <w:t>रक्कम</w:t>
            </w:r>
            <w:proofErr w:type="spellEnd"/>
            <w:r w:rsidRPr="00F12E96">
              <w:rPr>
                <w:sz w:val="18"/>
                <w:szCs w:val="18"/>
                <w:lang w:val="en-IN"/>
              </w:rPr>
              <w:t xml:space="preserve"> </w:t>
            </w:r>
            <w:proofErr w:type="spellStart"/>
            <w:r w:rsidRPr="00F12E96">
              <w:rPr>
                <w:rFonts w:ascii="Nirmala UI" w:hAnsi="Nirmala UI" w:cs="Nirmala UI"/>
                <w:sz w:val="18"/>
                <w:szCs w:val="18"/>
                <w:lang w:val="en-IN"/>
              </w:rPr>
              <w:t>प्राप्त</w:t>
            </w:r>
            <w:proofErr w:type="spellEnd"/>
            <w:r w:rsidRPr="00F12E96">
              <w:rPr>
                <w:sz w:val="18"/>
                <w:szCs w:val="18"/>
                <w:lang w:val="en-IN"/>
              </w:rPr>
              <w:t xml:space="preserve"> </w:t>
            </w:r>
            <w:proofErr w:type="spellStart"/>
            <w:r w:rsidRPr="00F12E96">
              <w:rPr>
                <w:rFonts w:ascii="Nirmala UI" w:hAnsi="Nirmala UI" w:cs="Nirmala UI"/>
                <w:sz w:val="18"/>
                <w:szCs w:val="18"/>
                <w:lang w:val="en-IN"/>
              </w:rPr>
              <w:t>होण्यापूर्वी</w:t>
            </w:r>
            <w:proofErr w:type="spellEnd"/>
            <w:r w:rsidRPr="00F12E96">
              <w:rPr>
                <w:sz w:val="18"/>
                <w:szCs w:val="18"/>
                <w:lang w:val="en-IN"/>
              </w:rPr>
              <w:t xml:space="preserve"> </w:t>
            </w:r>
            <w:proofErr w:type="spellStart"/>
            <w:r w:rsidRPr="00F12E96">
              <w:rPr>
                <w:rFonts w:ascii="Nirmala UI" w:hAnsi="Nirmala UI" w:cs="Nirmala UI"/>
                <w:sz w:val="18"/>
                <w:szCs w:val="18"/>
                <w:lang w:val="en-IN"/>
              </w:rPr>
              <w:t>मृत्यु</w:t>
            </w:r>
            <w:proofErr w:type="spellEnd"/>
            <w:r w:rsidRPr="00F12E96">
              <w:rPr>
                <w:sz w:val="18"/>
                <w:szCs w:val="18"/>
                <w:lang w:val="en-IN"/>
              </w:rPr>
              <w:t xml:space="preserve"> </w:t>
            </w:r>
            <w:proofErr w:type="spellStart"/>
            <w:r w:rsidRPr="00F12E96">
              <w:rPr>
                <w:rFonts w:ascii="Nirmala UI" w:hAnsi="Nirmala UI" w:cs="Nirmala UI"/>
                <w:sz w:val="18"/>
                <w:szCs w:val="18"/>
                <w:lang w:val="en-IN"/>
              </w:rPr>
              <w:t>पावला</w:t>
            </w:r>
            <w:proofErr w:type="spellEnd"/>
            <w:r w:rsidRPr="00F12E96">
              <w:rPr>
                <w:sz w:val="18"/>
                <w:szCs w:val="18"/>
                <w:lang w:val="en-IN"/>
              </w:rPr>
              <w:t xml:space="preserve"> </w:t>
            </w:r>
            <w:proofErr w:type="spellStart"/>
            <w:r w:rsidRPr="00F12E96">
              <w:rPr>
                <w:rFonts w:ascii="Nirmala UI" w:hAnsi="Nirmala UI" w:cs="Nirmala UI"/>
                <w:sz w:val="18"/>
                <w:szCs w:val="18"/>
                <w:lang w:val="en-IN"/>
              </w:rPr>
              <w:t>तर</w:t>
            </w:r>
            <w:proofErr w:type="spellEnd"/>
            <w:r w:rsidRPr="00F12E96">
              <w:rPr>
                <w:sz w:val="18"/>
                <w:szCs w:val="18"/>
                <w:lang w:val="en-IN"/>
              </w:rPr>
              <w:t xml:space="preserve"> </w:t>
            </w:r>
            <w:proofErr w:type="spellStart"/>
            <w:r w:rsidRPr="00F12E96">
              <w:rPr>
                <w:rFonts w:ascii="Nirmala UI" w:hAnsi="Nirmala UI" w:cs="Nirmala UI"/>
                <w:sz w:val="18"/>
                <w:szCs w:val="18"/>
                <w:lang w:val="en-IN"/>
              </w:rPr>
              <w:t>त्याबाबतीत</w:t>
            </w:r>
            <w:proofErr w:type="spellEnd"/>
            <w:r w:rsidRPr="00F12E96">
              <w:rPr>
                <w:sz w:val="18"/>
                <w:szCs w:val="18"/>
                <w:lang w:val="en-IN"/>
              </w:rPr>
              <w:t xml:space="preserve"> </w:t>
            </w:r>
            <w:proofErr w:type="spellStart"/>
            <w:r w:rsidRPr="00F12E96">
              <w:rPr>
                <w:rFonts w:ascii="Nirmala UI" w:hAnsi="Nirmala UI" w:cs="Nirmala UI"/>
                <w:sz w:val="18"/>
                <w:szCs w:val="18"/>
                <w:lang w:val="en-IN"/>
              </w:rPr>
              <w:t>नामनिर्देशित</w:t>
            </w:r>
            <w:proofErr w:type="spellEnd"/>
            <w:r w:rsidRPr="00F12E96">
              <w:rPr>
                <w:sz w:val="18"/>
                <w:szCs w:val="18"/>
                <w:lang w:val="en-IN"/>
              </w:rPr>
              <w:t xml:space="preserve"> </w:t>
            </w:r>
            <w:proofErr w:type="spellStart"/>
            <w:r w:rsidRPr="00F12E96">
              <w:rPr>
                <w:rFonts w:ascii="Nirmala UI" w:hAnsi="Nirmala UI" w:cs="Nirmala UI"/>
                <w:sz w:val="18"/>
                <w:szCs w:val="18"/>
                <w:lang w:val="en-IN"/>
              </w:rPr>
              <w:t>सदस्याला</w:t>
            </w:r>
            <w:proofErr w:type="spellEnd"/>
            <w:r w:rsidRPr="00F12E96">
              <w:rPr>
                <w:sz w:val="18"/>
                <w:szCs w:val="18"/>
                <w:lang w:val="en-IN"/>
              </w:rPr>
              <w:t xml:space="preserve"> </w:t>
            </w:r>
            <w:proofErr w:type="spellStart"/>
            <w:r w:rsidRPr="00F12E96">
              <w:rPr>
                <w:rFonts w:ascii="Nirmala UI" w:hAnsi="Nirmala UI" w:cs="Nirmala UI"/>
                <w:sz w:val="18"/>
                <w:szCs w:val="18"/>
                <w:lang w:val="en-IN"/>
              </w:rPr>
              <w:t>प्रदान</w:t>
            </w:r>
            <w:proofErr w:type="spellEnd"/>
            <w:r w:rsidRPr="00F12E96">
              <w:rPr>
                <w:sz w:val="18"/>
                <w:szCs w:val="18"/>
                <w:lang w:val="en-IN"/>
              </w:rPr>
              <w:t xml:space="preserve"> </w:t>
            </w:r>
            <w:proofErr w:type="spellStart"/>
            <w:r w:rsidRPr="00F12E96">
              <w:rPr>
                <w:rFonts w:ascii="Nirmala UI" w:hAnsi="Nirmala UI" w:cs="Nirmala UI"/>
                <w:sz w:val="18"/>
                <w:szCs w:val="18"/>
                <w:lang w:val="en-IN"/>
              </w:rPr>
              <w:t>केलेला</w:t>
            </w:r>
            <w:proofErr w:type="spellEnd"/>
            <w:r w:rsidRPr="00F12E96">
              <w:rPr>
                <w:sz w:val="18"/>
                <w:szCs w:val="18"/>
                <w:lang w:val="en-IN"/>
              </w:rPr>
              <w:t xml:space="preserve"> </w:t>
            </w:r>
            <w:proofErr w:type="spellStart"/>
            <w:r w:rsidRPr="00F12E96">
              <w:rPr>
                <w:rFonts w:ascii="Nirmala UI" w:hAnsi="Nirmala UI" w:cs="Nirmala UI"/>
                <w:sz w:val="18"/>
                <w:szCs w:val="18"/>
                <w:lang w:val="en-IN"/>
              </w:rPr>
              <w:t>अधिकार</w:t>
            </w:r>
            <w:proofErr w:type="spellEnd"/>
            <w:r w:rsidRPr="00F12E96">
              <w:rPr>
                <w:sz w:val="18"/>
                <w:szCs w:val="18"/>
                <w:lang w:val="en-IN"/>
              </w:rPr>
              <w:t xml:space="preserve"> </w:t>
            </w:r>
            <w:proofErr w:type="spellStart"/>
            <w:r w:rsidRPr="00F12E96">
              <w:rPr>
                <w:rFonts w:ascii="Nirmala UI" w:hAnsi="Nirmala UI" w:cs="Nirmala UI"/>
                <w:sz w:val="18"/>
                <w:szCs w:val="18"/>
                <w:lang w:val="en-IN"/>
              </w:rPr>
              <w:t>ज्या</w:t>
            </w:r>
            <w:proofErr w:type="spellEnd"/>
            <w:r w:rsidRPr="00F12E96">
              <w:rPr>
                <w:sz w:val="18"/>
                <w:szCs w:val="18"/>
                <w:lang w:val="en-IN"/>
              </w:rPr>
              <w:t xml:space="preserve"> </w:t>
            </w:r>
            <w:proofErr w:type="spellStart"/>
            <w:r w:rsidRPr="00F12E96">
              <w:rPr>
                <w:rFonts w:ascii="Nirmala UI" w:hAnsi="Nirmala UI" w:cs="Nirmala UI"/>
                <w:sz w:val="18"/>
                <w:szCs w:val="18"/>
                <w:lang w:val="en-IN"/>
              </w:rPr>
              <w:t>कोणत्याही</w:t>
            </w:r>
            <w:proofErr w:type="spellEnd"/>
            <w:r w:rsidRPr="00F12E96">
              <w:rPr>
                <w:sz w:val="18"/>
                <w:szCs w:val="18"/>
                <w:lang w:val="en-IN"/>
              </w:rPr>
              <w:t xml:space="preserve"> </w:t>
            </w:r>
            <w:proofErr w:type="spellStart"/>
            <w:r w:rsidRPr="00F12E96">
              <w:rPr>
                <w:rFonts w:ascii="Nirmala UI" w:hAnsi="Nirmala UI" w:cs="Nirmala UI"/>
                <w:sz w:val="18"/>
                <w:szCs w:val="18"/>
                <w:lang w:val="en-IN"/>
              </w:rPr>
              <w:t>असल्यास</w:t>
            </w:r>
            <w:proofErr w:type="spellEnd"/>
            <w:r w:rsidRPr="00F12E96">
              <w:rPr>
                <w:sz w:val="18"/>
                <w:szCs w:val="18"/>
                <w:lang w:val="en-IN"/>
              </w:rPr>
              <w:t xml:space="preserve">, </w:t>
            </w:r>
            <w:proofErr w:type="spellStart"/>
            <w:r w:rsidRPr="00F12E96">
              <w:rPr>
                <w:rFonts w:ascii="Nirmala UI" w:hAnsi="Nirmala UI" w:cs="Nirmala UI"/>
                <w:sz w:val="18"/>
                <w:szCs w:val="18"/>
                <w:lang w:val="en-IN"/>
              </w:rPr>
              <w:t>व्यक्तीला</w:t>
            </w:r>
            <w:proofErr w:type="spellEnd"/>
            <w:r w:rsidRPr="00F12E96">
              <w:rPr>
                <w:sz w:val="18"/>
                <w:szCs w:val="18"/>
                <w:lang w:val="en-IN"/>
              </w:rPr>
              <w:t>/</w:t>
            </w:r>
            <w:proofErr w:type="spellStart"/>
            <w:r w:rsidRPr="00F12E96">
              <w:rPr>
                <w:rFonts w:ascii="Nirmala UI" w:hAnsi="Nirmala UI" w:cs="Nirmala UI"/>
                <w:sz w:val="18"/>
                <w:szCs w:val="18"/>
                <w:lang w:val="en-IN"/>
              </w:rPr>
              <w:t>व्यक्तींना</w:t>
            </w:r>
            <w:proofErr w:type="spellEnd"/>
            <w:r w:rsidRPr="00F12E96">
              <w:rPr>
                <w:sz w:val="18"/>
                <w:szCs w:val="18"/>
                <w:lang w:val="en-IN"/>
              </w:rPr>
              <w:t xml:space="preserve"> </w:t>
            </w:r>
            <w:proofErr w:type="spellStart"/>
            <w:r w:rsidRPr="00F12E96">
              <w:rPr>
                <w:rFonts w:ascii="Nirmala UI" w:hAnsi="Nirmala UI" w:cs="Nirmala UI"/>
                <w:sz w:val="18"/>
                <w:szCs w:val="18"/>
                <w:lang w:val="en-IN"/>
              </w:rPr>
              <w:t>प्राप्त</w:t>
            </w:r>
            <w:proofErr w:type="spellEnd"/>
            <w:r w:rsidRPr="00F12E96">
              <w:rPr>
                <w:sz w:val="18"/>
                <w:szCs w:val="18"/>
                <w:lang w:val="en-IN"/>
              </w:rPr>
              <w:t xml:space="preserve"> </w:t>
            </w:r>
            <w:proofErr w:type="spellStart"/>
            <w:r w:rsidRPr="00F12E96">
              <w:rPr>
                <w:rFonts w:ascii="Nirmala UI" w:hAnsi="Nirmala UI" w:cs="Nirmala UI"/>
                <w:sz w:val="18"/>
                <w:szCs w:val="18"/>
                <w:lang w:val="en-IN"/>
              </w:rPr>
              <w:t>होईल</w:t>
            </w:r>
            <w:proofErr w:type="spellEnd"/>
            <w:r w:rsidRPr="00F12E96">
              <w:rPr>
                <w:sz w:val="18"/>
                <w:szCs w:val="18"/>
                <w:lang w:val="en-IN"/>
              </w:rPr>
              <w:t xml:space="preserve"> </w:t>
            </w:r>
            <w:proofErr w:type="spellStart"/>
            <w:r w:rsidRPr="00F12E96">
              <w:rPr>
                <w:rFonts w:ascii="Nirmala UI" w:hAnsi="Nirmala UI" w:cs="Nirmala UI"/>
                <w:sz w:val="18"/>
                <w:szCs w:val="18"/>
                <w:lang w:val="en-IN"/>
              </w:rPr>
              <w:t>त्या</w:t>
            </w:r>
            <w:proofErr w:type="spellEnd"/>
            <w:r w:rsidRPr="00F12E96">
              <w:rPr>
                <w:sz w:val="18"/>
                <w:szCs w:val="18"/>
                <w:lang w:val="en-IN"/>
              </w:rPr>
              <w:t xml:space="preserve"> </w:t>
            </w:r>
            <w:proofErr w:type="spellStart"/>
            <w:r w:rsidRPr="00F12E96">
              <w:rPr>
                <w:rFonts w:ascii="Nirmala UI" w:hAnsi="Nirmala UI" w:cs="Nirmala UI"/>
                <w:sz w:val="18"/>
                <w:szCs w:val="18"/>
                <w:lang w:val="en-IN"/>
              </w:rPr>
              <w:t>व्यक्तीचे</w:t>
            </w:r>
            <w:proofErr w:type="spellEnd"/>
            <w:r w:rsidRPr="00F12E96">
              <w:rPr>
                <w:sz w:val="18"/>
                <w:szCs w:val="18"/>
                <w:lang w:val="en-IN"/>
              </w:rPr>
              <w:t>/</w:t>
            </w:r>
            <w:proofErr w:type="spellStart"/>
            <w:r w:rsidRPr="00F12E96">
              <w:rPr>
                <w:rFonts w:ascii="Nirmala UI" w:hAnsi="Nirmala UI" w:cs="Nirmala UI"/>
                <w:sz w:val="18"/>
                <w:szCs w:val="18"/>
                <w:lang w:val="en-IN"/>
              </w:rPr>
              <w:t>व्यक्तींची</w:t>
            </w:r>
            <w:proofErr w:type="spellEnd"/>
            <w:r w:rsidRPr="00F12E96">
              <w:rPr>
                <w:sz w:val="18"/>
                <w:szCs w:val="18"/>
                <w:lang w:val="en-IN"/>
              </w:rPr>
              <w:t xml:space="preserve"> </w:t>
            </w:r>
            <w:proofErr w:type="spellStart"/>
            <w:r w:rsidRPr="00F12E96">
              <w:rPr>
                <w:rFonts w:ascii="Nirmala UI" w:hAnsi="Nirmala UI" w:cs="Nirmala UI"/>
                <w:sz w:val="18"/>
                <w:szCs w:val="18"/>
                <w:lang w:val="en-IN"/>
              </w:rPr>
              <w:t>नावे</w:t>
            </w:r>
            <w:proofErr w:type="spellEnd"/>
            <w:r w:rsidRPr="00F12E96">
              <w:rPr>
                <w:sz w:val="18"/>
                <w:szCs w:val="18"/>
                <w:lang w:val="en-IN"/>
              </w:rPr>
              <w:t xml:space="preserve">, </w:t>
            </w:r>
            <w:proofErr w:type="spellStart"/>
            <w:r w:rsidRPr="00F12E96">
              <w:rPr>
                <w:rFonts w:ascii="Nirmala UI" w:hAnsi="Nirmala UI" w:cs="Nirmala UI"/>
                <w:sz w:val="18"/>
                <w:szCs w:val="18"/>
                <w:lang w:val="en-IN"/>
              </w:rPr>
              <w:t>पत्ते</w:t>
            </w:r>
            <w:proofErr w:type="spellEnd"/>
            <w:r w:rsidRPr="00F12E96">
              <w:rPr>
                <w:sz w:val="18"/>
                <w:szCs w:val="18"/>
                <w:lang w:val="en-IN"/>
              </w:rPr>
              <w:t xml:space="preserve">, </w:t>
            </w:r>
            <w:proofErr w:type="spellStart"/>
            <w:r w:rsidRPr="00F12E96">
              <w:rPr>
                <w:rFonts w:ascii="Nirmala UI" w:hAnsi="Nirmala UI" w:cs="Nirmala UI"/>
                <w:sz w:val="18"/>
                <w:szCs w:val="18"/>
                <w:lang w:val="en-IN"/>
              </w:rPr>
              <w:t>नाते</w:t>
            </w:r>
            <w:proofErr w:type="spellEnd"/>
            <w:r w:rsidRPr="00F12E96">
              <w:rPr>
                <w:sz w:val="18"/>
                <w:szCs w:val="18"/>
                <w:lang w:val="en-IN"/>
              </w:rPr>
              <w:t xml:space="preserve"> </w:t>
            </w:r>
            <w:r w:rsidRPr="00F12E96">
              <w:rPr>
                <w:rFonts w:ascii="Nirmala UI" w:hAnsi="Nirmala UI" w:cs="Nirmala UI"/>
                <w:sz w:val="18"/>
                <w:szCs w:val="18"/>
                <w:lang w:val="en-IN"/>
              </w:rPr>
              <w:t>व</w:t>
            </w:r>
            <w:r w:rsidRPr="00F12E96">
              <w:rPr>
                <w:sz w:val="18"/>
                <w:szCs w:val="18"/>
                <w:lang w:val="en-IN"/>
              </w:rPr>
              <w:t xml:space="preserve"> </w:t>
            </w:r>
            <w:proofErr w:type="spellStart"/>
            <w:r w:rsidRPr="00F12E96">
              <w:rPr>
                <w:rFonts w:ascii="Nirmala UI" w:hAnsi="Nirmala UI" w:cs="Nirmala UI"/>
                <w:sz w:val="18"/>
                <w:szCs w:val="18"/>
                <w:lang w:val="en-IN"/>
              </w:rPr>
              <w:t>वय</w:t>
            </w:r>
            <w:proofErr w:type="spellEnd"/>
          </w:p>
        </w:tc>
        <w:tc>
          <w:tcPr>
            <w:tcW w:w="1250" w:type="dxa"/>
          </w:tcPr>
          <w:p w14:paraId="2C6CBF33" w14:textId="7E4EDF8F" w:rsidR="007A158A" w:rsidRDefault="00FC5D9E">
            <w:proofErr w:type="spellStart"/>
            <w:r>
              <w:t>शासकीय</w:t>
            </w:r>
            <w:proofErr w:type="spellEnd"/>
            <w:r>
              <w:t xml:space="preserve"> </w:t>
            </w:r>
            <w:proofErr w:type="spellStart"/>
            <w:r>
              <w:t>कर्मचाऱ्याशी</w:t>
            </w:r>
            <w:proofErr w:type="spellEnd"/>
            <w:r>
              <w:t xml:space="preserve"> </w:t>
            </w:r>
            <w:proofErr w:type="spellStart"/>
            <w:r>
              <w:t>नाते</w:t>
            </w:r>
            <w:proofErr w:type="spellEnd"/>
          </w:p>
        </w:tc>
        <w:tc>
          <w:tcPr>
            <w:tcW w:w="507" w:type="dxa"/>
          </w:tcPr>
          <w:p w14:paraId="62EFE2DD" w14:textId="1F72FFFF" w:rsidR="007A158A" w:rsidRDefault="00FC5D9E">
            <w:proofErr w:type="spellStart"/>
            <w:r>
              <w:t>वय</w:t>
            </w:r>
            <w:proofErr w:type="spellEnd"/>
            <w:r>
              <w:t xml:space="preserve"> </w:t>
            </w:r>
          </w:p>
        </w:tc>
        <w:tc>
          <w:tcPr>
            <w:tcW w:w="1095" w:type="dxa"/>
          </w:tcPr>
          <w:p w14:paraId="27DF223C" w14:textId="0B63F90B" w:rsidR="007A158A" w:rsidRDefault="00FC5D9E">
            <w:r>
              <w:t xml:space="preserve">उपदानाचा हिस्सा % </w:t>
            </w:r>
          </w:p>
        </w:tc>
      </w:tr>
      <w:tr w:rsidR="00F12E96" w14:paraId="1DAEADBD" w14:textId="77777777" w:rsidTr="00F12E96">
        <w:tc>
          <w:tcPr>
            <w:tcW w:w="1247" w:type="dxa"/>
          </w:tcPr>
          <w:p w14:paraId="69AF73EE" w14:textId="5188F01D" w:rsidR="00F12E96" w:rsidRDefault="00F12E96" w:rsidP="003F6C74">
            <w:pPr>
              <w:jc w:val="center"/>
            </w:pPr>
            <w:r>
              <w:t>(१)</w:t>
            </w:r>
          </w:p>
        </w:tc>
        <w:tc>
          <w:tcPr>
            <w:tcW w:w="1250" w:type="dxa"/>
          </w:tcPr>
          <w:p w14:paraId="0AFF6C6C" w14:textId="512F1FF8" w:rsidR="00F12E96" w:rsidRDefault="00F12E96" w:rsidP="003F6C74">
            <w:pPr>
              <w:jc w:val="center"/>
            </w:pPr>
            <w:r>
              <w:t>(२)</w:t>
            </w:r>
          </w:p>
        </w:tc>
        <w:tc>
          <w:tcPr>
            <w:tcW w:w="851" w:type="dxa"/>
          </w:tcPr>
          <w:p w14:paraId="03EF217D" w14:textId="58DBC88B" w:rsidR="00F12E96" w:rsidRDefault="00F12E96" w:rsidP="003F6C74">
            <w:pPr>
              <w:jc w:val="center"/>
            </w:pPr>
            <w:r>
              <w:t>(३)</w:t>
            </w:r>
          </w:p>
        </w:tc>
        <w:tc>
          <w:tcPr>
            <w:tcW w:w="1167" w:type="dxa"/>
          </w:tcPr>
          <w:p w14:paraId="07E45902" w14:textId="41A0E927" w:rsidR="00F12E96" w:rsidRPr="00FC2E4B" w:rsidRDefault="00F12E96" w:rsidP="003F6C74">
            <w:pPr>
              <w:jc w:val="center"/>
              <w:rPr>
                <w:rFonts w:ascii="Nirmala UI" w:hAnsi="Nirmala UI" w:cs="Nirmala UI"/>
              </w:rPr>
            </w:pPr>
            <w:r>
              <w:t>(</w:t>
            </w:r>
            <w:r>
              <w:rPr>
                <w:rFonts w:ascii="Nirmala UI" w:hAnsi="Nirmala UI" w:cs="Nirmala UI"/>
              </w:rPr>
              <w:t>४</w:t>
            </w:r>
            <w:r>
              <w:t>)</w:t>
            </w:r>
          </w:p>
        </w:tc>
        <w:tc>
          <w:tcPr>
            <w:tcW w:w="2559" w:type="dxa"/>
          </w:tcPr>
          <w:p w14:paraId="5E3755BA" w14:textId="5E865D17" w:rsidR="00F12E96" w:rsidRPr="00F12E96" w:rsidRDefault="00F12E96" w:rsidP="003F6C74">
            <w:pPr>
              <w:jc w:val="center"/>
              <w:rPr>
                <w:rFonts w:ascii="Nirmala UI" w:hAnsi="Nirmala UI" w:cs="Nirmala UI"/>
                <w:sz w:val="18"/>
                <w:szCs w:val="18"/>
                <w:lang w:val="en-IN"/>
              </w:rPr>
            </w:pPr>
            <w:r>
              <w:t>(</w:t>
            </w:r>
            <w:r>
              <w:rPr>
                <w:rFonts w:ascii="Nirmala UI" w:hAnsi="Nirmala UI" w:cs="Nirmala UI"/>
              </w:rPr>
              <w:t>५</w:t>
            </w:r>
            <w:r>
              <w:t>)</w:t>
            </w:r>
          </w:p>
        </w:tc>
        <w:tc>
          <w:tcPr>
            <w:tcW w:w="1250" w:type="dxa"/>
          </w:tcPr>
          <w:p w14:paraId="0BE09CA9" w14:textId="2C1906AD" w:rsidR="00F12E96" w:rsidRDefault="00F12E96" w:rsidP="003F6C74">
            <w:pPr>
              <w:jc w:val="center"/>
            </w:pPr>
            <w:r>
              <w:t>(</w:t>
            </w:r>
            <w:r>
              <w:rPr>
                <w:rFonts w:ascii="Nirmala UI" w:hAnsi="Nirmala UI" w:cs="Nirmala UI"/>
              </w:rPr>
              <w:t>६</w:t>
            </w:r>
            <w:r>
              <w:t>)</w:t>
            </w:r>
          </w:p>
        </w:tc>
        <w:tc>
          <w:tcPr>
            <w:tcW w:w="507" w:type="dxa"/>
          </w:tcPr>
          <w:p w14:paraId="42E6BBF0" w14:textId="758BC1B7" w:rsidR="00F12E96" w:rsidRDefault="00F12E96" w:rsidP="003F6C74">
            <w:pPr>
              <w:jc w:val="center"/>
            </w:pPr>
            <w:r>
              <w:t>(</w:t>
            </w:r>
            <w:r w:rsidR="003F6C74">
              <w:rPr>
                <w:rFonts w:ascii="Nirmala UI" w:hAnsi="Nirmala UI" w:cs="Nirmala UI"/>
              </w:rPr>
              <w:t>७</w:t>
            </w:r>
            <w:r>
              <w:t>)</w:t>
            </w:r>
          </w:p>
        </w:tc>
        <w:tc>
          <w:tcPr>
            <w:tcW w:w="1095" w:type="dxa"/>
          </w:tcPr>
          <w:p w14:paraId="28C4B709" w14:textId="6BEE402B" w:rsidR="00F12E96" w:rsidRDefault="00F12E96" w:rsidP="003F6C74">
            <w:pPr>
              <w:jc w:val="center"/>
            </w:pPr>
            <w:r>
              <w:t>(</w:t>
            </w:r>
            <w:r w:rsidR="003F6C74">
              <w:rPr>
                <w:rFonts w:ascii="Nirmala UI" w:hAnsi="Nirmala UI" w:cs="Nirmala UI"/>
              </w:rPr>
              <w:t>८</w:t>
            </w:r>
            <w:r>
              <w:t>)</w:t>
            </w:r>
          </w:p>
        </w:tc>
      </w:tr>
      <w:tr w:rsidR="007A158A" w14:paraId="0475DA49" w14:textId="77777777" w:rsidTr="00F12E96">
        <w:tc>
          <w:tcPr>
            <w:tcW w:w="1247" w:type="dxa"/>
          </w:tcPr>
          <w:p w14:paraId="175E567F" w14:textId="437445BF" w:rsidR="007A158A" w:rsidRPr="00B34298" w:rsidRDefault="00B34298">
            <w:pPr>
              <w:rPr>
                <w:rFonts w:ascii="Nirmala UI" w:hAnsi="Nirmala UI" w:cs="Nirmala UI"/>
              </w:rPr>
            </w:pPr>
            <w:proofErr w:type="spellStart"/>
            <w:r>
              <w:rPr>
                <w:rFonts w:ascii="Nirmala UI" w:hAnsi="Nirmala UI" w:cs="Nirmala UI"/>
              </w:rPr>
              <w:t>सौ</w:t>
            </w:r>
            <w:proofErr w:type="spellEnd"/>
            <w:r>
              <w:rPr>
                <w:rFonts w:ascii="Nirmala UI" w:hAnsi="Nirmala UI" w:cs="Nirmala UI"/>
              </w:rPr>
              <w:t xml:space="preserve">. </w:t>
            </w:r>
            <w:proofErr w:type="spellStart"/>
            <w:r>
              <w:rPr>
                <w:rFonts w:ascii="Nirmala UI" w:hAnsi="Nirmala UI" w:cs="Nirmala UI"/>
              </w:rPr>
              <w:t>रेखा</w:t>
            </w:r>
            <w:proofErr w:type="spellEnd"/>
            <w:r>
              <w:rPr>
                <w:rFonts w:ascii="Nirmala UI" w:hAnsi="Nirmala UI" w:cs="Nirmala UI"/>
              </w:rPr>
              <w:t xml:space="preserve"> </w:t>
            </w:r>
            <w:proofErr w:type="spellStart"/>
            <w:r>
              <w:rPr>
                <w:rFonts w:ascii="Nirmala UI" w:hAnsi="Nirmala UI" w:cs="Nirmala UI"/>
              </w:rPr>
              <w:t>प्रमोद</w:t>
            </w:r>
            <w:proofErr w:type="spellEnd"/>
            <w:r>
              <w:rPr>
                <w:rFonts w:ascii="Nirmala UI" w:hAnsi="Nirmala UI" w:cs="Nirmala UI"/>
              </w:rPr>
              <w:t xml:space="preserve"> </w:t>
            </w:r>
            <w:proofErr w:type="spellStart"/>
            <w:r>
              <w:rPr>
                <w:rFonts w:ascii="Nirmala UI" w:hAnsi="Nirmala UI" w:cs="Nirmala UI"/>
              </w:rPr>
              <w:t>पुरी</w:t>
            </w:r>
            <w:proofErr w:type="spellEnd"/>
            <w:r w:rsidR="00F54A4A">
              <w:rPr>
                <w:rFonts w:ascii="Nirmala UI" w:hAnsi="Nirmala UI" w:cs="Nirmala UI"/>
              </w:rPr>
              <w:t xml:space="preserve"> </w:t>
            </w:r>
            <w:proofErr w:type="spellStart"/>
            <w:r w:rsidR="00F54A4A">
              <w:rPr>
                <w:rFonts w:ascii="Nirmala UI" w:hAnsi="Nirmala UI" w:cs="Nirmala UI"/>
              </w:rPr>
              <w:t>जयश्री</w:t>
            </w:r>
            <w:proofErr w:type="spellEnd"/>
            <w:r w:rsidR="00F54A4A">
              <w:rPr>
                <w:rFonts w:ascii="Nirmala UI" w:hAnsi="Nirmala UI" w:cs="Nirmala UI"/>
              </w:rPr>
              <w:t xml:space="preserve"> </w:t>
            </w:r>
            <w:proofErr w:type="spellStart"/>
            <w:r w:rsidR="00F54A4A">
              <w:rPr>
                <w:rFonts w:ascii="Nirmala UI" w:hAnsi="Nirmala UI" w:cs="Nirmala UI"/>
              </w:rPr>
              <w:t>अपार्टमेंट</w:t>
            </w:r>
            <w:proofErr w:type="spellEnd"/>
            <w:r w:rsidR="00F54A4A">
              <w:rPr>
                <w:rFonts w:ascii="Nirmala UI" w:hAnsi="Nirmala UI" w:cs="Nirmala UI"/>
              </w:rPr>
              <w:t xml:space="preserve">, </w:t>
            </w:r>
          </w:p>
        </w:tc>
        <w:tc>
          <w:tcPr>
            <w:tcW w:w="1250" w:type="dxa"/>
          </w:tcPr>
          <w:p w14:paraId="1928F1D3" w14:textId="0CC05CEA" w:rsidR="007A158A" w:rsidRPr="00B34298" w:rsidRDefault="00B34298">
            <w:pPr>
              <w:rPr>
                <w:rFonts w:ascii="Nirmala UI" w:hAnsi="Nirmala UI" w:cs="Nirmala UI"/>
              </w:rPr>
            </w:pPr>
            <w:proofErr w:type="spellStart"/>
            <w:r>
              <w:rPr>
                <w:rFonts w:ascii="Nirmala UI" w:hAnsi="Nirmala UI" w:cs="Nirmala UI"/>
              </w:rPr>
              <w:t>प</w:t>
            </w:r>
            <w:r w:rsidR="00A77074">
              <w:rPr>
                <w:rFonts w:ascii="Nirmala UI" w:hAnsi="Nirmala UI" w:cs="Nirmala UI"/>
              </w:rPr>
              <w:t>ती</w:t>
            </w:r>
            <w:proofErr w:type="spellEnd"/>
          </w:p>
        </w:tc>
        <w:tc>
          <w:tcPr>
            <w:tcW w:w="851" w:type="dxa"/>
          </w:tcPr>
          <w:p w14:paraId="52D1DB28" w14:textId="3FA281C8" w:rsidR="007A158A" w:rsidRDefault="00B34298">
            <w:r>
              <w:t>52</w:t>
            </w:r>
          </w:p>
        </w:tc>
        <w:tc>
          <w:tcPr>
            <w:tcW w:w="1167" w:type="dxa"/>
          </w:tcPr>
          <w:p w14:paraId="57D16D83" w14:textId="7F5A344F" w:rsidR="007A158A" w:rsidRDefault="00B34298">
            <w:r>
              <w:t>100%</w:t>
            </w:r>
          </w:p>
        </w:tc>
        <w:tc>
          <w:tcPr>
            <w:tcW w:w="2559" w:type="dxa"/>
          </w:tcPr>
          <w:p w14:paraId="5FCAFC3D" w14:textId="77777777" w:rsidR="00F54A4A" w:rsidRDefault="00B34298">
            <w:pPr>
              <w:rPr>
                <w:rFonts w:ascii="Nirmala UI" w:hAnsi="Nirmala UI" w:cs="Nirmala UI"/>
              </w:rPr>
            </w:pPr>
            <w:proofErr w:type="spellStart"/>
            <w:r>
              <w:rPr>
                <w:rFonts w:ascii="Nirmala UI" w:hAnsi="Nirmala UI" w:cs="Nirmala UI"/>
              </w:rPr>
              <w:t>यश</w:t>
            </w:r>
            <w:proofErr w:type="spellEnd"/>
            <w:r>
              <w:rPr>
                <w:rFonts w:ascii="Nirmala UI" w:hAnsi="Nirmala UI" w:cs="Nirmala UI"/>
              </w:rPr>
              <w:t xml:space="preserve"> </w:t>
            </w:r>
            <w:proofErr w:type="spellStart"/>
            <w:r>
              <w:rPr>
                <w:rFonts w:ascii="Nirmala UI" w:hAnsi="Nirmala UI" w:cs="Nirmala UI"/>
              </w:rPr>
              <w:t>प्रमोद</w:t>
            </w:r>
            <w:proofErr w:type="spellEnd"/>
            <w:r>
              <w:rPr>
                <w:rFonts w:ascii="Nirmala UI" w:hAnsi="Nirmala UI" w:cs="Nirmala UI"/>
              </w:rPr>
              <w:t xml:space="preserve"> </w:t>
            </w:r>
            <w:proofErr w:type="spellStart"/>
            <w:r>
              <w:rPr>
                <w:rFonts w:ascii="Nirmala UI" w:hAnsi="Nirmala UI" w:cs="Nirmala UI"/>
              </w:rPr>
              <w:t>पुरी</w:t>
            </w:r>
            <w:proofErr w:type="spellEnd"/>
            <w:r w:rsidR="00F54A4A">
              <w:rPr>
                <w:rFonts w:ascii="Nirmala UI" w:hAnsi="Nirmala UI" w:cs="Nirmala UI"/>
              </w:rPr>
              <w:t xml:space="preserve"> </w:t>
            </w:r>
          </w:p>
          <w:p w14:paraId="18632E95" w14:textId="5047711B" w:rsidR="007A158A" w:rsidRPr="00B34298" w:rsidRDefault="00F54A4A">
            <w:pPr>
              <w:rPr>
                <w:rFonts w:ascii="Nirmala UI" w:hAnsi="Nirmala UI" w:cs="Nirmala UI"/>
              </w:rPr>
            </w:pPr>
            <w:proofErr w:type="spellStart"/>
            <w:r>
              <w:rPr>
                <w:rFonts w:ascii="Nirmala UI" w:hAnsi="Nirmala UI" w:cs="Nirmala UI"/>
              </w:rPr>
              <w:t>जयश्री</w:t>
            </w:r>
            <w:proofErr w:type="spellEnd"/>
            <w:r>
              <w:rPr>
                <w:rFonts w:ascii="Nirmala UI" w:hAnsi="Nirmala UI" w:cs="Nirmala UI"/>
              </w:rPr>
              <w:t xml:space="preserve"> </w:t>
            </w:r>
            <w:proofErr w:type="spellStart"/>
            <w:r>
              <w:rPr>
                <w:rFonts w:ascii="Nirmala UI" w:hAnsi="Nirmala UI" w:cs="Nirmala UI"/>
              </w:rPr>
              <w:t>अपार्टमेंट</w:t>
            </w:r>
            <w:proofErr w:type="spellEnd"/>
            <w:r>
              <w:rPr>
                <w:rFonts w:ascii="Nirmala UI" w:hAnsi="Nirmala UI" w:cs="Nirmala UI"/>
              </w:rPr>
              <w:t xml:space="preserve">, </w:t>
            </w:r>
            <w:proofErr w:type="spellStart"/>
            <w:r>
              <w:rPr>
                <w:rFonts w:ascii="Nirmala UI" w:hAnsi="Nirmala UI" w:cs="Nirmala UI"/>
              </w:rPr>
              <w:t>सौरभ</w:t>
            </w:r>
            <w:proofErr w:type="spellEnd"/>
            <w:r>
              <w:rPr>
                <w:rFonts w:ascii="Nirmala UI" w:hAnsi="Nirmala UI" w:cs="Nirmala UI"/>
              </w:rPr>
              <w:t xml:space="preserve"> </w:t>
            </w:r>
            <w:proofErr w:type="spellStart"/>
            <w:r>
              <w:rPr>
                <w:rFonts w:ascii="Nirmala UI" w:hAnsi="Nirmala UI" w:cs="Nirmala UI"/>
              </w:rPr>
              <w:t>कॉलनी</w:t>
            </w:r>
            <w:proofErr w:type="spellEnd"/>
            <w:r>
              <w:rPr>
                <w:rFonts w:ascii="Nirmala UI" w:hAnsi="Nirmala UI" w:cs="Nirmala UI"/>
              </w:rPr>
              <w:t xml:space="preserve">, </w:t>
            </w:r>
            <w:proofErr w:type="spellStart"/>
            <w:r>
              <w:rPr>
                <w:rFonts w:ascii="Nirmala UI" w:hAnsi="Nirmala UI" w:cs="Nirmala UI"/>
              </w:rPr>
              <w:t>हाय</w:t>
            </w:r>
            <w:proofErr w:type="spellEnd"/>
            <w:r>
              <w:rPr>
                <w:rFonts w:ascii="Nirmala UI" w:hAnsi="Nirmala UI" w:cs="Nirmala UI"/>
              </w:rPr>
              <w:t xml:space="preserve"> </w:t>
            </w:r>
            <w:proofErr w:type="spellStart"/>
            <w:r>
              <w:rPr>
                <w:rFonts w:ascii="Nirmala UI" w:hAnsi="Nirmala UI" w:cs="Nirmala UI"/>
              </w:rPr>
              <w:t>टेंशन</w:t>
            </w:r>
            <w:proofErr w:type="spellEnd"/>
            <w:r>
              <w:rPr>
                <w:rFonts w:ascii="Nirmala UI" w:hAnsi="Nirmala UI" w:cs="Nirmala UI"/>
              </w:rPr>
              <w:t xml:space="preserve"> </w:t>
            </w:r>
            <w:proofErr w:type="spellStart"/>
            <w:r>
              <w:rPr>
                <w:rFonts w:ascii="Nirmala UI" w:hAnsi="Nirmala UI" w:cs="Nirmala UI"/>
              </w:rPr>
              <w:t>लाईन</w:t>
            </w:r>
            <w:proofErr w:type="spellEnd"/>
            <w:r>
              <w:rPr>
                <w:rFonts w:ascii="Nirmala UI" w:hAnsi="Nirmala UI" w:cs="Nirmala UI"/>
              </w:rPr>
              <w:t xml:space="preserve"> </w:t>
            </w:r>
            <w:proofErr w:type="spellStart"/>
            <w:r>
              <w:rPr>
                <w:rFonts w:ascii="Nirmala UI" w:hAnsi="Nirmala UI" w:cs="Nirmala UI"/>
              </w:rPr>
              <w:t>रोड</w:t>
            </w:r>
            <w:proofErr w:type="spellEnd"/>
            <w:r>
              <w:rPr>
                <w:rFonts w:ascii="Nirmala UI" w:hAnsi="Nirmala UI" w:cs="Nirmala UI"/>
              </w:rPr>
              <w:t xml:space="preserve">, </w:t>
            </w:r>
            <w:proofErr w:type="spellStart"/>
            <w:r>
              <w:rPr>
                <w:rFonts w:ascii="Nirmala UI" w:hAnsi="Nirmala UI" w:cs="Nirmala UI"/>
              </w:rPr>
              <w:t>अमरावती</w:t>
            </w:r>
            <w:proofErr w:type="spellEnd"/>
            <w:r>
              <w:rPr>
                <w:rFonts w:ascii="Nirmala UI" w:hAnsi="Nirmala UI" w:cs="Nirmala UI"/>
              </w:rPr>
              <w:t>. 444604</w:t>
            </w:r>
          </w:p>
        </w:tc>
        <w:tc>
          <w:tcPr>
            <w:tcW w:w="1250" w:type="dxa"/>
          </w:tcPr>
          <w:p w14:paraId="2FFEC480" w14:textId="1E75C5B8" w:rsidR="007A158A" w:rsidRPr="00F54A4A" w:rsidRDefault="00F54A4A">
            <w:pPr>
              <w:rPr>
                <w:rFonts w:ascii="Nirmala UI" w:hAnsi="Nirmala UI" w:cs="Nirmala UI"/>
              </w:rPr>
            </w:pPr>
            <w:proofErr w:type="spellStart"/>
            <w:r>
              <w:rPr>
                <w:rFonts w:ascii="Nirmala UI" w:hAnsi="Nirmala UI" w:cs="Nirmala UI"/>
              </w:rPr>
              <w:t>वडील</w:t>
            </w:r>
            <w:proofErr w:type="spellEnd"/>
          </w:p>
        </w:tc>
        <w:tc>
          <w:tcPr>
            <w:tcW w:w="507" w:type="dxa"/>
          </w:tcPr>
          <w:p w14:paraId="5BC52915" w14:textId="3D9FB58E" w:rsidR="007A158A" w:rsidRDefault="00A77074">
            <w:r>
              <w:t>30</w:t>
            </w:r>
          </w:p>
        </w:tc>
        <w:tc>
          <w:tcPr>
            <w:tcW w:w="1095" w:type="dxa"/>
          </w:tcPr>
          <w:p w14:paraId="35C5E884" w14:textId="064941F7" w:rsidR="007A158A" w:rsidRDefault="00A77074">
            <w:r>
              <w:t>100%</w:t>
            </w:r>
          </w:p>
        </w:tc>
      </w:tr>
    </w:tbl>
    <w:p w14:paraId="3843DD30" w14:textId="77777777" w:rsidR="007A158A" w:rsidRDefault="00FC5D9E">
      <w:pPr>
        <w:spacing w:after="120"/>
      </w:pPr>
      <w:proofErr w:type="spellStart"/>
      <w:r>
        <w:t>टिप</w:t>
      </w:r>
      <w:proofErr w:type="spellEnd"/>
      <w:r>
        <w:t xml:space="preserve"> - </w:t>
      </w:r>
      <w:proofErr w:type="spellStart"/>
      <w:r>
        <w:t>i</w:t>
      </w:r>
      <w:proofErr w:type="spellEnd"/>
      <w:r>
        <w:t>. निवृत्तिवेतन प्रकरण सादर केल्यानंतर निवृत्तिवेतनधारक यांचा मृत्यु झाल्यास अशा प्रकरणी सेवानिवृत्ति उपदान / मृत्यु उपदान नामनिर्देशित मुद्दा क्र. ७ मध्ये भरलेली माहिती अंतिम राहील.</w:t>
      </w:r>
      <w:r>
        <w:br/>
        <w:t>ii. नामनिर्देशित व्यक्ती / पर्यायी नामनिर्देशित व्यक्तीस उपदानाची रक्कम विभागून द्यावयाची असल्यास देय असणारी संपूर्ण उपदानाची रक्कम विभागून द्यावी.</w:t>
      </w:r>
    </w:p>
    <w:p w14:paraId="1E895CE5" w14:textId="77777777" w:rsidR="007A158A" w:rsidRDefault="00FC5D9E">
      <w:pPr>
        <w:spacing w:before="240" w:after="120"/>
      </w:pPr>
      <w:r>
        <w:rPr>
          <w:b/>
          <w:sz w:val="24"/>
        </w:rPr>
        <w:t>८. निवृत्तिवेतनाची थकबाकी (महाराष्ट्र कोषागार नियम १९६८ मधील नियम ३५८ (१) (ए) व ३५९ (१) (बी) अन्वये)</w:t>
      </w:r>
    </w:p>
    <w:tbl>
      <w:tblPr>
        <w:tblStyle w:val="TableGrid"/>
        <w:tblW w:w="0" w:type="auto"/>
        <w:tblLook w:val="04A0" w:firstRow="1" w:lastRow="0" w:firstColumn="1" w:lastColumn="0" w:noHBand="0" w:noVBand="1"/>
      </w:tblPr>
      <w:tblGrid>
        <w:gridCol w:w="1179"/>
        <w:gridCol w:w="1082"/>
        <w:gridCol w:w="1245"/>
        <w:gridCol w:w="916"/>
        <w:gridCol w:w="943"/>
        <w:gridCol w:w="1081"/>
        <w:gridCol w:w="1178"/>
        <w:gridCol w:w="1178"/>
        <w:gridCol w:w="1124"/>
      </w:tblGrid>
      <w:tr w:rsidR="007A158A" w14:paraId="32B37C42" w14:textId="77777777" w:rsidTr="00903289">
        <w:tc>
          <w:tcPr>
            <w:tcW w:w="1179" w:type="dxa"/>
          </w:tcPr>
          <w:p w14:paraId="16BD8A98" w14:textId="3C82856A" w:rsidR="007A158A" w:rsidRDefault="00FC5D9E">
            <w:proofErr w:type="spellStart"/>
            <w:r>
              <w:t>नामनिर्देशित</w:t>
            </w:r>
            <w:proofErr w:type="spellEnd"/>
            <w:r>
              <w:t xml:space="preserve"> </w:t>
            </w:r>
            <w:proofErr w:type="spellStart"/>
            <w:r>
              <w:t>व्यक्तीचे</w:t>
            </w:r>
            <w:proofErr w:type="spellEnd"/>
            <w:r>
              <w:t xml:space="preserve"> </w:t>
            </w:r>
            <w:proofErr w:type="spellStart"/>
            <w:r>
              <w:t>नाव</w:t>
            </w:r>
            <w:proofErr w:type="spellEnd"/>
            <w:r>
              <w:t xml:space="preserve"> व </w:t>
            </w:r>
            <w:proofErr w:type="spellStart"/>
            <w:r>
              <w:t>पत्ता</w:t>
            </w:r>
            <w:proofErr w:type="spellEnd"/>
            <w:r>
              <w:t xml:space="preserve"> </w:t>
            </w:r>
          </w:p>
        </w:tc>
        <w:tc>
          <w:tcPr>
            <w:tcW w:w="1082" w:type="dxa"/>
          </w:tcPr>
          <w:p w14:paraId="007AB50D" w14:textId="78BF4A04" w:rsidR="007A158A" w:rsidRDefault="002B02E3">
            <w:proofErr w:type="spellStart"/>
            <w:r w:rsidRPr="002B02E3">
              <w:rPr>
                <w:rFonts w:ascii="Nirmala UI" w:hAnsi="Nirmala UI" w:cs="Nirmala UI"/>
              </w:rPr>
              <w:t>निवृत्तिवेतन</w:t>
            </w:r>
            <w:proofErr w:type="spellEnd"/>
            <w:r>
              <w:rPr>
                <w:rFonts w:ascii="Nirmala UI" w:hAnsi="Nirmala UI" w:cs="Nirmala UI"/>
              </w:rPr>
              <w:t xml:space="preserve"> </w:t>
            </w:r>
            <w:proofErr w:type="spellStart"/>
            <w:r w:rsidRPr="002B02E3">
              <w:rPr>
                <w:rFonts w:ascii="Nirmala UI" w:hAnsi="Nirmala UI" w:cs="Nirmala UI"/>
              </w:rPr>
              <w:t>धारकाशी</w:t>
            </w:r>
            <w:proofErr w:type="spellEnd"/>
            <w:r w:rsidRPr="002B02E3">
              <w:t xml:space="preserve"> </w:t>
            </w:r>
            <w:proofErr w:type="spellStart"/>
            <w:r w:rsidRPr="002B02E3">
              <w:rPr>
                <w:rFonts w:ascii="Nirmala UI" w:hAnsi="Nirmala UI" w:cs="Nirmala UI"/>
              </w:rPr>
              <w:t>नाते</w:t>
            </w:r>
            <w:proofErr w:type="spellEnd"/>
          </w:p>
        </w:tc>
        <w:tc>
          <w:tcPr>
            <w:tcW w:w="1245" w:type="dxa"/>
          </w:tcPr>
          <w:p w14:paraId="7E80604D" w14:textId="5278E2DA" w:rsidR="007A158A" w:rsidRDefault="00FC5D9E">
            <w:proofErr w:type="spellStart"/>
            <w:r>
              <w:t>जन्मदिनांक</w:t>
            </w:r>
            <w:proofErr w:type="spellEnd"/>
          </w:p>
        </w:tc>
        <w:tc>
          <w:tcPr>
            <w:tcW w:w="916" w:type="dxa"/>
          </w:tcPr>
          <w:p w14:paraId="1DFB6D1A" w14:textId="6316051A" w:rsidR="007A158A" w:rsidRPr="005435CF" w:rsidRDefault="002B02E3">
            <w:pPr>
              <w:rPr>
                <w:sz w:val="16"/>
                <w:szCs w:val="16"/>
              </w:rPr>
            </w:pPr>
            <w:proofErr w:type="spellStart"/>
            <w:r w:rsidRPr="005435CF">
              <w:rPr>
                <w:rFonts w:ascii="Nirmala UI" w:hAnsi="Nirmala UI" w:cs="Nirmala UI"/>
                <w:sz w:val="16"/>
                <w:szCs w:val="16"/>
              </w:rPr>
              <w:t>नामनिर्देशित</w:t>
            </w:r>
            <w:proofErr w:type="spellEnd"/>
            <w:r w:rsidRPr="005435CF">
              <w:rPr>
                <w:sz w:val="16"/>
                <w:szCs w:val="16"/>
              </w:rPr>
              <w:t xml:space="preserve"> </w:t>
            </w:r>
            <w:proofErr w:type="spellStart"/>
            <w:r w:rsidRPr="005435CF">
              <w:rPr>
                <w:rFonts w:ascii="Nirmala UI" w:hAnsi="Nirmala UI" w:cs="Nirmala UI"/>
                <w:sz w:val="16"/>
                <w:szCs w:val="16"/>
              </w:rPr>
              <w:t>व्यक्ती</w:t>
            </w:r>
            <w:proofErr w:type="spellEnd"/>
            <w:r w:rsidRPr="005435CF">
              <w:rPr>
                <w:sz w:val="16"/>
                <w:szCs w:val="16"/>
              </w:rPr>
              <w:t xml:space="preserve"> </w:t>
            </w:r>
            <w:proofErr w:type="spellStart"/>
            <w:r w:rsidRPr="005435CF">
              <w:rPr>
                <w:rFonts w:ascii="Nirmala UI" w:hAnsi="Nirmala UI" w:cs="Nirmala UI"/>
                <w:sz w:val="16"/>
                <w:szCs w:val="16"/>
              </w:rPr>
              <w:t>अज्ञान</w:t>
            </w:r>
            <w:proofErr w:type="spellEnd"/>
            <w:r w:rsidRPr="005435CF">
              <w:rPr>
                <w:sz w:val="16"/>
                <w:szCs w:val="16"/>
              </w:rPr>
              <w:t xml:space="preserve"> </w:t>
            </w:r>
            <w:proofErr w:type="spellStart"/>
            <w:r w:rsidRPr="005435CF">
              <w:rPr>
                <w:rFonts w:ascii="Nirmala UI" w:hAnsi="Nirmala UI" w:cs="Nirmala UI"/>
                <w:sz w:val="16"/>
                <w:szCs w:val="16"/>
              </w:rPr>
              <w:t>असल्यास</w:t>
            </w:r>
            <w:proofErr w:type="spellEnd"/>
            <w:r w:rsidRPr="005435CF">
              <w:rPr>
                <w:sz w:val="16"/>
                <w:szCs w:val="16"/>
              </w:rPr>
              <w:t xml:space="preserve">, </w:t>
            </w:r>
            <w:proofErr w:type="spellStart"/>
            <w:r w:rsidRPr="005435CF">
              <w:rPr>
                <w:rFonts w:ascii="Nirmala UI" w:hAnsi="Nirmala UI" w:cs="Nirmala UI"/>
                <w:sz w:val="16"/>
                <w:szCs w:val="16"/>
              </w:rPr>
              <w:t>नामनिर्देशित</w:t>
            </w:r>
            <w:proofErr w:type="spellEnd"/>
            <w:r w:rsidRPr="005435CF">
              <w:rPr>
                <w:sz w:val="16"/>
                <w:szCs w:val="16"/>
              </w:rPr>
              <w:t xml:space="preserve"> </w:t>
            </w:r>
            <w:proofErr w:type="spellStart"/>
            <w:r w:rsidRPr="005435CF">
              <w:rPr>
                <w:rFonts w:ascii="Nirmala UI" w:hAnsi="Nirmala UI" w:cs="Nirmala UI"/>
                <w:sz w:val="16"/>
                <w:szCs w:val="16"/>
              </w:rPr>
              <w:t>व्यक्ती</w:t>
            </w:r>
            <w:proofErr w:type="spellEnd"/>
            <w:r w:rsidRPr="005435CF">
              <w:rPr>
                <w:sz w:val="16"/>
                <w:szCs w:val="16"/>
              </w:rPr>
              <w:t xml:space="preserve"> </w:t>
            </w:r>
            <w:proofErr w:type="spellStart"/>
            <w:r w:rsidRPr="005435CF">
              <w:rPr>
                <w:rFonts w:ascii="Nirmala UI" w:hAnsi="Nirmala UI" w:cs="Nirmala UI"/>
                <w:sz w:val="16"/>
                <w:szCs w:val="16"/>
              </w:rPr>
              <w:t>अज्ञान</w:t>
            </w:r>
            <w:proofErr w:type="spellEnd"/>
            <w:r w:rsidRPr="005435CF">
              <w:rPr>
                <w:sz w:val="16"/>
                <w:szCs w:val="16"/>
              </w:rPr>
              <w:t xml:space="preserve"> </w:t>
            </w:r>
            <w:proofErr w:type="spellStart"/>
            <w:r w:rsidRPr="005435CF">
              <w:rPr>
                <w:rFonts w:ascii="Nirmala UI" w:hAnsi="Nirmala UI" w:cs="Nirmala UI"/>
                <w:sz w:val="16"/>
                <w:szCs w:val="16"/>
              </w:rPr>
              <w:t>असेपर्यंत</w:t>
            </w:r>
            <w:proofErr w:type="spellEnd"/>
            <w:r w:rsidRPr="005435CF">
              <w:rPr>
                <w:sz w:val="16"/>
                <w:szCs w:val="16"/>
              </w:rPr>
              <w:t xml:space="preserve"> </w:t>
            </w:r>
            <w:proofErr w:type="spellStart"/>
            <w:r w:rsidRPr="005435CF">
              <w:rPr>
                <w:rFonts w:ascii="Nirmala UI" w:hAnsi="Nirmala UI" w:cs="Nirmala UI"/>
                <w:sz w:val="16"/>
                <w:szCs w:val="16"/>
              </w:rPr>
              <w:t>सदरहू</w:t>
            </w:r>
            <w:proofErr w:type="spellEnd"/>
            <w:r w:rsidRPr="005435CF">
              <w:rPr>
                <w:sz w:val="16"/>
                <w:szCs w:val="16"/>
              </w:rPr>
              <w:t xml:space="preserve"> </w:t>
            </w:r>
            <w:proofErr w:type="spellStart"/>
            <w:r w:rsidRPr="005435CF">
              <w:rPr>
                <w:rFonts w:ascii="Nirmala UI" w:hAnsi="Nirmala UI" w:cs="Nirmala UI"/>
                <w:sz w:val="16"/>
                <w:szCs w:val="16"/>
              </w:rPr>
              <w:t>निवृत्तिवेतन</w:t>
            </w:r>
            <w:proofErr w:type="spellEnd"/>
            <w:r w:rsidRPr="005435CF">
              <w:rPr>
                <w:sz w:val="16"/>
                <w:szCs w:val="16"/>
              </w:rPr>
              <w:t xml:space="preserve"> </w:t>
            </w:r>
            <w:proofErr w:type="spellStart"/>
            <w:r w:rsidRPr="005435CF">
              <w:rPr>
                <w:rFonts w:ascii="Nirmala UI" w:hAnsi="Nirmala UI" w:cs="Nirmala UI"/>
                <w:sz w:val="16"/>
                <w:szCs w:val="16"/>
              </w:rPr>
              <w:t>ज्यास</w:t>
            </w:r>
            <w:proofErr w:type="spellEnd"/>
            <w:r w:rsidRPr="005435CF">
              <w:rPr>
                <w:sz w:val="16"/>
                <w:szCs w:val="16"/>
              </w:rPr>
              <w:t xml:space="preserve"> </w:t>
            </w:r>
            <w:proofErr w:type="spellStart"/>
            <w:r w:rsidRPr="005435CF">
              <w:rPr>
                <w:rFonts w:ascii="Nirmala UI" w:hAnsi="Nirmala UI" w:cs="Nirmala UI"/>
                <w:sz w:val="16"/>
                <w:szCs w:val="16"/>
              </w:rPr>
              <w:t>मिळावे</w:t>
            </w:r>
            <w:proofErr w:type="spellEnd"/>
            <w:r w:rsidRPr="005435CF">
              <w:rPr>
                <w:sz w:val="16"/>
                <w:szCs w:val="16"/>
              </w:rPr>
              <w:t xml:space="preserve"> </w:t>
            </w:r>
            <w:proofErr w:type="spellStart"/>
            <w:r w:rsidRPr="005435CF">
              <w:rPr>
                <w:rFonts w:ascii="Nirmala UI" w:hAnsi="Nirmala UI" w:cs="Nirmala UI"/>
                <w:sz w:val="16"/>
                <w:szCs w:val="16"/>
              </w:rPr>
              <w:t>त्या</w:t>
            </w:r>
            <w:proofErr w:type="spellEnd"/>
            <w:r w:rsidRPr="005435CF">
              <w:rPr>
                <w:sz w:val="16"/>
                <w:szCs w:val="16"/>
              </w:rPr>
              <w:t xml:space="preserve"> </w:t>
            </w:r>
            <w:proofErr w:type="spellStart"/>
            <w:r w:rsidRPr="005435CF">
              <w:rPr>
                <w:rFonts w:ascii="Nirmala UI" w:hAnsi="Nirmala UI" w:cs="Nirmala UI"/>
                <w:sz w:val="16"/>
                <w:szCs w:val="16"/>
              </w:rPr>
              <w:t>व्यक्तीचे</w:t>
            </w:r>
            <w:proofErr w:type="spellEnd"/>
            <w:r w:rsidRPr="005435CF">
              <w:rPr>
                <w:sz w:val="16"/>
                <w:szCs w:val="16"/>
              </w:rPr>
              <w:t xml:space="preserve"> </w:t>
            </w:r>
            <w:proofErr w:type="spellStart"/>
            <w:r w:rsidRPr="005435CF">
              <w:rPr>
                <w:rFonts w:ascii="Nirmala UI" w:hAnsi="Nirmala UI" w:cs="Nirmala UI"/>
                <w:sz w:val="16"/>
                <w:szCs w:val="16"/>
              </w:rPr>
              <w:t>नाव</w:t>
            </w:r>
            <w:proofErr w:type="spellEnd"/>
            <w:r w:rsidRPr="005435CF">
              <w:rPr>
                <w:sz w:val="16"/>
                <w:szCs w:val="16"/>
              </w:rPr>
              <w:t xml:space="preserve"> </w:t>
            </w:r>
            <w:r w:rsidRPr="005435CF">
              <w:rPr>
                <w:rFonts w:ascii="Nirmala UI" w:hAnsi="Nirmala UI" w:cs="Nirmala UI"/>
                <w:sz w:val="16"/>
                <w:szCs w:val="16"/>
              </w:rPr>
              <w:t>व</w:t>
            </w:r>
            <w:r w:rsidRPr="005435CF">
              <w:rPr>
                <w:sz w:val="16"/>
                <w:szCs w:val="16"/>
              </w:rPr>
              <w:t xml:space="preserve"> </w:t>
            </w:r>
            <w:proofErr w:type="spellStart"/>
            <w:r w:rsidRPr="005435CF">
              <w:rPr>
                <w:rFonts w:ascii="Nirmala UI" w:hAnsi="Nirmala UI" w:cs="Nirmala UI"/>
                <w:sz w:val="16"/>
                <w:szCs w:val="16"/>
              </w:rPr>
              <w:t>पत्ता</w:t>
            </w:r>
            <w:proofErr w:type="spellEnd"/>
            <w:r w:rsidRPr="005435CF">
              <w:rPr>
                <w:sz w:val="16"/>
                <w:szCs w:val="16"/>
              </w:rPr>
              <w:t xml:space="preserve"> </w:t>
            </w:r>
          </w:p>
        </w:tc>
        <w:tc>
          <w:tcPr>
            <w:tcW w:w="1102" w:type="dxa"/>
          </w:tcPr>
          <w:p w14:paraId="51953884" w14:textId="614889A1" w:rsidR="007A158A" w:rsidRPr="005435CF" w:rsidRDefault="002B02E3">
            <w:pPr>
              <w:rPr>
                <w:sz w:val="16"/>
                <w:szCs w:val="16"/>
              </w:rPr>
            </w:pPr>
            <w:proofErr w:type="spellStart"/>
            <w:r w:rsidRPr="005435CF">
              <w:rPr>
                <w:rFonts w:ascii="Nirmala UI" w:hAnsi="Nirmala UI" w:cs="Nirmala UI"/>
                <w:sz w:val="16"/>
                <w:szCs w:val="16"/>
              </w:rPr>
              <w:t>स्तंभ</w:t>
            </w:r>
            <w:proofErr w:type="spellEnd"/>
            <w:r w:rsidRPr="005435CF">
              <w:rPr>
                <w:sz w:val="16"/>
                <w:szCs w:val="16"/>
              </w:rPr>
              <w:t xml:space="preserve"> (</w:t>
            </w:r>
            <w:r w:rsidRPr="005435CF">
              <w:rPr>
                <w:rFonts w:ascii="Nirmala UI" w:hAnsi="Nirmala UI" w:cs="Nirmala UI"/>
                <w:sz w:val="16"/>
                <w:szCs w:val="16"/>
              </w:rPr>
              <w:t>१</w:t>
            </w:r>
            <w:r w:rsidRPr="005435CF">
              <w:rPr>
                <w:sz w:val="16"/>
                <w:szCs w:val="16"/>
              </w:rPr>
              <w:t xml:space="preserve">) </w:t>
            </w:r>
            <w:proofErr w:type="spellStart"/>
            <w:r w:rsidRPr="005435CF">
              <w:rPr>
                <w:rFonts w:ascii="Nirmala UI" w:hAnsi="Nirmala UI" w:cs="Nirmala UI"/>
                <w:sz w:val="16"/>
                <w:szCs w:val="16"/>
              </w:rPr>
              <w:t>मधील</w:t>
            </w:r>
            <w:proofErr w:type="spellEnd"/>
            <w:r w:rsidRPr="005435CF">
              <w:rPr>
                <w:sz w:val="16"/>
                <w:szCs w:val="16"/>
              </w:rPr>
              <w:t xml:space="preserve"> </w:t>
            </w:r>
            <w:proofErr w:type="spellStart"/>
            <w:r w:rsidRPr="005435CF">
              <w:rPr>
                <w:rFonts w:ascii="Nirmala UI" w:hAnsi="Nirmala UI" w:cs="Nirmala UI"/>
                <w:sz w:val="16"/>
                <w:szCs w:val="16"/>
              </w:rPr>
              <w:t>नामनिर्देशित</w:t>
            </w:r>
            <w:proofErr w:type="spellEnd"/>
            <w:r w:rsidRPr="005435CF">
              <w:rPr>
                <w:sz w:val="16"/>
                <w:szCs w:val="16"/>
              </w:rPr>
              <w:t xml:space="preserve"> </w:t>
            </w:r>
            <w:proofErr w:type="spellStart"/>
            <w:r w:rsidRPr="005435CF">
              <w:rPr>
                <w:rFonts w:ascii="Nirmala UI" w:hAnsi="Nirmala UI" w:cs="Nirmala UI"/>
                <w:sz w:val="16"/>
                <w:szCs w:val="16"/>
              </w:rPr>
              <w:t>व्यक्ती</w:t>
            </w:r>
            <w:proofErr w:type="spellEnd"/>
            <w:r w:rsidRPr="005435CF">
              <w:rPr>
                <w:sz w:val="16"/>
                <w:szCs w:val="16"/>
              </w:rPr>
              <w:t xml:space="preserve">, </w:t>
            </w:r>
            <w:proofErr w:type="spellStart"/>
            <w:r w:rsidRPr="005435CF">
              <w:rPr>
                <w:rFonts w:ascii="Nirmala UI" w:hAnsi="Nirmala UI" w:cs="Nirmala UI"/>
                <w:sz w:val="16"/>
                <w:szCs w:val="16"/>
              </w:rPr>
              <w:t>निवृत्तिवेतन</w:t>
            </w:r>
            <w:proofErr w:type="spellEnd"/>
            <w:r w:rsidRPr="005435CF">
              <w:rPr>
                <w:rFonts w:ascii="Nirmala UI" w:hAnsi="Nirmala UI" w:cs="Nirmala UI"/>
                <w:sz w:val="16"/>
                <w:szCs w:val="16"/>
              </w:rPr>
              <w:t xml:space="preserve"> </w:t>
            </w:r>
            <w:proofErr w:type="spellStart"/>
            <w:r w:rsidRPr="005435CF">
              <w:rPr>
                <w:rFonts w:ascii="Nirmala UI" w:hAnsi="Nirmala UI" w:cs="Nirmala UI"/>
                <w:sz w:val="16"/>
                <w:szCs w:val="16"/>
              </w:rPr>
              <w:t>धारकाच्या</w:t>
            </w:r>
            <w:proofErr w:type="spellEnd"/>
            <w:r w:rsidRPr="005435CF">
              <w:rPr>
                <w:sz w:val="16"/>
                <w:szCs w:val="16"/>
              </w:rPr>
              <w:t xml:space="preserve"> </w:t>
            </w:r>
            <w:proofErr w:type="spellStart"/>
            <w:r w:rsidRPr="005435CF">
              <w:rPr>
                <w:rFonts w:ascii="Nirmala UI" w:hAnsi="Nirmala UI" w:cs="Nirmala UI"/>
                <w:sz w:val="16"/>
                <w:szCs w:val="16"/>
              </w:rPr>
              <w:t>अगोदर</w:t>
            </w:r>
            <w:proofErr w:type="spellEnd"/>
            <w:r w:rsidRPr="005435CF">
              <w:rPr>
                <w:sz w:val="16"/>
                <w:szCs w:val="16"/>
              </w:rPr>
              <w:t xml:space="preserve"> </w:t>
            </w:r>
            <w:proofErr w:type="spellStart"/>
            <w:r w:rsidRPr="005435CF">
              <w:rPr>
                <w:rFonts w:ascii="Nirmala UI" w:hAnsi="Nirmala UI" w:cs="Nirmala UI"/>
                <w:sz w:val="16"/>
                <w:szCs w:val="16"/>
              </w:rPr>
              <w:t>मृत्यू</w:t>
            </w:r>
            <w:proofErr w:type="spellEnd"/>
            <w:r w:rsidRPr="005435CF">
              <w:rPr>
                <w:sz w:val="16"/>
                <w:szCs w:val="16"/>
              </w:rPr>
              <w:t xml:space="preserve"> </w:t>
            </w:r>
            <w:proofErr w:type="spellStart"/>
            <w:r w:rsidRPr="005435CF">
              <w:rPr>
                <w:rFonts w:ascii="Nirmala UI" w:hAnsi="Nirmala UI" w:cs="Nirmala UI"/>
                <w:sz w:val="16"/>
                <w:szCs w:val="16"/>
              </w:rPr>
              <w:t>पावल्यास</w:t>
            </w:r>
            <w:proofErr w:type="spellEnd"/>
            <w:r w:rsidRPr="005435CF">
              <w:rPr>
                <w:sz w:val="16"/>
                <w:szCs w:val="16"/>
              </w:rPr>
              <w:t xml:space="preserve"> </w:t>
            </w:r>
            <w:proofErr w:type="spellStart"/>
            <w:r w:rsidRPr="005435CF">
              <w:rPr>
                <w:rFonts w:ascii="Nirmala UI" w:hAnsi="Nirmala UI" w:cs="Nirmala UI"/>
                <w:sz w:val="16"/>
                <w:szCs w:val="16"/>
              </w:rPr>
              <w:t>दुसऱ्या</w:t>
            </w:r>
            <w:proofErr w:type="spellEnd"/>
            <w:r w:rsidRPr="005435CF">
              <w:rPr>
                <w:sz w:val="16"/>
                <w:szCs w:val="16"/>
              </w:rPr>
              <w:t xml:space="preserve"> </w:t>
            </w:r>
            <w:proofErr w:type="spellStart"/>
            <w:r w:rsidRPr="005435CF">
              <w:rPr>
                <w:rFonts w:ascii="Nirmala UI" w:hAnsi="Nirmala UI" w:cs="Nirmala UI"/>
                <w:sz w:val="16"/>
                <w:szCs w:val="16"/>
              </w:rPr>
              <w:t>नामनिर्देशित</w:t>
            </w:r>
            <w:proofErr w:type="spellEnd"/>
            <w:r w:rsidRPr="005435CF">
              <w:rPr>
                <w:sz w:val="16"/>
                <w:szCs w:val="16"/>
              </w:rPr>
              <w:t xml:space="preserve"> </w:t>
            </w:r>
            <w:proofErr w:type="spellStart"/>
            <w:r w:rsidRPr="005435CF">
              <w:rPr>
                <w:rFonts w:ascii="Nirmala UI" w:hAnsi="Nirmala UI" w:cs="Nirmala UI"/>
                <w:sz w:val="16"/>
                <w:szCs w:val="16"/>
              </w:rPr>
              <w:t>व्यक्तीचे</w:t>
            </w:r>
            <w:proofErr w:type="spellEnd"/>
            <w:r w:rsidRPr="005435CF">
              <w:rPr>
                <w:sz w:val="16"/>
                <w:szCs w:val="16"/>
              </w:rPr>
              <w:t xml:space="preserve"> </w:t>
            </w:r>
            <w:proofErr w:type="spellStart"/>
            <w:r w:rsidRPr="005435CF">
              <w:rPr>
                <w:rFonts w:ascii="Nirmala UI" w:hAnsi="Nirmala UI" w:cs="Nirmala UI"/>
                <w:sz w:val="16"/>
                <w:szCs w:val="16"/>
              </w:rPr>
              <w:t>नाव</w:t>
            </w:r>
            <w:proofErr w:type="spellEnd"/>
            <w:r w:rsidRPr="005435CF">
              <w:rPr>
                <w:sz w:val="16"/>
                <w:szCs w:val="16"/>
              </w:rPr>
              <w:t xml:space="preserve">, </w:t>
            </w:r>
            <w:r w:rsidRPr="005435CF">
              <w:rPr>
                <w:rFonts w:ascii="Nirmala UI" w:hAnsi="Nirmala UI" w:cs="Nirmala UI"/>
                <w:sz w:val="16"/>
                <w:szCs w:val="16"/>
              </w:rPr>
              <w:t>व</w:t>
            </w:r>
            <w:r w:rsidRPr="005435CF">
              <w:rPr>
                <w:sz w:val="16"/>
                <w:szCs w:val="16"/>
              </w:rPr>
              <w:t xml:space="preserve"> </w:t>
            </w:r>
            <w:proofErr w:type="spellStart"/>
            <w:r w:rsidRPr="005435CF">
              <w:rPr>
                <w:rFonts w:ascii="Nirmala UI" w:hAnsi="Nirmala UI" w:cs="Nirmala UI"/>
                <w:sz w:val="16"/>
                <w:szCs w:val="16"/>
              </w:rPr>
              <w:t>पत्ता</w:t>
            </w:r>
            <w:proofErr w:type="spellEnd"/>
          </w:p>
        </w:tc>
        <w:tc>
          <w:tcPr>
            <w:tcW w:w="922" w:type="dxa"/>
          </w:tcPr>
          <w:p w14:paraId="64A5F106" w14:textId="582C7991" w:rsidR="007A158A" w:rsidRDefault="002B02E3">
            <w:proofErr w:type="spellStart"/>
            <w:r w:rsidRPr="002B02E3">
              <w:rPr>
                <w:rFonts w:ascii="Nirmala UI" w:hAnsi="Nirmala UI" w:cs="Nirmala UI"/>
              </w:rPr>
              <w:t>निवृत्तिवेतन</w:t>
            </w:r>
            <w:proofErr w:type="spellEnd"/>
            <w:r>
              <w:rPr>
                <w:rFonts w:ascii="Nirmala UI" w:hAnsi="Nirmala UI" w:cs="Nirmala UI"/>
              </w:rPr>
              <w:t xml:space="preserve"> </w:t>
            </w:r>
            <w:proofErr w:type="spellStart"/>
            <w:r w:rsidRPr="002B02E3">
              <w:rPr>
                <w:rFonts w:ascii="Nirmala UI" w:hAnsi="Nirmala UI" w:cs="Nirmala UI"/>
              </w:rPr>
              <w:t>धारकाशी</w:t>
            </w:r>
            <w:proofErr w:type="spellEnd"/>
            <w:r w:rsidRPr="002B02E3">
              <w:t xml:space="preserve"> </w:t>
            </w:r>
            <w:proofErr w:type="spellStart"/>
            <w:r w:rsidRPr="002B02E3">
              <w:rPr>
                <w:rFonts w:ascii="Nirmala UI" w:hAnsi="Nirmala UI" w:cs="Nirmala UI"/>
              </w:rPr>
              <w:t>नाते</w:t>
            </w:r>
            <w:proofErr w:type="spellEnd"/>
          </w:p>
        </w:tc>
        <w:tc>
          <w:tcPr>
            <w:tcW w:w="1178" w:type="dxa"/>
          </w:tcPr>
          <w:p w14:paraId="4D1C618C" w14:textId="61008A99" w:rsidR="007A158A" w:rsidRDefault="002B02E3">
            <w:proofErr w:type="spellStart"/>
            <w:r w:rsidRPr="002B02E3">
              <w:rPr>
                <w:rFonts w:ascii="Nirmala UI" w:hAnsi="Nirmala UI" w:cs="Nirmala UI"/>
              </w:rPr>
              <w:t>दुसरी</w:t>
            </w:r>
            <w:proofErr w:type="spellEnd"/>
            <w:r w:rsidRPr="002B02E3">
              <w:t xml:space="preserve"> </w:t>
            </w:r>
            <w:proofErr w:type="spellStart"/>
            <w:r w:rsidRPr="002B02E3">
              <w:rPr>
                <w:rFonts w:ascii="Nirmala UI" w:hAnsi="Nirmala UI" w:cs="Nirmala UI"/>
              </w:rPr>
              <w:t>नामनिर्देशित</w:t>
            </w:r>
            <w:proofErr w:type="spellEnd"/>
            <w:r w:rsidRPr="002B02E3">
              <w:t xml:space="preserve"> </w:t>
            </w:r>
            <w:proofErr w:type="spellStart"/>
            <w:r w:rsidRPr="002B02E3">
              <w:rPr>
                <w:rFonts w:ascii="Nirmala UI" w:hAnsi="Nirmala UI" w:cs="Nirmala UI"/>
              </w:rPr>
              <w:t>व्यक्ती</w:t>
            </w:r>
            <w:proofErr w:type="spellEnd"/>
            <w:r w:rsidRPr="002B02E3">
              <w:t xml:space="preserve"> </w:t>
            </w:r>
            <w:proofErr w:type="spellStart"/>
            <w:r w:rsidRPr="002B02E3">
              <w:rPr>
                <w:rFonts w:ascii="Nirmala UI" w:hAnsi="Nirmala UI" w:cs="Nirmala UI"/>
              </w:rPr>
              <w:t>अज्ञान</w:t>
            </w:r>
            <w:proofErr w:type="spellEnd"/>
            <w:r w:rsidRPr="002B02E3">
              <w:t xml:space="preserve"> </w:t>
            </w:r>
            <w:proofErr w:type="spellStart"/>
            <w:r w:rsidRPr="002B02E3">
              <w:rPr>
                <w:rFonts w:ascii="Nirmala UI" w:hAnsi="Nirmala UI" w:cs="Nirmala UI"/>
              </w:rPr>
              <w:t>असल्यास</w:t>
            </w:r>
            <w:proofErr w:type="spellEnd"/>
            <w:r w:rsidRPr="002B02E3">
              <w:t xml:space="preserve">, </w:t>
            </w:r>
            <w:proofErr w:type="spellStart"/>
            <w:r w:rsidRPr="002B02E3">
              <w:rPr>
                <w:rFonts w:ascii="Nirmala UI" w:hAnsi="Nirmala UI" w:cs="Nirmala UI"/>
              </w:rPr>
              <w:t>त्याची</w:t>
            </w:r>
            <w:proofErr w:type="spellEnd"/>
            <w:r w:rsidRPr="002B02E3">
              <w:t xml:space="preserve"> </w:t>
            </w:r>
            <w:proofErr w:type="spellStart"/>
            <w:r w:rsidRPr="002B02E3">
              <w:rPr>
                <w:rFonts w:ascii="Nirmala UI" w:hAnsi="Nirmala UI" w:cs="Nirmala UI"/>
              </w:rPr>
              <w:t>जन्मदिनांक</w:t>
            </w:r>
            <w:proofErr w:type="spellEnd"/>
          </w:p>
        </w:tc>
        <w:tc>
          <w:tcPr>
            <w:tcW w:w="1178" w:type="dxa"/>
          </w:tcPr>
          <w:p w14:paraId="54D7270D" w14:textId="43F86791" w:rsidR="007A158A" w:rsidRDefault="002B02E3">
            <w:proofErr w:type="spellStart"/>
            <w:r w:rsidRPr="002B02E3">
              <w:rPr>
                <w:rFonts w:ascii="Nirmala UI" w:hAnsi="Nirmala UI" w:cs="Nirmala UI"/>
              </w:rPr>
              <w:t>दुसरी</w:t>
            </w:r>
            <w:proofErr w:type="spellEnd"/>
            <w:r w:rsidRPr="002B02E3">
              <w:t xml:space="preserve"> </w:t>
            </w:r>
            <w:proofErr w:type="spellStart"/>
            <w:r w:rsidRPr="002B02E3">
              <w:rPr>
                <w:rFonts w:ascii="Nirmala UI" w:hAnsi="Nirmala UI" w:cs="Nirmala UI"/>
              </w:rPr>
              <w:t>नामनिर्देशित</w:t>
            </w:r>
            <w:proofErr w:type="spellEnd"/>
            <w:r w:rsidRPr="002B02E3">
              <w:t xml:space="preserve"> </w:t>
            </w:r>
            <w:proofErr w:type="spellStart"/>
            <w:r w:rsidRPr="002B02E3">
              <w:rPr>
                <w:rFonts w:ascii="Nirmala UI" w:hAnsi="Nirmala UI" w:cs="Nirmala UI"/>
              </w:rPr>
              <w:t>व्यक्ती</w:t>
            </w:r>
            <w:proofErr w:type="spellEnd"/>
            <w:r w:rsidRPr="002B02E3">
              <w:t xml:space="preserve"> </w:t>
            </w:r>
            <w:proofErr w:type="spellStart"/>
            <w:r w:rsidRPr="002B02E3">
              <w:rPr>
                <w:rFonts w:ascii="Nirmala UI" w:hAnsi="Nirmala UI" w:cs="Nirmala UI"/>
              </w:rPr>
              <w:t>अज्ञान</w:t>
            </w:r>
            <w:proofErr w:type="spellEnd"/>
            <w:r w:rsidRPr="002B02E3">
              <w:t xml:space="preserve"> </w:t>
            </w:r>
            <w:proofErr w:type="spellStart"/>
            <w:r w:rsidRPr="002B02E3">
              <w:rPr>
                <w:rFonts w:ascii="Nirmala UI" w:hAnsi="Nirmala UI" w:cs="Nirmala UI"/>
              </w:rPr>
              <w:t>असेपर्यंत</w:t>
            </w:r>
            <w:proofErr w:type="spellEnd"/>
            <w:r w:rsidRPr="002B02E3">
              <w:t xml:space="preserve"> </w:t>
            </w:r>
            <w:proofErr w:type="spellStart"/>
            <w:r w:rsidRPr="002B02E3">
              <w:rPr>
                <w:rFonts w:ascii="Nirmala UI" w:hAnsi="Nirmala UI" w:cs="Nirmala UI"/>
              </w:rPr>
              <w:t>सदरहू</w:t>
            </w:r>
            <w:proofErr w:type="spellEnd"/>
            <w:r w:rsidRPr="002B02E3">
              <w:t xml:space="preserve"> </w:t>
            </w:r>
            <w:proofErr w:type="spellStart"/>
            <w:r w:rsidRPr="002B02E3">
              <w:rPr>
                <w:rFonts w:ascii="Nirmala UI" w:hAnsi="Nirmala UI" w:cs="Nirmala UI"/>
              </w:rPr>
              <w:t>निवृत्तिवेतन</w:t>
            </w:r>
            <w:proofErr w:type="spellEnd"/>
            <w:r w:rsidRPr="002B02E3">
              <w:t xml:space="preserve"> </w:t>
            </w:r>
            <w:proofErr w:type="spellStart"/>
            <w:r w:rsidRPr="002B02E3">
              <w:rPr>
                <w:rFonts w:ascii="Nirmala UI" w:hAnsi="Nirmala UI" w:cs="Nirmala UI"/>
              </w:rPr>
              <w:t>ज्यास</w:t>
            </w:r>
            <w:proofErr w:type="spellEnd"/>
            <w:r w:rsidRPr="002B02E3">
              <w:t xml:space="preserve"> </w:t>
            </w:r>
            <w:proofErr w:type="spellStart"/>
            <w:r w:rsidRPr="002B02E3">
              <w:rPr>
                <w:rFonts w:ascii="Nirmala UI" w:hAnsi="Nirmala UI" w:cs="Nirmala UI"/>
              </w:rPr>
              <w:t>मिळावे</w:t>
            </w:r>
            <w:proofErr w:type="spellEnd"/>
            <w:r w:rsidRPr="002B02E3">
              <w:t xml:space="preserve"> </w:t>
            </w:r>
            <w:proofErr w:type="spellStart"/>
            <w:r w:rsidRPr="002B02E3">
              <w:rPr>
                <w:rFonts w:ascii="Nirmala UI" w:hAnsi="Nirmala UI" w:cs="Nirmala UI"/>
              </w:rPr>
              <w:t>त्या</w:t>
            </w:r>
            <w:proofErr w:type="spellEnd"/>
            <w:r w:rsidRPr="002B02E3">
              <w:t xml:space="preserve"> </w:t>
            </w:r>
            <w:proofErr w:type="spellStart"/>
            <w:r w:rsidRPr="002B02E3">
              <w:rPr>
                <w:rFonts w:ascii="Nirmala UI" w:hAnsi="Nirmala UI" w:cs="Nirmala UI"/>
              </w:rPr>
              <w:t>व्यक्तीचे</w:t>
            </w:r>
            <w:proofErr w:type="spellEnd"/>
            <w:r w:rsidRPr="002B02E3">
              <w:t xml:space="preserve"> </w:t>
            </w:r>
            <w:proofErr w:type="spellStart"/>
            <w:r w:rsidRPr="002B02E3">
              <w:rPr>
                <w:rFonts w:ascii="Nirmala UI" w:hAnsi="Nirmala UI" w:cs="Nirmala UI"/>
              </w:rPr>
              <w:t>नाव</w:t>
            </w:r>
            <w:proofErr w:type="spellEnd"/>
            <w:r w:rsidRPr="002B02E3">
              <w:t xml:space="preserve"> </w:t>
            </w:r>
            <w:r w:rsidRPr="002B02E3">
              <w:rPr>
                <w:rFonts w:ascii="Nirmala UI" w:hAnsi="Nirmala UI" w:cs="Nirmala UI"/>
              </w:rPr>
              <w:t>व</w:t>
            </w:r>
            <w:r w:rsidRPr="002B02E3">
              <w:t xml:space="preserve"> </w:t>
            </w:r>
            <w:proofErr w:type="spellStart"/>
            <w:r w:rsidRPr="002B02E3">
              <w:rPr>
                <w:rFonts w:ascii="Nirmala UI" w:hAnsi="Nirmala UI" w:cs="Nirmala UI"/>
              </w:rPr>
              <w:t>पत्ता</w:t>
            </w:r>
            <w:proofErr w:type="spellEnd"/>
            <w:r w:rsidRPr="002B02E3">
              <w:t xml:space="preserve"> </w:t>
            </w:r>
          </w:p>
        </w:tc>
        <w:tc>
          <w:tcPr>
            <w:tcW w:w="1124" w:type="dxa"/>
          </w:tcPr>
          <w:p w14:paraId="5D020CD7" w14:textId="53755D3F" w:rsidR="007A158A" w:rsidRDefault="002B02E3">
            <w:proofErr w:type="spellStart"/>
            <w:r w:rsidRPr="002B02E3">
              <w:rPr>
                <w:rFonts w:ascii="Nirmala UI" w:hAnsi="Nirmala UI" w:cs="Nirmala UI"/>
              </w:rPr>
              <w:t>नामनिर्देशन</w:t>
            </w:r>
            <w:proofErr w:type="spellEnd"/>
            <w:r w:rsidRPr="002B02E3">
              <w:t xml:space="preserve"> </w:t>
            </w:r>
            <w:proofErr w:type="spellStart"/>
            <w:r w:rsidRPr="002B02E3">
              <w:rPr>
                <w:rFonts w:ascii="Nirmala UI" w:hAnsi="Nirmala UI" w:cs="Nirmala UI"/>
              </w:rPr>
              <w:t>अग्राह्य</w:t>
            </w:r>
            <w:proofErr w:type="spellEnd"/>
            <w:r w:rsidRPr="002B02E3">
              <w:t xml:space="preserve"> </w:t>
            </w:r>
            <w:proofErr w:type="spellStart"/>
            <w:r w:rsidRPr="002B02E3">
              <w:rPr>
                <w:rFonts w:ascii="Nirmala UI" w:hAnsi="Nirmala UI" w:cs="Nirmala UI"/>
              </w:rPr>
              <w:t>ठरेल</w:t>
            </w:r>
            <w:proofErr w:type="spellEnd"/>
            <w:r w:rsidRPr="002B02E3">
              <w:t xml:space="preserve"> </w:t>
            </w:r>
            <w:proofErr w:type="spellStart"/>
            <w:r w:rsidRPr="002B02E3">
              <w:rPr>
                <w:rFonts w:ascii="Nirmala UI" w:hAnsi="Nirmala UI" w:cs="Nirmala UI"/>
              </w:rPr>
              <w:t>अशी</w:t>
            </w:r>
            <w:proofErr w:type="spellEnd"/>
            <w:r w:rsidRPr="002B02E3">
              <w:t xml:space="preserve"> </w:t>
            </w:r>
            <w:proofErr w:type="spellStart"/>
            <w:r w:rsidRPr="002B02E3">
              <w:rPr>
                <w:rFonts w:ascii="Nirmala UI" w:hAnsi="Nirmala UI" w:cs="Nirmala UI"/>
              </w:rPr>
              <w:t>आकस्मिक</w:t>
            </w:r>
            <w:proofErr w:type="spellEnd"/>
            <w:r w:rsidRPr="002B02E3">
              <w:t xml:space="preserve"> </w:t>
            </w:r>
            <w:proofErr w:type="spellStart"/>
            <w:r w:rsidRPr="002B02E3">
              <w:rPr>
                <w:rFonts w:ascii="Nirmala UI" w:hAnsi="Nirmala UI" w:cs="Nirmala UI"/>
              </w:rPr>
              <w:t>घटना</w:t>
            </w:r>
            <w:proofErr w:type="spellEnd"/>
            <w:r w:rsidRPr="002B02E3">
              <w:t xml:space="preserve"> </w:t>
            </w:r>
          </w:p>
        </w:tc>
      </w:tr>
      <w:tr w:rsidR="00903289" w14:paraId="43B93C7E" w14:textId="77777777" w:rsidTr="00903289">
        <w:tc>
          <w:tcPr>
            <w:tcW w:w="1179" w:type="dxa"/>
          </w:tcPr>
          <w:p w14:paraId="051007C5" w14:textId="452F539B" w:rsidR="00903289" w:rsidRDefault="00903289" w:rsidP="00903289">
            <w:pPr>
              <w:jc w:val="center"/>
            </w:pPr>
            <w:r>
              <w:t>(१)</w:t>
            </w:r>
          </w:p>
        </w:tc>
        <w:tc>
          <w:tcPr>
            <w:tcW w:w="1082" w:type="dxa"/>
          </w:tcPr>
          <w:p w14:paraId="5306B116" w14:textId="43A729C4" w:rsidR="00903289" w:rsidRPr="002B02E3" w:rsidRDefault="00903289" w:rsidP="00903289">
            <w:pPr>
              <w:jc w:val="center"/>
              <w:rPr>
                <w:rFonts w:ascii="Nirmala UI" w:hAnsi="Nirmala UI" w:cs="Nirmala UI"/>
              </w:rPr>
            </w:pPr>
            <w:r>
              <w:t>(२)</w:t>
            </w:r>
          </w:p>
        </w:tc>
        <w:tc>
          <w:tcPr>
            <w:tcW w:w="1245" w:type="dxa"/>
          </w:tcPr>
          <w:p w14:paraId="42C46C63" w14:textId="7EFA107A" w:rsidR="00903289" w:rsidRDefault="00903289" w:rsidP="00903289">
            <w:pPr>
              <w:jc w:val="center"/>
            </w:pPr>
            <w:r>
              <w:t>(३)</w:t>
            </w:r>
          </w:p>
        </w:tc>
        <w:tc>
          <w:tcPr>
            <w:tcW w:w="916" w:type="dxa"/>
          </w:tcPr>
          <w:p w14:paraId="047EF22D" w14:textId="5A571513" w:rsidR="00903289" w:rsidRPr="005435CF" w:rsidRDefault="00903289" w:rsidP="00903289">
            <w:pPr>
              <w:jc w:val="center"/>
              <w:rPr>
                <w:rFonts w:ascii="Nirmala UI" w:hAnsi="Nirmala UI" w:cs="Nirmala UI"/>
                <w:sz w:val="16"/>
                <w:szCs w:val="16"/>
              </w:rPr>
            </w:pPr>
            <w:r>
              <w:t>(</w:t>
            </w:r>
            <w:r>
              <w:rPr>
                <w:rFonts w:ascii="Nirmala UI" w:hAnsi="Nirmala UI" w:cs="Nirmala UI"/>
              </w:rPr>
              <w:t>४</w:t>
            </w:r>
            <w:r>
              <w:t>)</w:t>
            </w:r>
          </w:p>
        </w:tc>
        <w:tc>
          <w:tcPr>
            <w:tcW w:w="1102" w:type="dxa"/>
          </w:tcPr>
          <w:p w14:paraId="151D6485" w14:textId="59D06460" w:rsidR="00903289" w:rsidRPr="005435CF" w:rsidRDefault="00903289" w:rsidP="00903289">
            <w:pPr>
              <w:jc w:val="center"/>
              <w:rPr>
                <w:rFonts w:ascii="Nirmala UI" w:hAnsi="Nirmala UI" w:cs="Nirmala UI"/>
                <w:sz w:val="16"/>
                <w:szCs w:val="16"/>
              </w:rPr>
            </w:pPr>
            <w:r>
              <w:t>(</w:t>
            </w:r>
            <w:r>
              <w:rPr>
                <w:rFonts w:ascii="Nirmala UI" w:hAnsi="Nirmala UI" w:cs="Nirmala UI"/>
              </w:rPr>
              <w:t>५</w:t>
            </w:r>
            <w:r>
              <w:t>)</w:t>
            </w:r>
          </w:p>
        </w:tc>
        <w:tc>
          <w:tcPr>
            <w:tcW w:w="922" w:type="dxa"/>
          </w:tcPr>
          <w:p w14:paraId="23A5F053" w14:textId="2AA794FD" w:rsidR="00903289" w:rsidRPr="002B02E3" w:rsidRDefault="00903289" w:rsidP="00903289">
            <w:pPr>
              <w:jc w:val="center"/>
              <w:rPr>
                <w:rFonts w:ascii="Nirmala UI" w:hAnsi="Nirmala UI" w:cs="Nirmala UI"/>
              </w:rPr>
            </w:pPr>
            <w:r>
              <w:t>(</w:t>
            </w:r>
            <w:r>
              <w:rPr>
                <w:rFonts w:ascii="Nirmala UI" w:hAnsi="Nirmala UI" w:cs="Nirmala UI"/>
              </w:rPr>
              <w:t>६</w:t>
            </w:r>
            <w:r>
              <w:t>)</w:t>
            </w:r>
          </w:p>
        </w:tc>
        <w:tc>
          <w:tcPr>
            <w:tcW w:w="1178" w:type="dxa"/>
          </w:tcPr>
          <w:p w14:paraId="300167DC" w14:textId="7A0B66C7" w:rsidR="00903289" w:rsidRPr="002B02E3" w:rsidRDefault="00903289" w:rsidP="00903289">
            <w:pPr>
              <w:jc w:val="center"/>
              <w:rPr>
                <w:rFonts w:ascii="Nirmala UI" w:hAnsi="Nirmala UI" w:cs="Nirmala UI"/>
              </w:rPr>
            </w:pPr>
            <w:r>
              <w:t>(</w:t>
            </w:r>
            <w:r>
              <w:rPr>
                <w:rFonts w:ascii="Nirmala UI" w:hAnsi="Nirmala UI" w:cs="Nirmala UI"/>
              </w:rPr>
              <w:t>७</w:t>
            </w:r>
            <w:r>
              <w:t>)</w:t>
            </w:r>
          </w:p>
        </w:tc>
        <w:tc>
          <w:tcPr>
            <w:tcW w:w="1178" w:type="dxa"/>
          </w:tcPr>
          <w:p w14:paraId="40FA363E" w14:textId="2272DB54" w:rsidR="00903289" w:rsidRPr="002B02E3" w:rsidRDefault="00903289" w:rsidP="00903289">
            <w:pPr>
              <w:jc w:val="center"/>
              <w:rPr>
                <w:rFonts w:ascii="Nirmala UI" w:hAnsi="Nirmala UI" w:cs="Nirmala UI"/>
              </w:rPr>
            </w:pPr>
            <w:r>
              <w:t>(</w:t>
            </w:r>
            <w:r>
              <w:rPr>
                <w:rFonts w:ascii="Nirmala UI" w:hAnsi="Nirmala UI" w:cs="Nirmala UI"/>
              </w:rPr>
              <w:t>८</w:t>
            </w:r>
            <w:r>
              <w:t>)</w:t>
            </w:r>
          </w:p>
        </w:tc>
        <w:tc>
          <w:tcPr>
            <w:tcW w:w="1124" w:type="dxa"/>
          </w:tcPr>
          <w:p w14:paraId="59FFC1C3" w14:textId="47423EF0" w:rsidR="00903289" w:rsidRPr="002B02E3" w:rsidRDefault="00903289" w:rsidP="00903289">
            <w:pPr>
              <w:jc w:val="center"/>
              <w:rPr>
                <w:rFonts w:ascii="Nirmala UI" w:hAnsi="Nirmala UI" w:cs="Nirmala UI"/>
              </w:rPr>
            </w:pPr>
            <w:r>
              <w:t>(</w:t>
            </w:r>
            <w:r>
              <w:rPr>
                <w:rFonts w:ascii="Nirmala UI" w:hAnsi="Nirmala UI" w:cs="Nirmala UI"/>
              </w:rPr>
              <w:t>९</w:t>
            </w:r>
            <w:r>
              <w:t>)</w:t>
            </w:r>
          </w:p>
        </w:tc>
      </w:tr>
      <w:tr w:rsidR="00D60587" w14:paraId="0F640729" w14:textId="77777777" w:rsidTr="00903289">
        <w:tc>
          <w:tcPr>
            <w:tcW w:w="1179" w:type="dxa"/>
          </w:tcPr>
          <w:p w14:paraId="2AB2B5E3" w14:textId="2F443DB1" w:rsidR="00D60587" w:rsidRDefault="00D60587" w:rsidP="00D60587">
            <w:proofErr w:type="spellStart"/>
            <w:r>
              <w:rPr>
                <w:rFonts w:ascii="Nirmala UI" w:hAnsi="Nirmala UI" w:cs="Nirmala UI"/>
              </w:rPr>
              <w:t>सौ</w:t>
            </w:r>
            <w:proofErr w:type="spellEnd"/>
            <w:r>
              <w:rPr>
                <w:rFonts w:ascii="Nirmala UI" w:hAnsi="Nirmala UI" w:cs="Nirmala UI"/>
              </w:rPr>
              <w:t xml:space="preserve">. </w:t>
            </w:r>
            <w:proofErr w:type="spellStart"/>
            <w:r>
              <w:rPr>
                <w:rFonts w:ascii="Nirmala UI" w:hAnsi="Nirmala UI" w:cs="Nirmala UI"/>
              </w:rPr>
              <w:t>रेखा</w:t>
            </w:r>
            <w:proofErr w:type="spellEnd"/>
            <w:r>
              <w:rPr>
                <w:rFonts w:ascii="Nirmala UI" w:hAnsi="Nirmala UI" w:cs="Nirmala UI"/>
              </w:rPr>
              <w:t xml:space="preserve"> </w:t>
            </w:r>
            <w:proofErr w:type="spellStart"/>
            <w:r>
              <w:rPr>
                <w:rFonts w:ascii="Nirmala UI" w:hAnsi="Nirmala UI" w:cs="Nirmala UI"/>
              </w:rPr>
              <w:t>प्रमोद</w:t>
            </w:r>
            <w:proofErr w:type="spellEnd"/>
            <w:r>
              <w:rPr>
                <w:rFonts w:ascii="Nirmala UI" w:hAnsi="Nirmala UI" w:cs="Nirmala UI"/>
              </w:rPr>
              <w:t xml:space="preserve"> </w:t>
            </w:r>
            <w:proofErr w:type="spellStart"/>
            <w:r>
              <w:rPr>
                <w:rFonts w:ascii="Nirmala UI" w:hAnsi="Nirmala UI" w:cs="Nirmala UI"/>
              </w:rPr>
              <w:t>पुरी</w:t>
            </w:r>
            <w:proofErr w:type="spellEnd"/>
            <w:r>
              <w:rPr>
                <w:rFonts w:ascii="Nirmala UI" w:hAnsi="Nirmala UI" w:cs="Nirmala UI"/>
              </w:rPr>
              <w:t xml:space="preserve"> </w:t>
            </w:r>
            <w:proofErr w:type="spellStart"/>
            <w:r>
              <w:rPr>
                <w:rFonts w:ascii="Nirmala UI" w:hAnsi="Nirmala UI" w:cs="Nirmala UI"/>
              </w:rPr>
              <w:t>जयश्री</w:t>
            </w:r>
            <w:proofErr w:type="spellEnd"/>
            <w:r>
              <w:rPr>
                <w:rFonts w:ascii="Nirmala UI" w:hAnsi="Nirmala UI" w:cs="Nirmala UI"/>
              </w:rPr>
              <w:t xml:space="preserve"> </w:t>
            </w:r>
            <w:proofErr w:type="spellStart"/>
            <w:r>
              <w:rPr>
                <w:rFonts w:ascii="Nirmala UI" w:hAnsi="Nirmala UI" w:cs="Nirmala UI"/>
              </w:rPr>
              <w:t>अपार्टमेंट</w:t>
            </w:r>
            <w:proofErr w:type="spellEnd"/>
            <w:r>
              <w:rPr>
                <w:rFonts w:ascii="Nirmala UI" w:hAnsi="Nirmala UI" w:cs="Nirmala UI"/>
              </w:rPr>
              <w:t xml:space="preserve">, </w:t>
            </w:r>
          </w:p>
        </w:tc>
        <w:tc>
          <w:tcPr>
            <w:tcW w:w="1082" w:type="dxa"/>
          </w:tcPr>
          <w:p w14:paraId="24F88B00" w14:textId="67FF8DA2" w:rsidR="00D60587" w:rsidRDefault="00D60587" w:rsidP="00D60587">
            <w:proofErr w:type="spellStart"/>
            <w:r>
              <w:rPr>
                <w:rFonts w:ascii="Nirmala UI" w:hAnsi="Nirmala UI" w:cs="Nirmala UI"/>
              </w:rPr>
              <w:t>पती</w:t>
            </w:r>
            <w:proofErr w:type="spellEnd"/>
          </w:p>
        </w:tc>
        <w:tc>
          <w:tcPr>
            <w:tcW w:w="1245" w:type="dxa"/>
          </w:tcPr>
          <w:p w14:paraId="6DF9480D" w14:textId="738238EC" w:rsidR="00D60587" w:rsidRDefault="00A075B4" w:rsidP="00D60587">
            <w:r>
              <w:t>23/09/1975</w:t>
            </w:r>
          </w:p>
        </w:tc>
        <w:tc>
          <w:tcPr>
            <w:tcW w:w="916" w:type="dxa"/>
          </w:tcPr>
          <w:p w14:paraId="0F4E1EC0" w14:textId="77BA631B" w:rsidR="00D60587" w:rsidRPr="00A075B4" w:rsidRDefault="00A075B4" w:rsidP="00D60587">
            <w:pPr>
              <w:rPr>
                <w:rFonts w:ascii="Nirmala UI" w:hAnsi="Nirmala UI" w:cs="Nirmala UI"/>
              </w:rPr>
            </w:pPr>
            <w:proofErr w:type="spellStart"/>
            <w:r>
              <w:rPr>
                <w:rFonts w:ascii="Nirmala UI" w:hAnsi="Nirmala UI" w:cs="Nirmala UI"/>
              </w:rPr>
              <w:t>लागु</w:t>
            </w:r>
            <w:proofErr w:type="spellEnd"/>
            <w:r>
              <w:rPr>
                <w:rFonts w:ascii="Nirmala UI" w:hAnsi="Nirmala UI" w:cs="Nirmala UI"/>
              </w:rPr>
              <w:t xml:space="preserve"> </w:t>
            </w:r>
            <w:proofErr w:type="spellStart"/>
            <w:r>
              <w:rPr>
                <w:rFonts w:ascii="Nirmala UI" w:hAnsi="Nirmala UI" w:cs="Nirmala UI"/>
              </w:rPr>
              <w:t>नाही</w:t>
            </w:r>
            <w:proofErr w:type="spellEnd"/>
          </w:p>
        </w:tc>
        <w:tc>
          <w:tcPr>
            <w:tcW w:w="1102" w:type="dxa"/>
          </w:tcPr>
          <w:p w14:paraId="3650F640" w14:textId="77777777" w:rsidR="00A075B4" w:rsidRDefault="00A075B4" w:rsidP="00A075B4">
            <w:pPr>
              <w:rPr>
                <w:rFonts w:ascii="Nirmala UI" w:hAnsi="Nirmala UI" w:cs="Nirmala UI"/>
              </w:rPr>
            </w:pPr>
            <w:proofErr w:type="spellStart"/>
            <w:r>
              <w:rPr>
                <w:rFonts w:ascii="Nirmala UI" w:hAnsi="Nirmala UI" w:cs="Nirmala UI"/>
              </w:rPr>
              <w:t>यश</w:t>
            </w:r>
            <w:proofErr w:type="spellEnd"/>
            <w:r>
              <w:rPr>
                <w:rFonts w:ascii="Nirmala UI" w:hAnsi="Nirmala UI" w:cs="Nirmala UI"/>
              </w:rPr>
              <w:t xml:space="preserve"> </w:t>
            </w:r>
            <w:proofErr w:type="spellStart"/>
            <w:r>
              <w:rPr>
                <w:rFonts w:ascii="Nirmala UI" w:hAnsi="Nirmala UI" w:cs="Nirmala UI"/>
              </w:rPr>
              <w:t>प्रमोद</w:t>
            </w:r>
            <w:proofErr w:type="spellEnd"/>
            <w:r>
              <w:rPr>
                <w:rFonts w:ascii="Nirmala UI" w:hAnsi="Nirmala UI" w:cs="Nirmala UI"/>
              </w:rPr>
              <w:t xml:space="preserve"> </w:t>
            </w:r>
            <w:proofErr w:type="spellStart"/>
            <w:r>
              <w:rPr>
                <w:rFonts w:ascii="Nirmala UI" w:hAnsi="Nirmala UI" w:cs="Nirmala UI"/>
              </w:rPr>
              <w:t>पुरी</w:t>
            </w:r>
            <w:proofErr w:type="spellEnd"/>
            <w:r>
              <w:rPr>
                <w:rFonts w:ascii="Nirmala UI" w:hAnsi="Nirmala UI" w:cs="Nirmala UI"/>
              </w:rPr>
              <w:t xml:space="preserve"> </w:t>
            </w:r>
          </w:p>
          <w:p w14:paraId="42FE6153" w14:textId="47224AFE" w:rsidR="00D60587" w:rsidRDefault="00A075B4" w:rsidP="00A075B4">
            <w:proofErr w:type="spellStart"/>
            <w:r>
              <w:rPr>
                <w:rFonts w:ascii="Nirmala UI" w:hAnsi="Nirmala UI" w:cs="Nirmala UI"/>
              </w:rPr>
              <w:t>जयश्री</w:t>
            </w:r>
            <w:proofErr w:type="spellEnd"/>
            <w:r>
              <w:rPr>
                <w:rFonts w:ascii="Nirmala UI" w:hAnsi="Nirmala UI" w:cs="Nirmala UI"/>
              </w:rPr>
              <w:t xml:space="preserve"> </w:t>
            </w:r>
            <w:proofErr w:type="spellStart"/>
            <w:r>
              <w:rPr>
                <w:rFonts w:ascii="Nirmala UI" w:hAnsi="Nirmala UI" w:cs="Nirmala UI"/>
              </w:rPr>
              <w:t>अपार्टमेंट</w:t>
            </w:r>
            <w:proofErr w:type="spellEnd"/>
          </w:p>
        </w:tc>
        <w:tc>
          <w:tcPr>
            <w:tcW w:w="922" w:type="dxa"/>
          </w:tcPr>
          <w:p w14:paraId="33E8821F" w14:textId="65EC2FAF" w:rsidR="00D60587" w:rsidRDefault="00A075B4" w:rsidP="00D60587">
            <w:proofErr w:type="spellStart"/>
            <w:r>
              <w:rPr>
                <w:rFonts w:ascii="Nirmala UI" w:hAnsi="Nirmala UI" w:cs="Nirmala UI"/>
              </w:rPr>
              <w:t>वडील</w:t>
            </w:r>
            <w:proofErr w:type="spellEnd"/>
          </w:p>
        </w:tc>
        <w:tc>
          <w:tcPr>
            <w:tcW w:w="1178" w:type="dxa"/>
          </w:tcPr>
          <w:p w14:paraId="79D4B859" w14:textId="69A61720" w:rsidR="00D60587" w:rsidRDefault="0043360D" w:rsidP="00D60587">
            <w:proofErr w:type="spellStart"/>
            <w:r>
              <w:rPr>
                <w:rFonts w:ascii="Nirmala UI" w:hAnsi="Nirmala UI" w:cs="Nirmala UI"/>
              </w:rPr>
              <w:t>लागु</w:t>
            </w:r>
            <w:proofErr w:type="spellEnd"/>
            <w:r>
              <w:rPr>
                <w:rFonts w:ascii="Nirmala UI" w:hAnsi="Nirmala UI" w:cs="Nirmala UI"/>
              </w:rPr>
              <w:t xml:space="preserve"> </w:t>
            </w:r>
            <w:proofErr w:type="spellStart"/>
            <w:r>
              <w:rPr>
                <w:rFonts w:ascii="Nirmala UI" w:hAnsi="Nirmala UI" w:cs="Nirmala UI"/>
              </w:rPr>
              <w:t>नाही</w:t>
            </w:r>
            <w:proofErr w:type="spellEnd"/>
          </w:p>
        </w:tc>
        <w:tc>
          <w:tcPr>
            <w:tcW w:w="1178" w:type="dxa"/>
          </w:tcPr>
          <w:p w14:paraId="70B12D68" w14:textId="47EDFA19" w:rsidR="00D60587" w:rsidRDefault="0043360D" w:rsidP="00D60587">
            <w:proofErr w:type="spellStart"/>
            <w:r>
              <w:rPr>
                <w:rFonts w:ascii="Nirmala UI" w:hAnsi="Nirmala UI" w:cs="Nirmala UI"/>
              </w:rPr>
              <w:t>लागु</w:t>
            </w:r>
            <w:proofErr w:type="spellEnd"/>
            <w:r>
              <w:rPr>
                <w:rFonts w:ascii="Nirmala UI" w:hAnsi="Nirmala UI" w:cs="Nirmala UI"/>
              </w:rPr>
              <w:t xml:space="preserve"> </w:t>
            </w:r>
            <w:proofErr w:type="spellStart"/>
            <w:r>
              <w:rPr>
                <w:rFonts w:ascii="Nirmala UI" w:hAnsi="Nirmala UI" w:cs="Nirmala UI"/>
              </w:rPr>
              <w:t>नाही</w:t>
            </w:r>
            <w:proofErr w:type="spellEnd"/>
          </w:p>
        </w:tc>
        <w:tc>
          <w:tcPr>
            <w:tcW w:w="1124" w:type="dxa"/>
          </w:tcPr>
          <w:p w14:paraId="5827F161" w14:textId="7B86AD92" w:rsidR="00D60587" w:rsidRDefault="0043360D" w:rsidP="00D60587">
            <w:proofErr w:type="spellStart"/>
            <w:r>
              <w:rPr>
                <w:rFonts w:ascii="Nirmala UI" w:hAnsi="Nirmala UI" w:cs="Nirmala UI"/>
              </w:rPr>
              <w:t>लागु</w:t>
            </w:r>
            <w:proofErr w:type="spellEnd"/>
            <w:r>
              <w:rPr>
                <w:rFonts w:ascii="Nirmala UI" w:hAnsi="Nirmala UI" w:cs="Nirmala UI"/>
              </w:rPr>
              <w:t xml:space="preserve"> </w:t>
            </w:r>
            <w:proofErr w:type="spellStart"/>
            <w:r>
              <w:rPr>
                <w:rFonts w:ascii="Nirmala UI" w:hAnsi="Nirmala UI" w:cs="Nirmala UI"/>
              </w:rPr>
              <w:t>नाही</w:t>
            </w:r>
            <w:proofErr w:type="spellEnd"/>
          </w:p>
        </w:tc>
      </w:tr>
    </w:tbl>
    <w:p w14:paraId="0B73591C" w14:textId="01D45A8A" w:rsidR="007A158A" w:rsidRDefault="00FC5D9E">
      <w:pPr>
        <w:spacing w:after="120"/>
      </w:pPr>
      <w:r>
        <w:t>(</w:t>
      </w:r>
      <w:proofErr w:type="spellStart"/>
      <w:proofErr w:type="gramStart"/>
      <w:r>
        <w:t>टिप</w:t>
      </w:r>
      <w:proofErr w:type="spellEnd"/>
      <w:r>
        <w:t xml:space="preserve"> :</w:t>
      </w:r>
      <w:proofErr w:type="gramEnd"/>
      <w:r>
        <w:t xml:space="preserve"> </w:t>
      </w:r>
      <w:proofErr w:type="spellStart"/>
      <w:r>
        <w:t>रकाना</w:t>
      </w:r>
      <w:proofErr w:type="spellEnd"/>
      <w:r>
        <w:t xml:space="preserve"> क्र.५ मध्ये एकापेक्षा जास्त व्यक्तींची नावे नमूद असल्यास निवृत्तिवेतनाची थकबाकीची रक्कम समप्रमाणात विभागून देण्यात येईल.)</w:t>
      </w:r>
    </w:p>
    <w:p w14:paraId="278D7549" w14:textId="77777777" w:rsidR="00903289" w:rsidRDefault="00903289">
      <w:pPr>
        <w:spacing w:after="120"/>
      </w:pPr>
    </w:p>
    <w:p w14:paraId="6CFB2E3D" w14:textId="77777777" w:rsidR="00903289" w:rsidRDefault="00903289">
      <w:pPr>
        <w:spacing w:after="120"/>
      </w:pPr>
    </w:p>
    <w:p w14:paraId="632E36E6" w14:textId="23094EBC" w:rsidR="007A158A" w:rsidRDefault="00FC5D9E">
      <w:pPr>
        <w:spacing w:before="240" w:after="120"/>
      </w:pPr>
      <w:r>
        <w:rPr>
          <w:b/>
          <w:sz w:val="24"/>
        </w:rPr>
        <w:lastRenderedPageBreak/>
        <w:t>९. घोषणापत्र -</w:t>
      </w:r>
    </w:p>
    <w:p w14:paraId="7EFD0A70" w14:textId="0D096D2E" w:rsidR="007A158A" w:rsidRDefault="00FC5D9E" w:rsidP="006C57AD">
      <w:pPr>
        <w:spacing w:after="0"/>
        <w:jc w:val="both"/>
      </w:pPr>
      <w:r>
        <w:t xml:space="preserve">१. माझ्या विरोधात आज दि. </w:t>
      </w:r>
      <w:r w:rsidR="00D7237E">
        <w:t>25/10/2028</w:t>
      </w:r>
      <w:r>
        <w:t xml:space="preserve"> रोजी कोणतीही </w:t>
      </w:r>
      <w:proofErr w:type="spellStart"/>
      <w:r>
        <w:t>विभागीय</w:t>
      </w:r>
      <w:proofErr w:type="spellEnd"/>
      <w:r>
        <w:t xml:space="preserve"> </w:t>
      </w:r>
      <w:proofErr w:type="spellStart"/>
      <w:r>
        <w:t>चौकशी</w:t>
      </w:r>
      <w:proofErr w:type="spellEnd"/>
      <w:r>
        <w:t xml:space="preserve"> </w:t>
      </w:r>
      <w:proofErr w:type="spellStart"/>
      <w:r>
        <w:t>प्रलंबित</w:t>
      </w:r>
      <w:proofErr w:type="spellEnd"/>
      <w:r>
        <w:t xml:space="preserve"> </w:t>
      </w:r>
      <w:proofErr w:type="spellStart"/>
      <w:r>
        <w:t>नाही</w:t>
      </w:r>
      <w:proofErr w:type="spellEnd"/>
      <w:r>
        <w:t xml:space="preserve"> </w:t>
      </w:r>
      <w:proofErr w:type="spellStart"/>
      <w:r>
        <w:t>अथवा</w:t>
      </w:r>
      <w:proofErr w:type="spellEnd"/>
      <w:r>
        <w:t xml:space="preserve"> </w:t>
      </w:r>
      <w:proofErr w:type="spellStart"/>
      <w:r>
        <w:t>प्रस्तावित</w:t>
      </w:r>
      <w:proofErr w:type="spellEnd"/>
      <w:r>
        <w:t xml:space="preserve"> </w:t>
      </w:r>
      <w:proofErr w:type="spellStart"/>
      <w:r w:rsidRPr="0009390C">
        <w:rPr>
          <w:color w:val="00B050"/>
        </w:rPr>
        <w:t>नाही</w:t>
      </w:r>
      <w:proofErr w:type="spellEnd"/>
      <w:r>
        <w:t>/</w:t>
      </w:r>
      <w:proofErr w:type="spellStart"/>
      <w:r w:rsidRPr="0009390C">
        <w:t>आहे</w:t>
      </w:r>
      <w:proofErr w:type="spellEnd"/>
      <w:r w:rsidRPr="0009390C">
        <w:t>.</w:t>
      </w:r>
    </w:p>
    <w:p w14:paraId="4C8678AD" w14:textId="77777777" w:rsidR="007A158A" w:rsidRDefault="00FC5D9E" w:rsidP="006C57AD">
      <w:pPr>
        <w:spacing w:after="0"/>
        <w:jc w:val="both"/>
      </w:pPr>
      <w:r>
        <w:t xml:space="preserve">२. माझ्याकडून कोणतेही शासकीय येणे शिल्लक </w:t>
      </w:r>
      <w:r w:rsidRPr="0009390C">
        <w:rPr>
          <w:color w:val="00B050"/>
        </w:rPr>
        <w:t>नाही</w:t>
      </w:r>
      <w:r>
        <w:t>/आहे.</w:t>
      </w:r>
    </w:p>
    <w:p w14:paraId="5DD066C7" w14:textId="02462140" w:rsidR="007A158A" w:rsidRDefault="00FC5D9E" w:rsidP="006C57AD">
      <w:pPr>
        <w:spacing w:after="0"/>
        <w:jc w:val="both"/>
      </w:pPr>
      <w:r>
        <w:t xml:space="preserve">३. मला कार्यालयाकडून तात्पुरते सेवानिवृत्ती वेतन उपदानाची रक्कम अदा करण्यात आलेली </w:t>
      </w:r>
      <w:r w:rsidRPr="0009390C">
        <w:rPr>
          <w:color w:val="00B050"/>
        </w:rPr>
        <w:t>नाही</w:t>
      </w:r>
      <w:r>
        <w:t xml:space="preserve">/आहे. </w:t>
      </w:r>
      <w:proofErr w:type="spellStart"/>
      <w:r>
        <w:t>असल्यास</w:t>
      </w:r>
      <w:proofErr w:type="spellEnd"/>
      <w:r>
        <w:t xml:space="preserve"> </w:t>
      </w:r>
      <w:proofErr w:type="spellStart"/>
      <w:r>
        <w:t>रक्कम</w:t>
      </w:r>
      <w:proofErr w:type="spellEnd"/>
      <w:r>
        <w:t xml:space="preserve"> </w:t>
      </w:r>
      <w:proofErr w:type="spellStart"/>
      <w:r>
        <w:t>रुपये</w:t>
      </w:r>
      <w:proofErr w:type="spellEnd"/>
      <w:r>
        <w:t xml:space="preserve"> _</w:t>
      </w:r>
      <w:r w:rsidR="0009390C">
        <w:t>00.00</w:t>
      </w:r>
      <w:r>
        <w:t>___________</w:t>
      </w:r>
    </w:p>
    <w:p w14:paraId="1F03C9A5" w14:textId="53367F41" w:rsidR="007A158A" w:rsidRDefault="00FC5D9E" w:rsidP="006C57AD">
      <w:pPr>
        <w:spacing w:after="0"/>
        <w:jc w:val="both"/>
      </w:pPr>
      <w:r>
        <w:t xml:space="preserve">४. मला कार्यालयाकडून तात्पुरते सेवा निवृत्तिवेतन अदा करण्यात आलेली </w:t>
      </w:r>
      <w:r w:rsidRPr="00A73A7E">
        <w:rPr>
          <w:color w:val="00B050"/>
        </w:rPr>
        <w:t>नाही/</w:t>
      </w:r>
      <w:r>
        <w:t xml:space="preserve">आहे. </w:t>
      </w:r>
      <w:proofErr w:type="spellStart"/>
      <w:r>
        <w:t>असल्यास</w:t>
      </w:r>
      <w:proofErr w:type="spellEnd"/>
      <w:r>
        <w:t xml:space="preserve"> </w:t>
      </w:r>
      <w:proofErr w:type="spellStart"/>
      <w:r>
        <w:t>रक्कम</w:t>
      </w:r>
      <w:proofErr w:type="spellEnd"/>
      <w:r>
        <w:t xml:space="preserve"> </w:t>
      </w:r>
      <w:proofErr w:type="spellStart"/>
      <w:r>
        <w:t>रुपये</w:t>
      </w:r>
      <w:proofErr w:type="spellEnd"/>
      <w:r>
        <w:t xml:space="preserve"> ____</w:t>
      </w:r>
      <w:r w:rsidR="00A73A7E">
        <w:t>0.00</w:t>
      </w:r>
      <w:r>
        <w:t>________</w:t>
      </w:r>
    </w:p>
    <w:p w14:paraId="6F5B8140" w14:textId="2E17A537" w:rsidR="007A158A" w:rsidRDefault="00FC5D9E" w:rsidP="006C57AD">
      <w:pPr>
        <w:spacing w:after="0"/>
        <w:jc w:val="both"/>
      </w:pPr>
      <w:r>
        <w:t>५. कायदेशीररित्या विभक्त आहे/</w:t>
      </w:r>
      <w:r w:rsidRPr="00A73A7E">
        <w:rPr>
          <w:color w:val="00B050"/>
        </w:rPr>
        <w:t>नाही</w:t>
      </w:r>
      <w:r>
        <w:t xml:space="preserve">. </w:t>
      </w:r>
      <w:proofErr w:type="spellStart"/>
      <w:r>
        <w:t>असल्यास</w:t>
      </w:r>
      <w:proofErr w:type="spellEnd"/>
      <w:r>
        <w:t xml:space="preserve"> _______</w:t>
      </w:r>
      <w:r w:rsidR="00457B34">
        <w:t>-</w:t>
      </w:r>
      <w:r>
        <w:t xml:space="preserve">_____ </w:t>
      </w:r>
      <w:proofErr w:type="spellStart"/>
      <w:r>
        <w:t>पासून</w:t>
      </w:r>
      <w:proofErr w:type="spellEnd"/>
      <w:r>
        <w:t xml:space="preserve"> </w:t>
      </w:r>
      <w:proofErr w:type="spellStart"/>
      <w:r>
        <w:t>दि</w:t>
      </w:r>
      <w:proofErr w:type="spellEnd"/>
      <w:r>
        <w:t>. _____</w:t>
      </w:r>
      <w:r w:rsidR="00457B34">
        <w:t>-</w:t>
      </w:r>
      <w:r>
        <w:t>_______</w:t>
      </w:r>
    </w:p>
    <w:p w14:paraId="247A6AF0" w14:textId="5C29FD0E" w:rsidR="007A158A" w:rsidRDefault="00FC5D9E" w:rsidP="006C57AD">
      <w:pPr>
        <w:spacing w:after="0"/>
        <w:jc w:val="both"/>
      </w:pPr>
      <w:r>
        <w:t>६. शासन निर्णय, वित्त विभाग, दि.०४.०३.२००२ नुसार माझी सेवानिवृत्तीनंतर पुनर्नियुक्ती झाली आहे/</w:t>
      </w:r>
      <w:r w:rsidRPr="00457B34">
        <w:rPr>
          <w:color w:val="00B050"/>
        </w:rPr>
        <w:t>नाही</w:t>
      </w:r>
      <w:r>
        <w:t>. असल्यास नियुक्ती दि. ___</w:t>
      </w:r>
      <w:r w:rsidR="00457B34">
        <w:t>-</w:t>
      </w:r>
      <w:r>
        <w:t>_________ (</w:t>
      </w:r>
      <w:proofErr w:type="spellStart"/>
      <w:r>
        <w:t>सोबत</w:t>
      </w:r>
      <w:proofErr w:type="spellEnd"/>
      <w:r>
        <w:t xml:space="preserve"> </w:t>
      </w:r>
      <w:proofErr w:type="spellStart"/>
      <w:r>
        <w:t>नियुक्ती</w:t>
      </w:r>
      <w:proofErr w:type="spellEnd"/>
      <w:r>
        <w:t xml:space="preserve"> </w:t>
      </w:r>
      <w:proofErr w:type="spellStart"/>
      <w:r>
        <w:t>पत्राची</w:t>
      </w:r>
      <w:proofErr w:type="spellEnd"/>
      <w:r>
        <w:t xml:space="preserve"> </w:t>
      </w:r>
      <w:proofErr w:type="spellStart"/>
      <w:r>
        <w:t>प्रत</w:t>
      </w:r>
      <w:proofErr w:type="spellEnd"/>
      <w:r>
        <w:t>). नसल्यास भविष्यात राज्य केंद्रीय सेवेत/शासन प्राप्त अनुदान संस्था/ महामंडळ इत्यादी च्या सेवेत पुनर्नियुक्त झाल्यास त्याची माहिती त्वरित अधिदान व लेखा कार्यालय/कोषागार कार्यालयास कळविण्याची जबाबदारी माझी राहील.</w:t>
      </w:r>
    </w:p>
    <w:p w14:paraId="0765483E" w14:textId="535B7E7F" w:rsidR="007A158A" w:rsidRDefault="00FC5D9E" w:rsidP="006C57AD">
      <w:pPr>
        <w:spacing w:after="0"/>
        <w:jc w:val="both"/>
      </w:pPr>
      <w:r>
        <w:t>७. कुटुंब निवृत्तिवेतन धारकाच्या बाबतीत, राज्य केंद्रीय सेवेत / शासन प्राप्तानुदान संस्था/ महामंडळ इत्यादी च्या सेवेत नियुक्त आहेत/</w:t>
      </w:r>
      <w:r w:rsidRPr="00C45F81">
        <w:rPr>
          <w:color w:val="00B050"/>
        </w:rPr>
        <w:t>नाहीत</w:t>
      </w:r>
      <w:r>
        <w:t xml:space="preserve">. </w:t>
      </w:r>
      <w:proofErr w:type="spellStart"/>
      <w:r>
        <w:t>असल्यास</w:t>
      </w:r>
      <w:proofErr w:type="spellEnd"/>
      <w:r>
        <w:t xml:space="preserve"> </w:t>
      </w:r>
      <w:proofErr w:type="spellStart"/>
      <w:r>
        <w:t>कार्यालयाचे</w:t>
      </w:r>
      <w:proofErr w:type="spellEnd"/>
      <w:r>
        <w:t xml:space="preserve"> </w:t>
      </w:r>
      <w:proofErr w:type="spellStart"/>
      <w:r>
        <w:t>नाव</w:t>
      </w:r>
      <w:proofErr w:type="spellEnd"/>
      <w:r>
        <w:t xml:space="preserve"> - _____</w:t>
      </w:r>
      <w:r w:rsidR="00C45F81">
        <w:t>-</w:t>
      </w:r>
      <w:r>
        <w:t xml:space="preserve">_______ व </w:t>
      </w:r>
      <w:proofErr w:type="spellStart"/>
      <w:r>
        <w:t>नियुक्ती</w:t>
      </w:r>
      <w:proofErr w:type="spellEnd"/>
      <w:r>
        <w:t xml:space="preserve"> </w:t>
      </w:r>
      <w:proofErr w:type="spellStart"/>
      <w:r>
        <w:t>दि</w:t>
      </w:r>
      <w:proofErr w:type="spellEnd"/>
      <w:r>
        <w:t>. ______</w:t>
      </w:r>
      <w:r w:rsidR="00C45F81">
        <w:t>-</w:t>
      </w:r>
      <w:r>
        <w:t>______</w:t>
      </w:r>
    </w:p>
    <w:p w14:paraId="539117D6" w14:textId="77777777" w:rsidR="007A158A" w:rsidRDefault="00FC5D9E" w:rsidP="006C57AD">
      <w:pPr>
        <w:spacing w:after="0"/>
        <w:jc w:val="both"/>
      </w:pPr>
      <w:r>
        <w:t>८. शासन शुध्दीपत्रक, वित्त विभाग, दि.१६.०९.१९१९ नुसार पुरुष कुटुंब निवृत्तिवेतन धारकांच्या बाबतीत, पुनर्विवाह केला आहे/</w:t>
      </w:r>
      <w:r w:rsidRPr="00C45F81">
        <w:rPr>
          <w:color w:val="00B050"/>
        </w:rPr>
        <w:t>नाही</w:t>
      </w:r>
      <w:r>
        <w:t>. पुनर्विवाह केलेला असल्यास पुनर्विवाहाचा दि. ____________</w:t>
      </w:r>
    </w:p>
    <w:p w14:paraId="004C581E" w14:textId="77777777" w:rsidR="007A158A" w:rsidRDefault="00FC5D9E" w:rsidP="006C57AD">
      <w:pPr>
        <w:spacing w:after="0"/>
        <w:jc w:val="both"/>
      </w:pPr>
      <w:r>
        <w:t>९. पुनर्विवाह केलेला नसल्यास असे प्रतिज्ञापन देतो की, पुनर्विवाह केल्यास त्याची माहिती त्वरित अधिदान व लेखा कार्यालय/कोषागार कार्यालयास कळविण्याची जबाबदारी माझी राहील.</w:t>
      </w:r>
    </w:p>
    <w:p w14:paraId="0BDD358B" w14:textId="77777777" w:rsidR="007A158A" w:rsidRDefault="00FC5D9E" w:rsidP="006C57AD">
      <w:pPr>
        <w:spacing w:after="0"/>
        <w:jc w:val="both"/>
      </w:pPr>
      <w:r>
        <w:t>१०. दरवर्षी माहे नोव्हेंबरमध्ये हयातीचा दाखला, पुनर्विवाह, पुनर्नियुक्त नियुक्ती याबाबतची वार्षिक / सहामाही प्रमाणपत्रे देण्यासंबंधीच्या सर्व अटी मला मान्य आहेत.</w:t>
      </w:r>
    </w:p>
    <w:p w14:paraId="405BC347" w14:textId="77777777" w:rsidR="007A158A" w:rsidRDefault="00FC5D9E" w:rsidP="006C57AD">
      <w:pPr>
        <w:spacing w:after="0"/>
        <w:jc w:val="both"/>
      </w:pPr>
      <w:r>
        <w:t>११. मी, निवृत्तिवेतन / कुटुंब निवृत्तिवेतनाकरिता सादर केलेले बँक खाते परस्पर इतर बँकेत किंवा शाखेत स्थलांतरीत करून घेणार नाही. माझे निवृत्तिवेतन इतर बँकेत/बँक शाखेत, इतर कोषागारामार्फत हवे असल्यास मी विहित पद्धतीने योग्य त्या कागदपत्रांसह अधिदान व लेखा कार्यालय / कोषागार कार्यालयास अर्ज सादर करीन.</w:t>
      </w:r>
    </w:p>
    <w:p w14:paraId="1B5F6256" w14:textId="77777777" w:rsidR="007A158A" w:rsidRDefault="00FC5D9E" w:rsidP="006C57AD">
      <w:pPr>
        <w:spacing w:after="0"/>
        <w:jc w:val="both"/>
      </w:pPr>
      <w:r>
        <w:t>१२. बँक खाते क्रमांकात बदल किंवा सुधारणा झाल्यास तसेच अर्जात केलेल्या इतर माहितीत बदल किंवा सुधारणा झाल्यास मी विहित पद्धतीने योग्य त्या कागदपत्रांसह अधिदान व लेखा कार्यालय / कोषागार कार्यालयास अवगत करीन.</w:t>
      </w:r>
    </w:p>
    <w:p w14:paraId="354C48D9" w14:textId="77777777" w:rsidR="007A158A" w:rsidRDefault="00FC5D9E" w:rsidP="006C57AD">
      <w:pPr>
        <w:spacing w:after="0"/>
        <w:jc w:val="both"/>
      </w:pPr>
      <w:r>
        <w:t>१३. मला अतिप्रदान झाल्यास अतिप्रदानीत रक्कम मी आणि माझे वारस आणि उत्तराधिकारी हे शासनाला परत करण्याचे दायित्व स्विकारीत आहे.</w:t>
      </w:r>
    </w:p>
    <w:p w14:paraId="4A936ADF" w14:textId="77777777" w:rsidR="007A158A" w:rsidRDefault="00FC5D9E" w:rsidP="006C57AD">
      <w:pPr>
        <w:spacing w:after="0"/>
        <w:jc w:val="both"/>
      </w:pPr>
      <w:r>
        <w:t>१४. वार्षिक निवृत्तिवेतनावर आयकर नियमानुसार आयकर लागू होत असल्यास त्याबाबत आयकर कपात करण्यास माझी हरकत नाही.</w:t>
      </w:r>
    </w:p>
    <w:p w14:paraId="1477D624" w14:textId="77777777" w:rsidR="007A158A" w:rsidRDefault="00FC5D9E" w:rsidP="006C57AD">
      <w:pPr>
        <w:spacing w:after="0"/>
        <w:jc w:val="both"/>
      </w:pPr>
      <w:r>
        <w:t xml:space="preserve">१५. उपरोक्त नमूद निवृत्तिवेतन विषयक सर्व सूचना, नियम, अटी व शर्ती, प्रतिज्ञापन मला मान्य आहेत. मी निवृत्तिवेतनाकरिता सादर केलेल्या अर्जात सादर केलेली सर्व माहिती खरी आहे, ती चुकीची अथवा खोटी असल्यास मी निवृत्तिवेतनाकरिता अपात्र समजून </w:t>
      </w:r>
      <w:proofErr w:type="spellStart"/>
      <w:r>
        <w:t>कारवाईस</w:t>
      </w:r>
      <w:proofErr w:type="spellEnd"/>
      <w:r>
        <w:t xml:space="preserve"> </w:t>
      </w:r>
      <w:proofErr w:type="spellStart"/>
      <w:r>
        <w:t>पात्र</w:t>
      </w:r>
      <w:proofErr w:type="spellEnd"/>
      <w:r>
        <w:t xml:space="preserve"> </w:t>
      </w:r>
      <w:proofErr w:type="spellStart"/>
      <w:r>
        <w:t>राहीन</w:t>
      </w:r>
      <w:proofErr w:type="spellEnd"/>
      <w:r>
        <w:t xml:space="preserve">, </w:t>
      </w:r>
      <w:proofErr w:type="spellStart"/>
      <w:r>
        <w:t>याची</w:t>
      </w:r>
      <w:proofErr w:type="spellEnd"/>
      <w:r>
        <w:t xml:space="preserve"> </w:t>
      </w:r>
      <w:proofErr w:type="spellStart"/>
      <w:r>
        <w:t>मला</w:t>
      </w:r>
      <w:proofErr w:type="spellEnd"/>
      <w:r>
        <w:t xml:space="preserve"> </w:t>
      </w:r>
      <w:proofErr w:type="spellStart"/>
      <w:r>
        <w:t>जाणीव</w:t>
      </w:r>
      <w:proofErr w:type="spellEnd"/>
      <w:r>
        <w:t xml:space="preserve"> </w:t>
      </w:r>
      <w:proofErr w:type="spellStart"/>
      <w:r>
        <w:t>आहे</w:t>
      </w:r>
      <w:proofErr w:type="spellEnd"/>
      <w:r>
        <w:t>.</w:t>
      </w:r>
    </w:p>
    <w:p w14:paraId="5CFC3C2E" w14:textId="690CEB3C" w:rsidR="005E59A4" w:rsidRDefault="00FC5D9E" w:rsidP="005E59A4">
      <w:pPr>
        <w:spacing w:after="0"/>
        <w:ind w:firstLine="4395"/>
        <w:rPr>
          <w:rFonts w:ascii="Nirmala UI" w:hAnsi="Nirmala UI" w:cs="Nirmala UI"/>
        </w:rPr>
      </w:pPr>
      <w:r>
        <w:br/>
      </w:r>
      <w:proofErr w:type="spellStart"/>
      <w:proofErr w:type="gramStart"/>
      <w:r>
        <w:t>दिनांक</w:t>
      </w:r>
      <w:proofErr w:type="spellEnd"/>
      <w:r>
        <w:t xml:space="preserve"> :</w:t>
      </w:r>
      <w:proofErr w:type="gramEnd"/>
      <w:r w:rsidR="00F260BE">
        <w:t xml:space="preserve"> 25/10/2028</w:t>
      </w:r>
      <w:r>
        <w:br/>
      </w:r>
      <w:proofErr w:type="spellStart"/>
      <w:proofErr w:type="gramStart"/>
      <w:r>
        <w:t>ठिकाण</w:t>
      </w:r>
      <w:proofErr w:type="spellEnd"/>
      <w:r>
        <w:t xml:space="preserve"> :</w:t>
      </w:r>
      <w:proofErr w:type="gramEnd"/>
      <w:r w:rsidR="00F260BE">
        <w:t xml:space="preserve"> </w:t>
      </w:r>
      <w:proofErr w:type="spellStart"/>
      <w:r w:rsidR="00F260BE">
        <w:rPr>
          <w:rFonts w:ascii="Nirmala UI" w:hAnsi="Nirmala UI" w:cs="Nirmala UI"/>
        </w:rPr>
        <w:t>अमरावती</w:t>
      </w:r>
      <w:proofErr w:type="spellEnd"/>
      <w:r w:rsidR="005E59A4">
        <w:rPr>
          <w:rFonts w:ascii="Nirmala UI" w:hAnsi="Nirmala UI" w:cs="Nirmala UI"/>
        </w:rPr>
        <w:t xml:space="preserve">                                                                                  </w:t>
      </w:r>
      <w:proofErr w:type="gramStart"/>
      <w:r w:rsidR="005E59A4">
        <w:rPr>
          <w:rFonts w:ascii="Nirmala UI" w:hAnsi="Nirmala UI" w:cs="Nirmala UI"/>
        </w:rPr>
        <w:t xml:space="preserve">   </w:t>
      </w:r>
      <w:r w:rsidR="005E59A4">
        <w:t>(</w:t>
      </w:r>
      <w:proofErr w:type="spellStart"/>
      <w:proofErr w:type="gramEnd"/>
      <w:r w:rsidR="005E59A4">
        <w:rPr>
          <w:rFonts w:ascii="Nirmala UI" w:hAnsi="Nirmala UI" w:cs="Nirmala UI"/>
        </w:rPr>
        <w:t>प्रमोद</w:t>
      </w:r>
      <w:proofErr w:type="spellEnd"/>
      <w:r w:rsidR="005E59A4">
        <w:rPr>
          <w:rFonts w:ascii="Nirmala UI" w:hAnsi="Nirmala UI" w:cs="Nirmala UI"/>
        </w:rPr>
        <w:t xml:space="preserve"> </w:t>
      </w:r>
      <w:proofErr w:type="spellStart"/>
      <w:r w:rsidR="005E59A4">
        <w:rPr>
          <w:rFonts w:ascii="Nirmala UI" w:hAnsi="Nirmala UI" w:cs="Nirmala UI"/>
        </w:rPr>
        <w:t>महादेव</w:t>
      </w:r>
      <w:proofErr w:type="spellEnd"/>
      <w:r w:rsidR="005E59A4">
        <w:rPr>
          <w:rFonts w:ascii="Nirmala UI" w:hAnsi="Nirmala UI" w:cs="Nirmala UI"/>
        </w:rPr>
        <w:t xml:space="preserve"> </w:t>
      </w:r>
      <w:proofErr w:type="spellStart"/>
      <w:r w:rsidR="005E59A4">
        <w:rPr>
          <w:rFonts w:ascii="Nirmala UI" w:hAnsi="Nirmala UI" w:cs="Nirmala UI"/>
        </w:rPr>
        <w:t>पुरी</w:t>
      </w:r>
      <w:proofErr w:type="spellEnd"/>
      <w:r w:rsidR="005E59A4">
        <w:rPr>
          <w:rFonts w:ascii="Nirmala UI" w:hAnsi="Nirmala UI" w:cs="Nirmala UI"/>
        </w:rPr>
        <w:t>)</w:t>
      </w:r>
    </w:p>
    <w:p w14:paraId="547101BB" w14:textId="43515B76" w:rsidR="007A158A" w:rsidRDefault="00FC5D9E" w:rsidP="006C57AD">
      <w:pPr>
        <w:spacing w:after="0"/>
        <w:ind w:firstLine="4395"/>
        <w:jc w:val="center"/>
      </w:pPr>
      <w:proofErr w:type="spellStart"/>
      <w:r>
        <w:t>शासकीय</w:t>
      </w:r>
      <w:proofErr w:type="spellEnd"/>
      <w:r>
        <w:t xml:space="preserve"> </w:t>
      </w:r>
      <w:proofErr w:type="spellStart"/>
      <w:r>
        <w:t>कर्मचारी</w:t>
      </w:r>
      <w:proofErr w:type="spellEnd"/>
      <w:r>
        <w:t>/</w:t>
      </w:r>
      <w:proofErr w:type="spellStart"/>
      <w:r>
        <w:t>कुटुंबातील</w:t>
      </w:r>
      <w:proofErr w:type="spellEnd"/>
      <w:r>
        <w:t xml:space="preserve"> </w:t>
      </w:r>
      <w:proofErr w:type="spellStart"/>
      <w:r>
        <w:t>सदस्याची</w:t>
      </w:r>
      <w:proofErr w:type="spellEnd"/>
      <w:r>
        <w:t xml:space="preserve"> </w:t>
      </w:r>
      <w:proofErr w:type="spellStart"/>
      <w:r>
        <w:t>स्वाक्षरी</w:t>
      </w:r>
      <w:proofErr w:type="spellEnd"/>
      <w:r>
        <w:t xml:space="preserve"> (</w:t>
      </w:r>
      <w:proofErr w:type="spellStart"/>
      <w:r>
        <w:t>नावासह</w:t>
      </w:r>
      <w:proofErr w:type="spellEnd"/>
      <w:r>
        <w:t>)</w:t>
      </w:r>
    </w:p>
    <w:p w14:paraId="54BC814E" w14:textId="77777777" w:rsidR="00170C14" w:rsidRDefault="00170C14" w:rsidP="006C57AD">
      <w:pPr>
        <w:spacing w:after="0"/>
        <w:ind w:firstLine="4395"/>
        <w:jc w:val="center"/>
      </w:pPr>
    </w:p>
    <w:p w14:paraId="078AFBF4" w14:textId="7F9B4471" w:rsidR="007A158A" w:rsidRPr="005E59A4" w:rsidRDefault="00FC5D9E" w:rsidP="00170C14">
      <w:pPr>
        <w:spacing w:after="0"/>
      </w:pPr>
      <w:proofErr w:type="spellStart"/>
      <w:r>
        <w:rPr>
          <w:b/>
        </w:rPr>
        <w:t>वर</w:t>
      </w:r>
      <w:proofErr w:type="spellEnd"/>
      <w:r>
        <w:rPr>
          <w:b/>
        </w:rPr>
        <w:t xml:space="preserve"> </w:t>
      </w:r>
      <w:proofErr w:type="spellStart"/>
      <w:r>
        <w:rPr>
          <w:b/>
        </w:rPr>
        <w:t>दिलेले</w:t>
      </w:r>
      <w:proofErr w:type="spellEnd"/>
      <w:r>
        <w:rPr>
          <w:b/>
        </w:rPr>
        <w:t xml:space="preserve"> </w:t>
      </w:r>
      <w:proofErr w:type="spellStart"/>
      <w:r>
        <w:rPr>
          <w:b/>
        </w:rPr>
        <w:t>शासकीय</w:t>
      </w:r>
      <w:proofErr w:type="spellEnd"/>
      <w:r>
        <w:rPr>
          <w:b/>
        </w:rPr>
        <w:t xml:space="preserve"> </w:t>
      </w:r>
      <w:proofErr w:type="spellStart"/>
      <w:r>
        <w:rPr>
          <w:b/>
        </w:rPr>
        <w:t>कर्मचाऱ्याचे</w:t>
      </w:r>
      <w:proofErr w:type="spellEnd"/>
      <w:r>
        <w:rPr>
          <w:b/>
        </w:rPr>
        <w:t xml:space="preserve"> तपशील कार्यालयीन अभिलेखे व सेवापुस्तकातील नोंदीसोबत पडताळले </w:t>
      </w:r>
      <w:proofErr w:type="spellStart"/>
      <w:r>
        <w:rPr>
          <w:b/>
        </w:rPr>
        <w:t>आहेत</w:t>
      </w:r>
      <w:proofErr w:type="spellEnd"/>
      <w:r>
        <w:rPr>
          <w:b/>
        </w:rPr>
        <w:t xml:space="preserve"> </w:t>
      </w:r>
      <w:proofErr w:type="spellStart"/>
      <w:r>
        <w:rPr>
          <w:b/>
        </w:rPr>
        <w:t>आणि</w:t>
      </w:r>
      <w:proofErr w:type="spellEnd"/>
      <w:r>
        <w:rPr>
          <w:b/>
        </w:rPr>
        <w:t xml:space="preserve"> </w:t>
      </w:r>
      <w:proofErr w:type="spellStart"/>
      <w:r>
        <w:rPr>
          <w:b/>
        </w:rPr>
        <w:t>ते</w:t>
      </w:r>
      <w:proofErr w:type="spellEnd"/>
      <w:r>
        <w:rPr>
          <w:b/>
        </w:rPr>
        <w:t xml:space="preserve"> </w:t>
      </w:r>
      <w:proofErr w:type="spellStart"/>
      <w:r>
        <w:rPr>
          <w:b/>
        </w:rPr>
        <w:t>योग्य</w:t>
      </w:r>
      <w:proofErr w:type="spellEnd"/>
      <w:r>
        <w:rPr>
          <w:b/>
        </w:rPr>
        <w:t xml:space="preserve"> </w:t>
      </w:r>
      <w:proofErr w:type="spellStart"/>
      <w:r>
        <w:rPr>
          <w:b/>
        </w:rPr>
        <w:t>असल्याचे</w:t>
      </w:r>
      <w:proofErr w:type="spellEnd"/>
      <w:r>
        <w:rPr>
          <w:b/>
        </w:rPr>
        <w:t xml:space="preserve"> </w:t>
      </w:r>
      <w:proofErr w:type="spellStart"/>
      <w:r>
        <w:rPr>
          <w:b/>
        </w:rPr>
        <w:t>आढळले</w:t>
      </w:r>
      <w:proofErr w:type="spellEnd"/>
      <w:r>
        <w:rPr>
          <w:b/>
        </w:rPr>
        <w:t xml:space="preserve"> </w:t>
      </w:r>
      <w:proofErr w:type="spellStart"/>
      <w:r>
        <w:rPr>
          <w:b/>
        </w:rPr>
        <w:t>आहे</w:t>
      </w:r>
      <w:proofErr w:type="spellEnd"/>
      <w:r>
        <w:rPr>
          <w:b/>
        </w:rPr>
        <w:t>.</w:t>
      </w:r>
      <w:r>
        <w:br/>
      </w:r>
      <w:proofErr w:type="spellStart"/>
      <w:proofErr w:type="gramStart"/>
      <w:r>
        <w:t>दिनांक</w:t>
      </w:r>
      <w:proofErr w:type="spellEnd"/>
      <w:r>
        <w:t xml:space="preserve"> :</w:t>
      </w:r>
      <w:proofErr w:type="gramEnd"/>
      <w:r w:rsidR="00F260BE">
        <w:t xml:space="preserve"> </w:t>
      </w:r>
      <w:r w:rsidR="00151AD5">
        <w:t>30/10/2028</w:t>
      </w:r>
      <w:r>
        <w:br/>
      </w:r>
      <w:proofErr w:type="spellStart"/>
      <w:proofErr w:type="gramStart"/>
      <w:r>
        <w:t>ठिकाण</w:t>
      </w:r>
      <w:proofErr w:type="spellEnd"/>
      <w:r>
        <w:t xml:space="preserve"> :</w:t>
      </w:r>
      <w:proofErr w:type="gramEnd"/>
      <w:r w:rsidR="00151AD5">
        <w:t xml:space="preserve"> </w:t>
      </w:r>
      <w:proofErr w:type="spellStart"/>
      <w:r w:rsidR="00151AD5">
        <w:rPr>
          <w:rFonts w:ascii="Nirmala UI" w:hAnsi="Nirmala UI" w:cs="Nirmala UI"/>
        </w:rPr>
        <w:t>अमरावती</w:t>
      </w:r>
      <w:proofErr w:type="spellEnd"/>
    </w:p>
    <w:p w14:paraId="79F075BC" w14:textId="77777777" w:rsidR="007A158A" w:rsidRDefault="00FC5D9E" w:rsidP="006C57AD">
      <w:pPr>
        <w:spacing w:after="120"/>
        <w:jc w:val="right"/>
      </w:pPr>
      <w:r>
        <w:t xml:space="preserve">कार्यालय प्रमुखाचे </w:t>
      </w:r>
      <w:proofErr w:type="spellStart"/>
      <w:r>
        <w:t>नाव</w:t>
      </w:r>
      <w:proofErr w:type="spellEnd"/>
      <w:r>
        <w:t xml:space="preserve"> व </w:t>
      </w:r>
      <w:proofErr w:type="spellStart"/>
      <w:r>
        <w:t>स्वाक्षरी</w:t>
      </w:r>
      <w:proofErr w:type="spellEnd"/>
      <w:r>
        <w:t xml:space="preserve"> _______________________</w:t>
      </w:r>
    </w:p>
    <w:p w14:paraId="6B478AC9" w14:textId="77777777" w:rsidR="00ED508C" w:rsidRDefault="00ED508C" w:rsidP="006C57AD">
      <w:pPr>
        <w:spacing w:after="120"/>
        <w:jc w:val="right"/>
      </w:pPr>
    </w:p>
    <w:p w14:paraId="0B6DD86B" w14:textId="77777777" w:rsidR="00ED508C" w:rsidRPr="00ED508C" w:rsidRDefault="00ED508C" w:rsidP="00ED508C">
      <w:pPr>
        <w:spacing w:after="120"/>
        <w:rPr>
          <w:lang w:val="en-IN"/>
        </w:rPr>
      </w:pPr>
      <w:proofErr w:type="gramStart"/>
      <w:r w:rsidRPr="00ED508C">
        <w:rPr>
          <w:b/>
          <w:bCs/>
          <w:lang w:val="en-IN"/>
        </w:rPr>
        <w:t xml:space="preserve">( </w:t>
      </w:r>
      <w:proofErr w:type="spellStart"/>
      <w:r w:rsidRPr="00ED508C">
        <w:rPr>
          <w:rFonts w:ascii="Nirmala UI" w:hAnsi="Nirmala UI" w:cs="Nirmala UI"/>
          <w:b/>
          <w:bCs/>
          <w:lang w:val="en-IN"/>
        </w:rPr>
        <w:t>नमुना</w:t>
      </w:r>
      <w:proofErr w:type="spellEnd"/>
      <w:proofErr w:type="gramEnd"/>
      <w:r w:rsidRPr="00ED508C">
        <w:rPr>
          <w:b/>
          <w:bCs/>
          <w:lang w:val="en-IN"/>
        </w:rPr>
        <w:t xml:space="preserve"> 5-</w:t>
      </w:r>
      <w:r w:rsidRPr="00ED508C">
        <w:rPr>
          <w:rFonts w:ascii="Nirmala UI" w:hAnsi="Nirmala UI" w:cs="Nirmala UI"/>
          <w:b/>
          <w:bCs/>
          <w:lang w:val="en-IN"/>
        </w:rPr>
        <w:t>अ</w:t>
      </w:r>
      <w:r w:rsidRPr="00ED508C">
        <w:rPr>
          <w:b/>
          <w:bCs/>
          <w:lang w:val="en-IN"/>
        </w:rPr>
        <w:t xml:space="preserve"> </w:t>
      </w:r>
      <w:proofErr w:type="spellStart"/>
      <w:r w:rsidRPr="00ED508C">
        <w:rPr>
          <w:rFonts w:ascii="Nirmala UI" w:hAnsi="Nirmala UI" w:cs="Nirmala UI"/>
          <w:b/>
          <w:bCs/>
          <w:lang w:val="en-IN"/>
        </w:rPr>
        <w:t>सोबत</w:t>
      </w:r>
      <w:proofErr w:type="spellEnd"/>
      <w:r w:rsidRPr="00ED508C">
        <w:rPr>
          <w:b/>
          <w:bCs/>
          <w:lang w:val="en-IN"/>
        </w:rPr>
        <w:t xml:space="preserve"> </w:t>
      </w:r>
      <w:proofErr w:type="spellStart"/>
      <w:r w:rsidRPr="00ED508C">
        <w:rPr>
          <w:rFonts w:ascii="Nirmala UI" w:hAnsi="Nirmala UI" w:cs="Nirmala UI"/>
          <w:b/>
          <w:bCs/>
          <w:lang w:val="en-IN"/>
        </w:rPr>
        <w:t>जोडायच्या</w:t>
      </w:r>
      <w:proofErr w:type="spellEnd"/>
      <w:r w:rsidRPr="00ED508C">
        <w:rPr>
          <w:b/>
          <w:bCs/>
          <w:lang w:val="en-IN"/>
        </w:rPr>
        <w:t xml:space="preserve"> </w:t>
      </w:r>
      <w:proofErr w:type="spellStart"/>
      <w:r w:rsidRPr="00ED508C">
        <w:rPr>
          <w:rFonts w:ascii="Nirmala UI" w:hAnsi="Nirmala UI" w:cs="Nirmala UI"/>
          <w:b/>
          <w:bCs/>
          <w:lang w:val="en-IN"/>
        </w:rPr>
        <w:t>अतिरिक्त</w:t>
      </w:r>
      <w:proofErr w:type="spellEnd"/>
      <w:r w:rsidRPr="00ED508C">
        <w:rPr>
          <w:b/>
          <w:bCs/>
          <w:lang w:val="en-IN"/>
        </w:rPr>
        <w:t xml:space="preserve"> </w:t>
      </w:r>
      <w:proofErr w:type="spellStart"/>
      <w:r w:rsidRPr="00ED508C">
        <w:rPr>
          <w:rFonts w:ascii="Nirmala UI" w:hAnsi="Nirmala UI" w:cs="Nirmala UI"/>
          <w:b/>
          <w:bCs/>
          <w:lang w:val="en-IN"/>
        </w:rPr>
        <w:t>कागदपत्रांची</w:t>
      </w:r>
      <w:proofErr w:type="spellEnd"/>
      <w:r w:rsidRPr="00ED508C">
        <w:rPr>
          <w:b/>
          <w:bCs/>
          <w:lang w:val="en-IN"/>
        </w:rPr>
        <w:t xml:space="preserve"> </w:t>
      </w:r>
      <w:proofErr w:type="spellStart"/>
      <w:r w:rsidRPr="00ED508C">
        <w:rPr>
          <w:rFonts w:ascii="Nirmala UI" w:hAnsi="Nirmala UI" w:cs="Nirmala UI"/>
          <w:b/>
          <w:bCs/>
          <w:lang w:val="en-IN"/>
        </w:rPr>
        <w:t>यादी</w:t>
      </w:r>
      <w:proofErr w:type="spellEnd"/>
      <w:r w:rsidRPr="00ED508C">
        <w:rPr>
          <w:b/>
          <w:bCs/>
          <w:lang w:val="en-IN"/>
        </w:rPr>
        <w:t xml:space="preserve"> -)</w:t>
      </w:r>
      <w:r w:rsidRPr="00ED508C">
        <w:rPr>
          <w:lang w:val="en-IN"/>
        </w:rPr>
        <w:br/>
      </w:r>
    </w:p>
    <w:p w14:paraId="5AE25B05" w14:textId="197C0DBA" w:rsidR="00ED508C" w:rsidRPr="00DA5E76" w:rsidRDefault="00ED508C" w:rsidP="00ED508C">
      <w:pPr>
        <w:spacing w:after="120"/>
        <w:rPr>
          <w:rFonts w:ascii="Nirmala UI" w:hAnsi="Nirmala UI" w:cs="Nirmala UI"/>
          <w:lang w:val="en-IN"/>
        </w:rPr>
      </w:pPr>
      <w:r w:rsidRPr="00ED508C">
        <w:rPr>
          <w:lang w:val="en-IN"/>
        </w:rPr>
        <w:t> Service</w:t>
      </w:r>
      <w:r w:rsidR="00DA5E76">
        <w:rPr>
          <w:lang w:val="en-IN"/>
        </w:rPr>
        <w:t xml:space="preserve"> </w:t>
      </w:r>
      <w:proofErr w:type="gramStart"/>
      <w:r w:rsidRPr="00ED508C">
        <w:rPr>
          <w:lang w:val="en-IN"/>
        </w:rPr>
        <w:t>Book</w:t>
      </w:r>
      <w:r w:rsidR="00DA5E76">
        <w:rPr>
          <w:lang w:val="en-IN"/>
        </w:rPr>
        <w:t xml:space="preserve">  </w:t>
      </w:r>
      <w:proofErr w:type="spellStart"/>
      <w:r w:rsidR="00DA5E76">
        <w:rPr>
          <w:rFonts w:ascii="Nirmala UI" w:hAnsi="Nirmala UI" w:cs="Nirmala UI"/>
          <w:lang w:val="en-IN"/>
        </w:rPr>
        <w:t>पहील्या</w:t>
      </w:r>
      <w:proofErr w:type="spellEnd"/>
      <w:proofErr w:type="gramEnd"/>
      <w:r w:rsidR="00DA5E76">
        <w:rPr>
          <w:rFonts w:ascii="Nirmala UI" w:hAnsi="Nirmala UI" w:cs="Nirmala UI"/>
          <w:lang w:val="en-IN"/>
        </w:rPr>
        <w:t xml:space="preserve"> </w:t>
      </w:r>
      <w:proofErr w:type="spellStart"/>
      <w:r w:rsidR="00DA5E76">
        <w:rPr>
          <w:rFonts w:ascii="Nirmala UI" w:hAnsi="Nirmala UI" w:cs="Nirmala UI"/>
          <w:lang w:val="en-IN"/>
        </w:rPr>
        <w:t>पानाची</w:t>
      </w:r>
      <w:proofErr w:type="spellEnd"/>
      <w:r w:rsidR="00DA5E76">
        <w:rPr>
          <w:rFonts w:ascii="Nirmala UI" w:hAnsi="Nirmala UI" w:cs="Nirmala UI"/>
          <w:lang w:val="en-IN"/>
        </w:rPr>
        <w:t xml:space="preserve"> </w:t>
      </w:r>
      <w:proofErr w:type="spellStart"/>
      <w:r w:rsidR="00DA5E76">
        <w:rPr>
          <w:rFonts w:ascii="Nirmala UI" w:hAnsi="Nirmala UI" w:cs="Nirmala UI"/>
          <w:lang w:val="en-IN"/>
        </w:rPr>
        <w:t>छायांकित</w:t>
      </w:r>
      <w:proofErr w:type="spellEnd"/>
      <w:r w:rsidR="00DA5E76">
        <w:rPr>
          <w:rFonts w:ascii="Nirmala UI" w:hAnsi="Nirmala UI" w:cs="Nirmala UI"/>
          <w:lang w:val="en-IN"/>
        </w:rPr>
        <w:t xml:space="preserve"> </w:t>
      </w:r>
      <w:proofErr w:type="spellStart"/>
      <w:r w:rsidR="00DA5E76">
        <w:rPr>
          <w:rFonts w:ascii="Nirmala UI" w:hAnsi="Nirmala UI" w:cs="Nirmala UI"/>
          <w:lang w:val="en-IN"/>
        </w:rPr>
        <w:t>प्रत</w:t>
      </w:r>
      <w:proofErr w:type="spellEnd"/>
    </w:p>
    <w:p w14:paraId="516D29EF" w14:textId="38CA9427" w:rsidR="00ED508C" w:rsidRPr="00434642" w:rsidRDefault="00ED508C" w:rsidP="00ED508C">
      <w:pPr>
        <w:spacing w:after="120"/>
        <w:rPr>
          <w:rFonts w:ascii="Nirmala UI" w:hAnsi="Nirmala UI" w:cs="Nirmala UI"/>
          <w:lang w:val="en-IN"/>
        </w:rPr>
      </w:pPr>
      <w:r w:rsidRPr="00ED508C">
        <w:rPr>
          <w:lang w:val="en-IN"/>
        </w:rPr>
        <w:t> Signature </w:t>
      </w:r>
      <w:proofErr w:type="spellStart"/>
      <w:r w:rsidR="00434642">
        <w:rPr>
          <w:rFonts w:ascii="Nirmala UI" w:hAnsi="Nirmala UI" w:cs="Nirmala UI"/>
          <w:lang w:val="en-IN"/>
        </w:rPr>
        <w:t>कर्मचाऱ्यांची</w:t>
      </w:r>
      <w:proofErr w:type="spellEnd"/>
      <w:r w:rsidR="00434642">
        <w:rPr>
          <w:rFonts w:ascii="Nirmala UI" w:hAnsi="Nirmala UI" w:cs="Nirmala UI"/>
          <w:lang w:val="en-IN"/>
        </w:rPr>
        <w:t xml:space="preserve"> </w:t>
      </w:r>
      <w:proofErr w:type="spellStart"/>
      <w:r w:rsidR="00434642">
        <w:rPr>
          <w:rFonts w:ascii="Nirmala UI" w:hAnsi="Nirmala UI" w:cs="Nirmala UI"/>
          <w:lang w:val="en-IN"/>
        </w:rPr>
        <w:t>स्वाक्षरी</w:t>
      </w:r>
      <w:proofErr w:type="spellEnd"/>
    </w:p>
    <w:p w14:paraId="55E9F1D0" w14:textId="77777777" w:rsidR="00ED508C" w:rsidRDefault="00ED508C" w:rsidP="00ED508C">
      <w:pPr>
        <w:spacing w:after="120"/>
        <w:rPr>
          <w:lang w:val="en-IN"/>
        </w:rPr>
      </w:pPr>
      <w:r w:rsidRPr="00ED508C">
        <w:rPr>
          <w:lang w:val="en-IN"/>
        </w:rPr>
        <w:t>Joint Photograph (with spouse) </w:t>
      </w:r>
    </w:p>
    <w:p w14:paraId="7D08EFDF" w14:textId="77777777" w:rsidR="00ED508C" w:rsidRDefault="00ED508C" w:rsidP="00ED508C">
      <w:pPr>
        <w:spacing w:after="120"/>
        <w:rPr>
          <w:lang w:val="en-IN"/>
        </w:rPr>
      </w:pPr>
      <w:r w:rsidRPr="00ED508C">
        <w:rPr>
          <w:lang w:val="en-IN"/>
        </w:rPr>
        <w:t>Copy of PAN Card </w:t>
      </w:r>
    </w:p>
    <w:p w14:paraId="7413F81B" w14:textId="77777777" w:rsidR="00ED508C" w:rsidRDefault="00ED508C" w:rsidP="00ED508C">
      <w:pPr>
        <w:spacing w:after="120"/>
        <w:rPr>
          <w:lang w:val="en-IN"/>
        </w:rPr>
      </w:pPr>
      <w:r w:rsidRPr="00ED508C">
        <w:rPr>
          <w:lang w:val="en-IN"/>
        </w:rPr>
        <w:t>Copy of Bank Passbook </w:t>
      </w:r>
    </w:p>
    <w:p w14:paraId="61F776F8" w14:textId="77777777" w:rsidR="00ED508C" w:rsidRDefault="00ED508C" w:rsidP="00ED508C">
      <w:pPr>
        <w:spacing w:after="120"/>
        <w:rPr>
          <w:lang w:val="en-IN"/>
        </w:rPr>
      </w:pPr>
      <w:r w:rsidRPr="00ED508C">
        <w:rPr>
          <w:lang w:val="en-IN"/>
        </w:rPr>
        <w:t>Copy of Aadhaar Card </w:t>
      </w:r>
    </w:p>
    <w:p w14:paraId="101440B7" w14:textId="3D222523" w:rsidR="00ED508C" w:rsidRDefault="00ED508C" w:rsidP="00ED508C">
      <w:pPr>
        <w:spacing w:after="120"/>
      </w:pPr>
      <w:r w:rsidRPr="00ED508C">
        <w:rPr>
          <w:lang w:val="en-IN"/>
        </w:rPr>
        <w:t>Joint Account Affidavit</w:t>
      </w:r>
    </w:p>
    <w:p w14:paraId="18EA09C8" w14:textId="042114F0" w:rsidR="00A866B2" w:rsidRDefault="00214C8A" w:rsidP="00ED508C">
      <w:pPr>
        <w:spacing w:after="120"/>
        <w:rPr>
          <w:rFonts w:ascii="Nirmala UI" w:hAnsi="Nirmala UI" w:cs="Nirmala UI"/>
        </w:rPr>
      </w:pPr>
      <w:proofErr w:type="spellStart"/>
      <w:r>
        <w:rPr>
          <w:rFonts w:ascii="Nirmala UI" w:hAnsi="Nirmala UI" w:cs="Nirmala UI"/>
        </w:rPr>
        <w:t>पत्नी</w:t>
      </w:r>
      <w:proofErr w:type="spellEnd"/>
      <w:r>
        <w:rPr>
          <w:rFonts w:ascii="Nirmala UI" w:hAnsi="Nirmala UI" w:cs="Nirmala UI"/>
        </w:rPr>
        <w:t xml:space="preserve"> / </w:t>
      </w:r>
      <w:proofErr w:type="spellStart"/>
      <w:r>
        <w:rPr>
          <w:rFonts w:ascii="Nirmala UI" w:hAnsi="Nirmala UI" w:cs="Nirmala UI"/>
        </w:rPr>
        <w:t>पती</w:t>
      </w:r>
      <w:proofErr w:type="spellEnd"/>
      <w:r>
        <w:rPr>
          <w:rFonts w:ascii="Nirmala UI" w:hAnsi="Nirmala UI" w:cs="Nirmala UI"/>
        </w:rPr>
        <w:t xml:space="preserve"> </w:t>
      </w:r>
      <w:proofErr w:type="spellStart"/>
      <w:r>
        <w:rPr>
          <w:rFonts w:ascii="Nirmala UI" w:hAnsi="Nirmala UI" w:cs="Nirmala UI"/>
        </w:rPr>
        <w:t>यांचे</w:t>
      </w:r>
      <w:proofErr w:type="spellEnd"/>
      <w:r>
        <w:rPr>
          <w:rFonts w:ascii="Nirmala UI" w:hAnsi="Nirmala UI" w:cs="Nirmala UI"/>
        </w:rPr>
        <w:t xml:space="preserve"> </w:t>
      </w:r>
      <w:proofErr w:type="spellStart"/>
      <w:r>
        <w:rPr>
          <w:rFonts w:ascii="Nirmala UI" w:hAnsi="Nirmala UI" w:cs="Nirmala UI"/>
        </w:rPr>
        <w:t>आधार</w:t>
      </w:r>
      <w:proofErr w:type="spellEnd"/>
    </w:p>
    <w:p w14:paraId="6390D7E3" w14:textId="02CBF734" w:rsidR="00214C8A" w:rsidRDefault="00214C8A" w:rsidP="00214C8A">
      <w:pPr>
        <w:spacing w:after="120"/>
        <w:rPr>
          <w:rFonts w:ascii="Nirmala UI" w:hAnsi="Nirmala UI" w:cs="Nirmala UI"/>
        </w:rPr>
      </w:pPr>
      <w:proofErr w:type="spellStart"/>
      <w:r>
        <w:rPr>
          <w:rFonts w:ascii="Nirmala UI" w:hAnsi="Nirmala UI" w:cs="Nirmala UI"/>
        </w:rPr>
        <w:t>पत्नी</w:t>
      </w:r>
      <w:proofErr w:type="spellEnd"/>
      <w:r>
        <w:rPr>
          <w:rFonts w:ascii="Nirmala UI" w:hAnsi="Nirmala UI" w:cs="Nirmala UI"/>
        </w:rPr>
        <w:t xml:space="preserve"> / </w:t>
      </w:r>
      <w:proofErr w:type="spellStart"/>
      <w:r>
        <w:rPr>
          <w:rFonts w:ascii="Nirmala UI" w:hAnsi="Nirmala UI" w:cs="Nirmala UI"/>
        </w:rPr>
        <w:t>पती</w:t>
      </w:r>
      <w:proofErr w:type="spellEnd"/>
      <w:r>
        <w:rPr>
          <w:rFonts w:ascii="Nirmala UI" w:hAnsi="Nirmala UI" w:cs="Nirmala UI"/>
        </w:rPr>
        <w:t xml:space="preserve"> </w:t>
      </w:r>
      <w:proofErr w:type="spellStart"/>
      <w:r>
        <w:rPr>
          <w:rFonts w:ascii="Nirmala UI" w:hAnsi="Nirmala UI" w:cs="Nirmala UI"/>
        </w:rPr>
        <w:t>यांचे</w:t>
      </w:r>
      <w:proofErr w:type="spellEnd"/>
      <w:r>
        <w:rPr>
          <w:rFonts w:ascii="Nirmala UI" w:hAnsi="Nirmala UI" w:cs="Nirmala UI"/>
        </w:rPr>
        <w:t xml:space="preserve"> </w:t>
      </w:r>
      <w:proofErr w:type="spellStart"/>
      <w:r>
        <w:rPr>
          <w:rFonts w:ascii="Nirmala UI" w:hAnsi="Nirmala UI" w:cs="Nirmala UI"/>
        </w:rPr>
        <w:t>पॅन</w:t>
      </w:r>
      <w:proofErr w:type="spellEnd"/>
    </w:p>
    <w:p w14:paraId="178225A7" w14:textId="43C24096" w:rsidR="00C1231A" w:rsidRDefault="00C1231A" w:rsidP="00214C8A">
      <w:pPr>
        <w:spacing w:after="120"/>
        <w:rPr>
          <w:rFonts w:ascii="Nirmala UI" w:hAnsi="Nirmala UI" w:cs="Nirmala UI"/>
        </w:rPr>
      </w:pPr>
      <w:proofErr w:type="spellStart"/>
      <w:r>
        <w:rPr>
          <w:rFonts w:ascii="Nirmala UI" w:hAnsi="Nirmala UI" w:cs="Nirmala UI"/>
        </w:rPr>
        <w:t>मुलांचे</w:t>
      </w:r>
      <w:proofErr w:type="spellEnd"/>
      <w:r>
        <w:rPr>
          <w:rFonts w:ascii="Nirmala UI" w:hAnsi="Nirmala UI" w:cs="Nirmala UI"/>
        </w:rPr>
        <w:t xml:space="preserve"> </w:t>
      </w:r>
      <w:proofErr w:type="spellStart"/>
      <w:r>
        <w:rPr>
          <w:rFonts w:ascii="Nirmala UI" w:hAnsi="Nirmala UI" w:cs="Nirmala UI"/>
        </w:rPr>
        <w:t>जन्म</w:t>
      </w:r>
      <w:proofErr w:type="spellEnd"/>
      <w:r>
        <w:rPr>
          <w:rFonts w:ascii="Nirmala UI" w:hAnsi="Nirmala UI" w:cs="Nirmala UI"/>
        </w:rPr>
        <w:t xml:space="preserve"> </w:t>
      </w:r>
      <w:proofErr w:type="spellStart"/>
      <w:r>
        <w:rPr>
          <w:rFonts w:ascii="Nirmala UI" w:hAnsi="Nirmala UI" w:cs="Nirmala UI"/>
        </w:rPr>
        <w:t>तारखेचा</w:t>
      </w:r>
      <w:proofErr w:type="spellEnd"/>
      <w:r>
        <w:rPr>
          <w:rFonts w:ascii="Nirmala UI" w:hAnsi="Nirmala UI" w:cs="Nirmala UI"/>
        </w:rPr>
        <w:t xml:space="preserve"> </w:t>
      </w:r>
      <w:proofErr w:type="spellStart"/>
      <w:r>
        <w:rPr>
          <w:rFonts w:ascii="Nirmala UI" w:hAnsi="Nirmala UI" w:cs="Nirmala UI"/>
        </w:rPr>
        <w:t>दाखला</w:t>
      </w:r>
      <w:proofErr w:type="spellEnd"/>
    </w:p>
    <w:p w14:paraId="10D26213" w14:textId="121BAE9E" w:rsidR="00C1231A" w:rsidRDefault="00C1231A" w:rsidP="00214C8A">
      <w:pPr>
        <w:spacing w:after="120"/>
        <w:rPr>
          <w:rFonts w:ascii="Nirmala UI" w:hAnsi="Nirmala UI" w:cs="Nirmala UI"/>
        </w:rPr>
      </w:pPr>
      <w:proofErr w:type="spellStart"/>
      <w:r>
        <w:rPr>
          <w:rFonts w:ascii="Nirmala UI" w:hAnsi="Nirmala UI" w:cs="Nirmala UI"/>
        </w:rPr>
        <w:t>अपंगत्व</w:t>
      </w:r>
      <w:proofErr w:type="spellEnd"/>
      <w:r>
        <w:rPr>
          <w:rFonts w:ascii="Nirmala UI" w:hAnsi="Nirmala UI" w:cs="Nirmala UI"/>
        </w:rPr>
        <w:t xml:space="preserve"> </w:t>
      </w:r>
      <w:proofErr w:type="spellStart"/>
      <w:r>
        <w:rPr>
          <w:rFonts w:ascii="Nirmala UI" w:hAnsi="Nirmala UI" w:cs="Nirmala UI"/>
        </w:rPr>
        <w:t>प्रमाणपत्र</w:t>
      </w:r>
      <w:proofErr w:type="spellEnd"/>
    </w:p>
    <w:p w14:paraId="5A353A3F" w14:textId="02064F18" w:rsidR="00C1231A" w:rsidRDefault="00EF0221" w:rsidP="00214C8A">
      <w:pPr>
        <w:spacing w:after="120"/>
        <w:rPr>
          <w:rFonts w:ascii="Nirmala UI" w:hAnsi="Nirmala UI" w:cs="Nirmala UI"/>
        </w:rPr>
      </w:pPr>
      <w:proofErr w:type="spellStart"/>
      <w:r>
        <w:rPr>
          <w:rFonts w:ascii="Nirmala UI" w:hAnsi="Nirmala UI" w:cs="Nirmala UI"/>
        </w:rPr>
        <w:t>विधवा</w:t>
      </w:r>
      <w:proofErr w:type="spellEnd"/>
      <w:r>
        <w:rPr>
          <w:rFonts w:ascii="Nirmala UI" w:hAnsi="Nirmala UI" w:cs="Nirmala UI"/>
        </w:rPr>
        <w:t xml:space="preserve"> / </w:t>
      </w:r>
      <w:proofErr w:type="spellStart"/>
      <w:r>
        <w:rPr>
          <w:rFonts w:ascii="Nirmala UI" w:hAnsi="Nirmala UI" w:cs="Nirmala UI"/>
        </w:rPr>
        <w:t>घटस्पोटीत</w:t>
      </w:r>
      <w:proofErr w:type="spellEnd"/>
    </w:p>
    <w:p w14:paraId="6154D85B" w14:textId="77777777" w:rsidR="001B4A34" w:rsidRDefault="001B4A34" w:rsidP="00214C8A">
      <w:pPr>
        <w:spacing w:after="120"/>
        <w:rPr>
          <w:rFonts w:ascii="Nirmala UI" w:hAnsi="Nirmala UI" w:cs="Nirmala UI"/>
        </w:rPr>
      </w:pPr>
    </w:p>
    <w:p w14:paraId="4C7C33A9" w14:textId="77777777" w:rsidR="00E64B7A" w:rsidRPr="00E64B7A" w:rsidRDefault="00E64B7A" w:rsidP="00E64B7A">
      <w:pPr>
        <w:spacing w:after="120"/>
        <w:rPr>
          <w:rFonts w:ascii="Nirmala UI" w:hAnsi="Nirmala UI" w:cs="Nirmala UI"/>
          <w:lang w:val="en-IN"/>
        </w:rPr>
      </w:pPr>
      <w:proofErr w:type="spellStart"/>
      <w:r w:rsidRPr="00E64B7A">
        <w:rPr>
          <w:rFonts w:ascii="Nirmala UI" w:hAnsi="Nirmala UI" w:cs="Nirmala UI"/>
          <w:lang w:val="en-IN"/>
        </w:rPr>
        <w:t>दिलेल्या</w:t>
      </w:r>
      <w:proofErr w:type="spellEnd"/>
      <w:r w:rsidRPr="00E64B7A">
        <w:rPr>
          <w:rFonts w:ascii="Nirmala UI" w:hAnsi="Nirmala UI" w:cs="Nirmala UI"/>
          <w:lang w:val="en-IN"/>
        </w:rPr>
        <w:t xml:space="preserve"> </w:t>
      </w:r>
      <w:proofErr w:type="spellStart"/>
      <w:r w:rsidRPr="00E64B7A">
        <w:rPr>
          <w:rFonts w:ascii="Nirmala UI" w:hAnsi="Nirmala UI" w:cs="Nirmala UI"/>
          <w:lang w:val="en-IN"/>
        </w:rPr>
        <w:t>शासन</w:t>
      </w:r>
      <w:proofErr w:type="spellEnd"/>
      <w:r w:rsidRPr="00E64B7A">
        <w:rPr>
          <w:rFonts w:ascii="Nirmala UI" w:hAnsi="Nirmala UI" w:cs="Nirmala UI"/>
          <w:lang w:val="en-IN"/>
        </w:rPr>
        <w:t xml:space="preserve"> </w:t>
      </w:r>
      <w:proofErr w:type="spellStart"/>
      <w:r w:rsidRPr="00E64B7A">
        <w:rPr>
          <w:rFonts w:ascii="Nirmala UI" w:hAnsi="Nirmala UI" w:cs="Nirmala UI"/>
          <w:lang w:val="en-IN"/>
        </w:rPr>
        <w:t>निर्णयातील</w:t>
      </w:r>
      <w:proofErr w:type="spellEnd"/>
      <w:r w:rsidRPr="00E64B7A">
        <w:rPr>
          <w:rFonts w:ascii="Nirmala UI" w:hAnsi="Nirmala UI" w:cs="Nirmala UI"/>
          <w:lang w:val="en-IN"/>
        </w:rPr>
        <w:t xml:space="preserve"> </w:t>
      </w:r>
      <w:proofErr w:type="spellStart"/>
      <w:r w:rsidRPr="00E64B7A">
        <w:rPr>
          <w:rFonts w:ascii="Nirmala UI" w:hAnsi="Nirmala UI" w:cs="Nirmala UI"/>
          <w:b/>
          <w:bCs/>
          <w:lang w:val="en-IN"/>
        </w:rPr>
        <w:t>पृष्ठ</w:t>
      </w:r>
      <w:proofErr w:type="spellEnd"/>
      <w:r w:rsidRPr="00E64B7A">
        <w:rPr>
          <w:rFonts w:ascii="Nirmala UI" w:hAnsi="Nirmala UI" w:cs="Nirmala UI"/>
          <w:b/>
          <w:bCs/>
          <w:lang w:val="en-IN"/>
        </w:rPr>
        <w:t xml:space="preserve"> ५ </w:t>
      </w:r>
      <w:proofErr w:type="spellStart"/>
      <w:r w:rsidRPr="00E64B7A">
        <w:rPr>
          <w:rFonts w:ascii="Nirmala UI" w:hAnsi="Nirmala UI" w:cs="Nirmala UI"/>
          <w:b/>
          <w:bCs/>
          <w:lang w:val="en-IN"/>
        </w:rPr>
        <w:t>ते</w:t>
      </w:r>
      <w:proofErr w:type="spellEnd"/>
      <w:r w:rsidRPr="00E64B7A">
        <w:rPr>
          <w:rFonts w:ascii="Nirmala UI" w:hAnsi="Nirmala UI" w:cs="Nirmala UI"/>
          <w:b/>
          <w:bCs/>
          <w:lang w:val="en-IN"/>
        </w:rPr>
        <w:t xml:space="preserve"> </w:t>
      </w:r>
      <w:proofErr w:type="spellStart"/>
      <w:r w:rsidRPr="00E64B7A">
        <w:rPr>
          <w:rFonts w:ascii="Nirmala UI" w:hAnsi="Nirmala UI" w:cs="Nirmala UI"/>
          <w:b/>
          <w:bCs/>
          <w:lang w:val="en-IN"/>
        </w:rPr>
        <w:t>पृष्ठ</w:t>
      </w:r>
      <w:proofErr w:type="spellEnd"/>
      <w:r w:rsidRPr="00E64B7A">
        <w:rPr>
          <w:rFonts w:ascii="Nirmala UI" w:hAnsi="Nirmala UI" w:cs="Nirmala UI"/>
          <w:b/>
          <w:bCs/>
          <w:lang w:val="en-IN"/>
        </w:rPr>
        <w:t xml:space="preserve"> ७</w:t>
      </w:r>
      <w:r w:rsidRPr="00E64B7A">
        <w:rPr>
          <w:rFonts w:ascii="Nirmala UI" w:hAnsi="Nirmala UI" w:cs="Nirmala UI"/>
          <w:lang w:val="en-IN"/>
        </w:rPr>
        <w:t xml:space="preserve"> (</w:t>
      </w:r>
      <w:proofErr w:type="spellStart"/>
      <w:r w:rsidRPr="00E64B7A">
        <w:rPr>
          <w:rFonts w:ascii="Nirmala UI" w:hAnsi="Nirmala UI" w:cs="Nirmala UI"/>
          <w:lang w:val="en-IN"/>
        </w:rPr>
        <w:t>परिशिष्ट</w:t>
      </w:r>
      <w:proofErr w:type="spellEnd"/>
      <w:r w:rsidRPr="00E64B7A">
        <w:rPr>
          <w:rFonts w:ascii="Nirmala UI" w:hAnsi="Nirmala UI" w:cs="Nirmala UI"/>
          <w:lang w:val="en-IN"/>
        </w:rPr>
        <w:t xml:space="preserve"> - १) </w:t>
      </w:r>
      <w:proofErr w:type="spellStart"/>
      <w:r w:rsidRPr="00E64B7A">
        <w:rPr>
          <w:rFonts w:ascii="Nirmala UI" w:hAnsi="Nirmala UI" w:cs="Nirmala UI"/>
          <w:lang w:val="en-IN"/>
        </w:rPr>
        <w:t>मधील</w:t>
      </w:r>
      <w:proofErr w:type="spellEnd"/>
      <w:r w:rsidRPr="00E64B7A">
        <w:rPr>
          <w:rFonts w:ascii="Nirmala UI" w:hAnsi="Nirmala UI" w:cs="Nirmala UI"/>
          <w:lang w:val="en-IN"/>
        </w:rPr>
        <w:t xml:space="preserve"> </w:t>
      </w:r>
      <w:proofErr w:type="spellStart"/>
      <w:r w:rsidRPr="00E64B7A">
        <w:rPr>
          <w:rFonts w:ascii="Nirmala UI" w:hAnsi="Nirmala UI" w:cs="Nirmala UI"/>
          <w:lang w:val="en-IN"/>
        </w:rPr>
        <w:t>महत्त्वाचे</w:t>
      </w:r>
      <w:proofErr w:type="spellEnd"/>
      <w:r w:rsidRPr="00E64B7A">
        <w:rPr>
          <w:rFonts w:ascii="Nirmala UI" w:hAnsi="Nirmala UI" w:cs="Nirmala UI"/>
          <w:lang w:val="en-IN"/>
        </w:rPr>
        <w:t xml:space="preserve"> </w:t>
      </w:r>
      <w:proofErr w:type="spellStart"/>
      <w:r w:rsidRPr="00E64B7A">
        <w:rPr>
          <w:rFonts w:ascii="Nirmala UI" w:hAnsi="Nirmala UI" w:cs="Nirmala UI"/>
          <w:lang w:val="en-IN"/>
        </w:rPr>
        <w:t>मुद्दे</w:t>
      </w:r>
      <w:proofErr w:type="spellEnd"/>
      <w:r w:rsidRPr="00E64B7A">
        <w:rPr>
          <w:rFonts w:ascii="Nirmala UI" w:hAnsi="Nirmala UI" w:cs="Nirmala UI"/>
          <w:lang w:val="en-IN"/>
        </w:rPr>
        <w:t xml:space="preserve"> </w:t>
      </w:r>
      <w:proofErr w:type="spellStart"/>
      <w:r w:rsidRPr="00E64B7A">
        <w:rPr>
          <w:rFonts w:ascii="Nirmala UI" w:hAnsi="Nirmala UI" w:cs="Nirmala UI"/>
          <w:lang w:val="en-IN"/>
        </w:rPr>
        <w:t>खालीलप्रमाणे</w:t>
      </w:r>
      <w:proofErr w:type="spellEnd"/>
      <w:r w:rsidRPr="00E64B7A">
        <w:rPr>
          <w:rFonts w:ascii="Nirmala UI" w:hAnsi="Nirmala UI" w:cs="Nirmala UI"/>
          <w:lang w:val="en-IN"/>
        </w:rPr>
        <w:t xml:space="preserve"> </w:t>
      </w:r>
      <w:proofErr w:type="spellStart"/>
      <w:r w:rsidRPr="00E64B7A">
        <w:rPr>
          <w:rFonts w:ascii="Nirmala UI" w:hAnsi="Nirmala UI" w:cs="Nirmala UI"/>
          <w:lang w:val="en-IN"/>
        </w:rPr>
        <w:t>आहेत</w:t>
      </w:r>
      <w:proofErr w:type="spellEnd"/>
      <w:r w:rsidRPr="00E64B7A">
        <w:rPr>
          <w:rFonts w:ascii="Nirmala UI" w:hAnsi="Nirmala UI" w:cs="Nirmala UI"/>
          <w:lang w:val="en-IN"/>
        </w:rPr>
        <w:t>:</w:t>
      </w:r>
    </w:p>
    <w:p w14:paraId="53D6ACD1" w14:textId="77777777" w:rsidR="00E64B7A" w:rsidRPr="00E64B7A" w:rsidRDefault="00E64B7A" w:rsidP="00E64B7A">
      <w:pPr>
        <w:spacing w:after="120"/>
        <w:rPr>
          <w:rFonts w:ascii="Nirmala UI" w:hAnsi="Nirmala UI" w:cs="Nirmala UI"/>
          <w:b/>
          <w:bCs/>
          <w:lang w:val="en-IN"/>
        </w:rPr>
      </w:pPr>
      <w:proofErr w:type="spellStart"/>
      <w:r w:rsidRPr="00E64B7A">
        <w:rPr>
          <w:rFonts w:ascii="Nirmala UI" w:hAnsi="Nirmala UI" w:cs="Nirmala UI"/>
          <w:b/>
          <w:bCs/>
          <w:lang w:val="en-IN"/>
        </w:rPr>
        <w:t>परिशिष्ट</w:t>
      </w:r>
      <w:proofErr w:type="spellEnd"/>
      <w:r w:rsidRPr="00E64B7A">
        <w:rPr>
          <w:rFonts w:ascii="Nirmala UI" w:hAnsi="Nirmala UI" w:cs="Nirmala UI"/>
          <w:b/>
          <w:bCs/>
          <w:lang w:val="en-IN"/>
        </w:rPr>
        <w:t xml:space="preserve"> - १: </w:t>
      </w:r>
      <w:proofErr w:type="spellStart"/>
      <w:r w:rsidRPr="00E64B7A">
        <w:rPr>
          <w:rFonts w:ascii="Nirmala UI" w:hAnsi="Nirmala UI" w:cs="Nirmala UI"/>
          <w:b/>
          <w:bCs/>
          <w:lang w:val="en-IN"/>
        </w:rPr>
        <w:t>ऑनलाईन</w:t>
      </w:r>
      <w:proofErr w:type="spellEnd"/>
      <w:r w:rsidRPr="00E64B7A">
        <w:rPr>
          <w:rFonts w:ascii="Nirmala UI" w:hAnsi="Nirmala UI" w:cs="Nirmala UI"/>
          <w:b/>
          <w:bCs/>
          <w:lang w:val="en-IN"/>
        </w:rPr>
        <w:t xml:space="preserve"> </w:t>
      </w:r>
      <w:proofErr w:type="spellStart"/>
      <w:r w:rsidRPr="00E64B7A">
        <w:rPr>
          <w:rFonts w:ascii="Nirmala UI" w:hAnsi="Nirmala UI" w:cs="Nirmala UI"/>
          <w:b/>
          <w:bCs/>
          <w:lang w:val="en-IN"/>
        </w:rPr>
        <w:t>नमुना</w:t>
      </w:r>
      <w:proofErr w:type="spellEnd"/>
      <w:r w:rsidRPr="00E64B7A">
        <w:rPr>
          <w:rFonts w:ascii="Nirmala UI" w:hAnsi="Nirmala UI" w:cs="Nirmala UI"/>
          <w:b/>
          <w:bCs/>
          <w:lang w:val="en-IN"/>
        </w:rPr>
        <w:t xml:space="preserve"> ५-अ </w:t>
      </w:r>
      <w:proofErr w:type="spellStart"/>
      <w:r w:rsidRPr="00E64B7A">
        <w:rPr>
          <w:rFonts w:ascii="Nirmala UI" w:hAnsi="Nirmala UI" w:cs="Nirmala UI"/>
          <w:b/>
          <w:bCs/>
          <w:lang w:val="en-IN"/>
        </w:rPr>
        <w:t>भरण्याबाबतची</w:t>
      </w:r>
      <w:proofErr w:type="spellEnd"/>
      <w:r w:rsidRPr="00E64B7A">
        <w:rPr>
          <w:rFonts w:ascii="Nirmala UI" w:hAnsi="Nirmala UI" w:cs="Nirmala UI"/>
          <w:b/>
          <w:bCs/>
          <w:lang w:val="en-IN"/>
        </w:rPr>
        <w:t xml:space="preserve"> </w:t>
      </w:r>
      <w:proofErr w:type="spellStart"/>
      <w:r w:rsidRPr="00E64B7A">
        <w:rPr>
          <w:rFonts w:ascii="Nirmala UI" w:hAnsi="Nirmala UI" w:cs="Nirmala UI"/>
          <w:b/>
          <w:bCs/>
          <w:lang w:val="en-IN"/>
        </w:rPr>
        <w:t>कार्यपध्दती</w:t>
      </w:r>
      <w:proofErr w:type="spellEnd"/>
    </w:p>
    <w:p w14:paraId="6DB0A045" w14:textId="77777777" w:rsidR="00E64B7A" w:rsidRPr="00E64B7A" w:rsidRDefault="00E64B7A" w:rsidP="00E64B7A">
      <w:pPr>
        <w:numPr>
          <w:ilvl w:val="0"/>
          <w:numId w:val="10"/>
        </w:numPr>
        <w:spacing w:after="120"/>
        <w:rPr>
          <w:rFonts w:ascii="Nirmala UI" w:hAnsi="Nirmala UI" w:cs="Nirmala UI"/>
          <w:lang w:val="en-IN"/>
        </w:rPr>
      </w:pPr>
      <w:proofErr w:type="spellStart"/>
      <w:r w:rsidRPr="00E64B7A">
        <w:rPr>
          <w:rFonts w:ascii="Nirmala UI" w:hAnsi="Nirmala UI" w:cs="Nirmala UI"/>
          <w:b/>
          <w:bCs/>
          <w:lang w:val="en-IN"/>
        </w:rPr>
        <w:t>लागू</w:t>
      </w:r>
      <w:proofErr w:type="spellEnd"/>
      <w:r w:rsidRPr="00E64B7A">
        <w:rPr>
          <w:rFonts w:ascii="Nirmala UI" w:hAnsi="Nirmala UI" w:cs="Nirmala UI"/>
          <w:b/>
          <w:bCs/>
          <w:lang w:val="en-IN"/>
        </w:rPr>
        <w:t xml:space="preserve"> </w:t>
      </w:r>
      <w:proofErr w:type="spellStart"/>
      <w:r w:rsidRPr="00E64B7A">
        <w:rPr>
          <w:rFonts w:ascii="Nirmala UI" w:hAnsi="Nirmala UI" w:cs="Nirmala UI"/>
          <w:b/>
          <w:bCs/>
          <w:lang w:val="en-IN"/>
        </w:rPr>
        <w:t>होणारा</w:t>
      </w:r>
      <w:proofErr w:type="spellEnd"/>
      <w:r w:rsidRPr="00E64B7A">
        <w:rPr>
          <w:rFonts w:ascii="Nirmala UI" w:hAnsi="Nirmala UI" w:cs="Nirmala UI"/>
          <w:b/>
          <w:bCs/>
          <w:lang w:val="en-IN"/>
        </w:rPr>
        <w:t xml:space="preserve"> </w:t>
      </w:r>
      <w:proofErr w:type="spellStart"/>
      <w:r w:rsidRPr="00E64B7A">
        <w:rPr>
          <w:rFonts w:ascii="Nirmala UI" w:hAnsi="Nirmala UI" w:cs="Nirmala UI"/>
          <w:b/>
          <w:bCs/>
          <w:lang w:val="en-IN"/>
        </w:rPr>
        <w:t>कालावधी</w:t>
      </w:r>
      <w:proofErr w:type="spellEnd"/>
      <w:r w:rsidRPr="00E64B7A">
        <w:rPr>
          <w:rFonts w:ascii="Nirmala UI" w:hAnsi="Nirmala UI" w:cs="Nirmala UI"/>
          <w:b/>
          <w:bCs/>
          <w:lang w:val="en-IN"/>
        </w:rPr>
        <w:t>:</w:t>
      </w:r>
      <w:r w:rsidRPr="00E64B7A">
        <w:rPr>
          <w:rFonts w:ascii="Nirmala UI" w:hAnsi="Nirmala UI" w:cs="Nirmala UI"/>
          <w:lang w:val="en-IN"/>
        </w:rPr>
        <w:t xml:space="preserve"> १ </w:t>
      </w:r>
      <w:proofErr w:type="spellStart"/>
      <w:r w:rsidRPr="00E64B7A">
        <w:rPr>
          <w:rFonts w:ascii="Nirmala UI" w:hAnsi="Nirmala UI" w:cs="Nirmala UI"/>
          <w:lang w:val="en-IN"/>
        </w:rPr>
        <w:t>जुलै</w:t>
      </w:r>
      <w:proofErr w:type="spellEnd"/>
      <w:r w:rsidRPr="00E64B7A">
        <w:rPr>
          <w:rFonts w:ascii="Nirmala UI" w:hAnsi="Nirmala UI" w:cs="Nirmala UI"/>
          <w:lang w:val="en-IN"/>
        </w:rPr>
        <w:t xml:space="preserve"> २०२६ </w:t>
      </w:r>
      <w:proofErr w:type="spellStart"/>
      <w:r w:rsidRPr="00E64B7A">
        <w:rPr>
          <w:rFonts w:ascii="Nirmala UI" w:hAnsi="Nirmala UI" w:cs="Nirmala UI"/>
          <w:lang w:val="en-IN"/>
        </w:rPr>
        <w:t>पासून</w:t>
      </w:r>
      <w:proofErr w:type="spellEnd"/>
      <w:r w:rsidRPr="00E64B7A">
        <w:rPr>
          <w:rFonts w:ascii="Nirmala UI" w:hAnsi="Nirmala UI" w:cs="Nirmala UI"/>
          <w:lang w:val="en-IN"/>
        </w:rPr>
        <w:t xml:space="preserve"> </w:t>
      </w:r>
      <w:proofErr w:type="spellStart"/>
      <w:r w:rsidRPr="00E64B7A">
        <w:rPr>
          <w:rFonts w:ascii="Nirmala UI" w:hAnsi="Nirmala UI" w:cs="Nirmala UI"/>
          <w:lang w:val="en-IN"/>
        </w:rPr>
        <w:t>सेवानिवृत्त</w:t>
      </w:r>
      <w:proofErr w:type="spellEnd"/>
      <w:r w:rsidRPr="00E64B7A">
        <w:rPr>
          <w:rFonts w:ascii="Nirmala UI" w:hAnsi="Nirmala UI" w:cs="Nirmala UI"/>
          <w:lang w:val="en-IN"/>
        </w:rPr>
        <w:t xml:space="preserve"> </w:t>
      </w:r>
      <w:proofErr w:type="spellStart"/>
      <w:r w:rsidRPr="00E64B7A">
        <w:rPr>
          <w:rFonts w:ascii="Nirmala UI" w:hAnsi="Nirmala UI" w:cs="Nirmala UI"/>
          <w:lang w:val="en-IN"/>
        </w:rPr>
        <w:t>होणाऱ्या</w:t>
      </w:r>
      <w:proofErr w:type="spellEnd"/>
      <w:r w:rsidRPr="00E64B7A">
        <w:rPr>
          <w:rFonts w:ascii="Nirmala UI" w:hAnsi="Nirmala UI" w:cs="Nirmala UI"/>
          <w:lang w:val="en-IN"/>
        </w:rPr>
        <w:t xml:space="preserve"> </w:t>
      </w:r>
      <w:proofErr w:type="spellStart"/>
      <w:r w:rsidRPr="00E64B7A">
        <w:rPr>
          <w:rFonts w:ascii="Nirmala UI" w:hAnsi="Nirmala UI" w:cs="Nirmala UI"/>
          <w:lang w:val="en-IN"/>
        </w:rPr>
        <w:t>कर्मचाऱ्यांसाठी</w:t>
      </w:r>
      <w:proofErr w:type="spellEnd"/>
      <w:r w:rsidRPr="00E64B7A">
        <w:rPr>
          <w:rFonts w:ascii="Nirmala UI" w:hAnsi="Nirmala UI" w:cs="Nirmala UI"/>
          <w:lang w:val="en-IN"/>
        </w:rPr>
        <w:t xml:space="preserve"> </w:t>
      </w:r>
      <w:proofErr w:type="spellStart"/>
      <w:r w:rsidRPr="00E64B7A">
        <w:rPr>
          <w:rFonts w:ascii="Nirmala UI" w:hAnsi="Nirmala UI" w:cs="Nirmala UI"/>
          <w:lang w:val="en-IN"/>
        </w:rPr>
        <w:t>तसेच</w:t>
      </w:r>
      <w:proofErr w:type="spellEnd"/>
      <w:r w:rsidRPr="00E64B7A">
        <w:rPr>
          <w:rFonts w:ascii="Nirmala UI" w:hAnsi="Nirmala UI" w:cs="Nirmala UI"/>
          <w:lang w:val="en-IN"/>
        </w:rPr>
        <w:t xml:space="preserve"> </w:t>
      </w:r>
      <w:proofErr w:type="spellStart"/>
      <w:r w:rsidRPr="00E64B7A">
        <w:rPr>
          <w:rFonts w:ascii="Nirmala UI" w:hAnsi="Nirmala UI" w:cs="Nirmala UI"/>
          <w:lang w:val="en-IN"/>
        </w:rPr>
        <w:t>त्यापूर्वी</w:t>
      </w:r>
      <w:proofErr w:type="spellEnd"/>
      <w:r w:rsidRPr="00E64B7A">
        <w:rPr>
          <w:rFonts w:ascii="Nirmala UI" w:hAnsi="Nirmala UI" w:cs="Nirmala UI"/>
          <w:lang w:val="en-IN"/>
        </w:rPr>
        <w:t xml:space="preserve"> </w:t>
      </w:r>
      <w:proofErr w:type="spellStart"/>
      <w:r w:rsidRPr="00E64B7A">
        <w:rPr>
          <w:rFonts w:ascii="Nirmala UI" w:hAnsi="Nirmala UI" w:cs="Nirmala UI"/>
          <w:lang w:val="en-IN"/>
        </w:rPr>
        <w:t>सेवानिवृत्त</w:t>
      </w:r>
      <w:proofErr w:type="spellEnd"/>
      <w:r w:rsidRPr="00E64B7A">
        <w:rPr>
          <w:rFonts w:ascii="Nirmala UI" w:hAnsi="Nirmala UI" w:cs="Nirmala UI"/>
          <w:lang w:val="en-IN"/>
        </w:rPr>
        <w:t xml:space="preserve"> </w:t>
      </w:r>
      <w:proofErr w:type="spellStart"/>
      <w:r w:rsidRPr="00E64B7A">
        <w:rPr>
          <w:rFonts w:ascii="Nirmala UI" w:hAnsi="Nirmala UI" w:cs="Nirmala UI"/>
          <w:lang w:val="en-IN"/>
        </w:rPr>
        <w:t>होऊनही</w:t>
      </w:r>
      <w:proofErr w:type="spellEnd"/>
      <w:r w:rsidRPr="00E64B7A">
        <w:rPr>
          <w:rFonts w:ascii="Nirmala UI" w:hAnsi="Nirmala UI" w:cs="Nirmala UI"/>
          <w:lang w:val="en-IN"/>
        </w:rPr>
        <w:t xml:space="preserve"> </w:t>
      </w:r>
      <w:proofErr w:type="spellStart"/>
      <w:r w:rsidRPr="00E64B7A">
        <w:rPr>
          <w:rFonts w:ascii="Nirmala UI" w:hAnsi="Nirmala UI" w:cs="Nirmala UI"/>
          <w:lang w:val="en-IN"/>
        </w:rPr>
        <w:t>अर्ज</w:t>
      </w:r>
      <w:proofErr w:type="spellEnd"/>
      <w:r w:rsidRPr="00E64B7A">
        <w:rPr>
          <w:rFonts w:ascii="Nirmala UI" w:hAnsi="Nirmala UI" w:cs="Nirmala UI"/>
          <w:lang w:val="en-IN"/>
        </w:rPr>
        <w:t xml:space="preserve"> न </w:t>
      </w:r>
      <w:proofErr w:type="spellStart"/>
      <w:r w:rsidRPr="00E64B7A">
        <w:rPr>
          <w:rFonts w:ascii="Nirmala UI" w:hAnsi="Nirmala UI" w:cs="Nirmala UI"/>
          <w:lang w:val="en-IN"/>
        </w:rPr>
        <w:t>सादर</w:t>
      </w:r>
      <w:proofErr w:type="spellEnd"/>
      <w:r w:rsidRPr="00E64B7A">
        <w:rPr>
          <w:rFonts w:ascii="Nirmala UI" w:hAnsi="Nirmala UI" w:cs="Nirmala UI"/>
          <w:lang w:val="en-IN"/>
        </w:rPr>
        <w:t xml:space="preserve"> </w:t>
      </w:r>
      <w:proofErr w:type="spellStart"/>
      <w:r w:rsidRPr="00E64B7A">
        <w:rPr>
          <w:rFonts w:ascii="Nirmala UI" w:hAnsi="Nirmala UI" w:cs="Nirmala UI"/>
          <w:lang w:val="en-IN"/>
        </w:rPr>
        <w:t>केलेल्या</w:t>
      </w:r>
      <w:proofErr w:type="spellEnd"/>
      <w:r w:rsidRPr="00E64B7A">
        <w:rPr>
          <w:rFonts w:ascii="Nirmala UI" w:hAnsi="Nirmala UI" w:cs="Nirmala UI"/>
          <w:lang w:val="en-IN"/>
        </w:rPr>
        <w:t xml:space="preserve"> </w:t>
      </w:r>
      <w:proofErr w:type="spellStart"/>
      <w:r w:rsidRPr="00E64B7A">
        <w:rPr>
          <w:rFonts w:ascii="Nirmala UI" w:hAnsi="Nirmala UI" w:cs="Nirmala UI"/>
          <w:lang w:val="en-IN"/>
        </w:rPr>
        <w:t>कर्मचाऱ्यांसाठी</w:t>
      </w:r>
      <w:proofErr w:type="spellEnd"/>
      <w:r w:rsidRPr="00E64B7A">
        <w:rPr>
          <w:rFonts w:ascii="Nirmala UI" w:hAnsi="Nirmala UI" w:cs="Nirmala UI"/>
          <w:lang w:val="en-IN"/>
        </w:rPr>
        <w:t xml:space="preserve"> '</w:t>
      </w:r>
      <w:proofErr w:type="spellStart"/>
      <w:r w:rsidRPr="00E64B7A">
        <w:rPr>
          <w:rFonts w:ascii="Nirmala UI" w:hAnsi="Nirmala UI" w:cs="Nirmala UI"/>
          <w:lang w:val="en-IN"/>
        </w:rPr>
        <w:t>निवृत्तिवेतनवाहिनी</w:t>
      </w:r>
      <w:proofErr w:type="spellEnd"/>
      <w:r w:rsidRPr="00E64B7A">
        <w:rPr>
          <w:rFonts w:ascii="Nirmala UI" w:hAnsi="Nirmala UI" w:cs="Nirmala UI"/>
          <w:lang w:val="en-IN"/>
        </w:rPr>
        <w:t xml:space="preserve">' </w:t>
      </w:r>
      <w:proofErr w:type="spellStart"/>
      <w:r w:rsidRPr="00E64B7A">
        <w:rPr>
          <w:rFonts w:ascii="Nirmala UI" w:hAnsi="Nirmala UI" w:cs="Nirmala UI"/>
          <w:lang w:val="en-IN"/>
        </w:rPr>
        <w:t>प्रणालीवर</w:t>
      </w:r>
      <w:proofErr w:type="spellEnd"/>
      <w:r w:rsidRPr="00E64B7A">
        <w:rPr>
          <w:rFonts w:ascii="Nirmala UI" w:hAnsi="Nirmala UI" w:cs="Nirmala UI"/>
          <w:lang w:val="en-IN"/>
        </w:rPr>
        <w:t xml:space="preserve"> </w:t>
      </w:r>
      <w:proofErr w:type="spellStart"/>
      <w:r w:rsidRPr="00E64B7A">
        <w:rPr>
          <w:rFonts w:ascii="Nirmala UI" w:hAnsi="Nirmala UI" w:cs="Nirmala UI"/>
          <w:b/>
          <w:bCs/>
          <w:lang w:val="en-IN"/>
        </w:rPr>
        <w:t>नमुना</w:t>
      </w:r>
      <w:proofErr w:type="spellEnd"/>
      <w:r w:rsidRPr="00E64B7A">
        <w:rPr>
          <w:rFonts w:ascii="Nirmala UI" w:hAnsi="Nirmala UI" w:cs="Nirmala UI"/>
          <w:b/>
          <w:bCs/>
          <w:lang w:val="en-IN"/>
        </w:rPr>
        <w:t xml:space="preserve"> ५-अ</w:t>
      </w:r>
      <w:r w:rsidRPr="00E64B7A">
        <w:rPr>
          <w:rFonts w:ascii="Nirmala UI" w:hAnsi="Nirmala UI" w:cs="Nirmala UI"/>
          <w:lang w:val="en-IN"/>
        </w:rPr>
        <w:t xml:space="preserve"> </w:t>
      </w:r>
      <w:proofErr w:type="spellStart"/>
      <w:r w:rsidRPr="00E64B7A">
        <w:rPr>
          <w:rFonts w:ascii="Nirmala UI" w:hAnsi="Nirmala UI" w:cs="Nirmala UI"/>
          <w:lang w:val="en-IN"/>
        </w:rPr>
        <w:t>ऑनलाईन</w:t>
      </w:r>
      <w:proofErr w:type="spellEnd"/>
      <w:r w:rsidRPr="00E64B7A">
        <w:rPr>
          <w:rFonts w:ascii="Nirmala UI" w:hAnsi="Nirmala UI" w:cs="Nirmala UI"/>
          <w:lang w:val="en-IN"/>
        </w:rPr>
        <w:t xml:space="preserve"> </w:t>
      </w:r>
      <w:proofErr w:type="spellStart"/>
      <w:r w:rsidRPr="00E64B7A">
        <w:rPr>
          <w:rFonts w:ascii="Nirmala UI" w:hAnsi="Nirmala UI" w:cs="Nirmala UI"/>
          <w:lang w:val="en-IN"/>
        </w:rPr>
        <w:t>भरणे</w:t>
      </w:r>
      <w:proofErr w:type="spellEnd"/>
      <w:r w:rsidRPr="00E64B7A">
        <w:rPr>
          <w:rFonts w:ascii="Nirmala UI" w:hAnsi="Nirmala UI" w:cs="Nirmala UI"/>
          <w:lang w:val="en-IN"/>
        </w:rPr>
        <w:t xml:space="preserve"> </w:t>
      </w:r>
      <w:proofErr w:type="spellStart"/>
      <w:r w:rsidRPr="00E64B7A">
        <w:rPr>
          <w:rFonts w:ascii="Nirmala UI" w:hAnsi="Nirmala UI" w:cs="Nirmala UI"/>
          <w:lang w:val="en-IN"/>
        </w:rPr>
        <w:t>अनिवार्य</w:t>
      </w:r>
      <w:proofErr w:type="spellEnd"/>
      <w:r w:rsidRPr="00E64B7A">
        <w:rPr>
          <w:rFonts w:ascii="Nirmala UI" w:hAnsi="Nirmala UI" w:cs="Nirmala UI"/>
          <w:lang w:val="en-IN"/>
        </w:rPr>
        <w:t xml:space="preserve"> </w:t>
      </w:r>
      <w:proofErr w:type="spellStart"/>
      <w:r w:rsidRPr="00E64B7A">
        <w:rPr>
          <w:rFonts w:ascii="Nirmala UI" w:hAnsi="Nirmala UI" w:cs="Nirmala UI"/>
          <w:lang w:val="en-IN"/>
        </w:rPr>
        <w:t>राहील</w:t>
      </w:r>
      <w:proofErr w:type="spellEnd"/>
      <w:r w:rsidRPr="00E64B7A">
        <w:rPr>
          <w:rFonts w:ascii="Nirmala UI" w:hAnsi="Nirmala UI" w:cs="Nirmala UI"/>
          <w:lang w:val="en-IN"/>
        </w:rPr>
        <w:t xml:space="preserve">. </w:t>
      </w:r>
    </w:p>
    <w:p w14:paraId="2C0168CF" w14:textId="77777777" w:rsidR="00E64B7A" w:rsidRPr="00E64B7A" w:rsidRDefault="00E64B7A" w:rsidP="00E64B7A">
      <w:pPr>
        <w:numPr>
          <w:ilvl w:val="0"/>
          <w:numId w:val="10"/>
        </w:numPr>
        <w:spacing w:after="120"/>
        <w:rPr>
          <w:rFonts w:ascii="Nirmala UI" w:hAnsi="Nirmala UI" w:cs="Nirmala UI"/>
          <w:lang w:val="en-IN"/>
        </w:rPr>
      </w:pPr>
      <w:proofErr w:type="spellStart"/>
      <w:r w:rsidRPr="00E64B7A">
        <w:rPr>
          <w:rFonts w:ascii="Nirmala UI" w:hAnsi="Nirmala UI" w:cs="Nirmala UI"/>
          <w:b/>
          <w:bCs/>
          <w:lang w:val="en-IN"/>
        </w:rPr>
        <w:t>लॉगीन</w:t>
      </w:r>
      <w:proofErr w:type="spellEnd"/>
      <w:r w:rsidRPr="00E64B7A">
        <w:rPr>
          <w:rFonts w:ascii="Nirmala UI" w:hAnsi="Nirmala UI" w:cs="Nirmala UI"/>
          <w:b/>
          <w:bCs/>
          <w:lang w:val="en-IN"/>
        </w:rPr>
        <w:t xml:space="preserve"> </w:t>
      </w:r>
      <w:proofErr w:type="spellStart"/>
      <w:r w:rsidRPr="00E64B7A">
        <w:rPr>
          <w:rFonts w:ascii="Nirmala UI" w:hAnsi="Nirmala UI" w:cs="Nirmala UI"/>
          <w:b/>
          <w:bCs/>
          <w:lang w:val="en-IN"/>
        </w:rPr>
        <w:t>प्रक्रिया</w:t>
      </w:r>
      <w:proofErr w:type="spellEnd"/>
      <w:r w:rsidRPr="00E64B7A">
        <w:rPr>
          <w:rFonts w:ascii="Nirmala UI" w:hAnsi="Nirmala UI" w:cs="Nirmala UI"/>
          <w:b/>
          <w:bCs/>
          <w:lang w:val="en-IN"/>
        </w:rPr>
        <w:t>:</w:t>
      </w:r>
      <w:r w:rsidRPr="00E64B7A">
        <w:rPr>
          <w:rFonts w:ascii="Nirmala UI" w:hAnsi="Nirmala UI" w:cs="Nirmala UI"/>
          <w:lang w:val="en-IN"/>
        </w:rPr>
        <w:t xml:space="preserve"> </w:t>
      </w:r>
      <w:proofErr w:type="spellStart"/>
      <w:r w:rsidRPr="00E64B7A">
        <w:rPr>
          <w:rFonts w:ascii="Nirmala UI" w:hAnsi="Nirmala UI" w:cs="Nirmala UI"/>
          <w:lang w:val="en-IN"/>
        </w:rPr>
        <w:t>अर्जदारांनी</w:t>
      </w:r>
      <w:proofErr w:type="spellEnd"/>
      <w:r w:rsidRPr="00E64B7A">
        <w:rPr>
          <w:rFonts w:ascii="Nirmala UI" w:hAnsi="Nirmala UI" w:cs="Nirmala UI"/>
          <w:lang w:val="en-IN"/>
        </w:rPr>
        <w:t xml:space="preserve"> [</w:t>
      </w:r>
      <w:proofErr w:type="gramStart"/>
      <w:r w:rsidRPr="00E64B7A">
        <w:rPr>
          <w:rFonts w:ascii="Nirmala UI" w:hAnsi="Nirmala UI" w:cs="Nirmala UI"/>
          <w:lang w:val="en-IN"/>
        </w:rPr>
        <w:t>https://pension.mahakosh.gov.in](</w:t>
      </w:r>
      <w:proofErr w:type="gramEnd"/>
      <w:r w:rsidRPr="00E64B7A">
        <w:rPr>
          <w:rFonts w:ascii="Nirmala UI" w:hAnsi="Nirmala UI" w:cs="Nirmala UI"/>
          <w:lang w:val="en-IN"/>
        </w:rPr>
        <w:t xml:space="preserve">https://pension.mahakosh.gov.in) </w:t>
      </w:r>
      <w:proofErr w:type="spellStart"/>
      <w:r w:rsidRPr="00E64B7A">
        <w:rPr>
          <w:rFonts w:ascii="Nirmala UI" w:hAnsi="Nirmala UI" w:cs="Nirmala UI"/>
          <w:lang w:val="en-IN"/>
        </w:rPr>
        <w:t>या</w:t>
      </w:r>
      <w:proofErr w:type="spellEnd"/>
      <w:r w:rsidRPr="00E64B7A">
        <w:rPr>
          <w:rFonts w:ascii="Nirmala UI" w:hAnsi="Nirmala UI" w:cs="Nirmala UI"/>
          <w:lang w:val="en-IN"/>
        </w:rPr>
        <w:t xml:space="preserve"> </w:t>
      </w:r>
      <w:proofErr w:type="spellStart"/>
      <w:r w:rsidRPr="00E64B7A">
        <w:rPr>
          <w:rFonts w:ascii="Nirmala UI" w:hAnsi="Nirmala UI" w:cs="Nirmala UI"/>
          <w:lang w:val="en-IN"/>
        </w:rPr>
        <w:t>पोर्टलवर</w:t>
      </w:r>
      <w:proofErr w:type="spellEnd"/>
      <w:r w:rsidRPr="00E64B7A">
        <w:rPr>
          <w:rFonts w:ascii="Nirmala UI" w:hAnsi="Nirmala UI" w:cs="Nirmala UI"/>
          <w:lang w:val="en-IN"/>
        </w:rPr>
        <w:t xml:space="preserve"> </w:t>
      </w:r>
      <w:proofErr w:type="spellStart"/>
      <w:r w:rsidRPr="00E64B7A">
        <w:rPr>
          <w:rFonts w:ascii="Nirmala UI" w:hAnsi="Nirmala UI" w:cs="Nirmala UI"/>
          <w:lang w:val="en-IN"/>
        </w:rPr>
        <w:t>जाऊन</w:t>
      </w:r>
      <w:proofErr w:type="spellEnd"/>
      <w:r w:rsidRPr="00E64B7A">
        <w:rPr>
          <w:rFonts w:ascii="Nirmala UI" w:hAnsi="Nirmala UI" w:cs="Nirmala UI"/>
          <w:lang w:val="en-IN"/>
        </w:rPr>
        <w:t xml:space="preserve"> Username - PENSIONER </w:t>
      </w:r>
      <w:proofErr w:type="spellStart"/>
      <w:r w:rsidRPr="00E64B7A">
        <w:rPr>
          <w:rFonts w:ascii="Nirmala UI" w:hAnsi="Nirmala UI" w:cs="Nirmala UI"/>
          <w:lang w:val="en-IN"/>
        </w:rPr>
        <w:t>आणि</w:t>
      </w:r>
      <w:proofErr w:type="spellEnd"/>
      <w:r w:rsidRPr="00E64B7A">
        <w:rPr>
          <w:rFonts w:ascii="Nirmala UI" w:hAnsi="Nirmala UI" w:cs="Nirmala UI"/>
          <w:lang w:val="en-IN"/>
        </w:rPr>
        <w:t xml:space="preserve"> Password - ifms123 </w:t>
      </w:r>
      <w:proofErr w:type="spellStart"/>
      <w:r w:rsidRPr="00E64B7A">
        <w:rPr>
          <w:rFonts w:ascii="Nirmala UI" w:hAnsi="Nirmala UI" w:cs="Nirmala UI"/>
          <w:lang w:val="en-IN"/>
        </w:rPr>
        <w:t>वापरून</w:t>
      </w:r>
      <w:proofErr w:type="spellEnd"/>
      <w:r w:rsidRPr="00E64B7A">
        <w:rPr>
          <w:rFonts w:ascii="Nirmala UI" w:hAnsi="Nirmala UI" w:cs="Nirmala UI"/>
          <w:lang w:val="en-IN"/>
        </w:rPr>
        <w:t xml:space="preserve"> </w:t>
      </w:r>
      <w:proofErr w:type="spellStart"/>
      <w:r w:rsidRPr="00E64B7A">
        <w:rPr>
          <w:rFonts w:ascii="Nirmala UI" w:hAnsi="Nirmala UI" w:cs="Nirmala UI"/>
          <w:lang w:val="en-IN"/>
        </w:rPr>
        <w:t>लॉगीन</w:t>
      </w:r>
      <w:proofErr w:type="spellEnd"/>
      <w:r w:rsidRPr="00E64B7A">
        <w:rPr>
          <w:rFonts w:ascii="Nirmala UI" w:hAnsi="Nirmala UI" w:cs="Nirmala UI"/>
          <w:lang w:val="en-IN"/>
        </w:rPr>
        <w:t xml:space="preserve"> </w:t>
      </w:r>
      <w:proofErr w:type="spellStart"/>
      <w:r w:rsidRPr="00E64B7A">
        <w:rPr>
          <w:rFonts w:ascii="Nirmala UI" w:hAnsi="Nirmala UI" w:cs="Nirmala UI"/>
          <w:lang w:val="en-IN"/>
        </w:rPr>
        <w:t>करावे</w:t>
      </w:r>
      <w:proofErr w:type="spellEnd"/>
      <w:r w:rsidRPr="00E64B7A">
        <w:rPr>
          <w:rFonts w:ascii="Nirmala UI" w:hAnsi="Nirmala UI" w:cs="Nirmala UI"/>
          <w:lang w:val="en-IN"/>
        </w:rPr>
        <w:t xml:space="preserve">. </w:t>
      </w:r>
      <w:proofErr w:type="spellStart"/>
      <w:r w:rsidRPr="00E64B7A">
        <w:rPr>
          <w:rFonts w:ascii="Nirmala UI" w:hAnsi="Nirmala UI" w:cs="Nirmala UI"/>
          <w:lang w:val="en-IN"/>
        </w:rPr>
        <w:t>त्यानंतर</w:t>
      </w:r>
      <w:proofErr w:type="spellEnd"/>
      <w:r w:rsidRPr="00E64B7A">
        <w:rPr>
          <w:rFonts w:ascii="Nirmala UI" w:hAnsi="Nirmala UI" w:cs="Nirmala UI"/>
          <w:lang w:val="en-IN"/>
        </w:rPr>
        <w:t xml:space="preserve"> </w:t>
      </w:r>
      <w:proofErr w:type="spellStart"/>
      <w:r w:rsidRPr="00E64B7A">
        <w:rPr>
          <w:rFonts w:ascii="Nirmala UI" w:hAnsi="Nirmala UI" w:cs="Nirmala UI"/>
          <w:lang w:val="en-IN"/>
        </w:rPr>
        <w:t>मोबाईल</w:t>
      </w:r>
      <w:proofErr w:type="spellEnd"/>
      <w:r w:rsidRPr="00E64B7A">
        <w:rPr>
          <w:rFonts w:ascii="Nirmala UI" w:hAnsi="Nirmala UI" w:cs="Nirmala UI"/>
          <w:lang w:val="en-IN"/>
        </w:rPr>
        <w:t xml:space="preserve"> OTP </w:t>
      </w:r>
      <w:proofErr w:type="spellStart"/>
      <w:r w:rsidRPr="00E64B7A">
        <w:rPr>
          <w:rFonts w:ascii="Nirmala UI" w:hAnsi="Nirmala UI" w:cs="Nirmala UI"/>
          <w:lang w:val="en-IN"/>
        </w:rPr>
        <w:t>द्वारे</w:t>
      </w:r>
      <w:proofErr w:type="spellEnd"/>
      <w:r w:rsidRPr="00E64B7A">
        <w:rPr>
          <w:rFonts w:ascii="Nirmala UI" w:hAnsi="Nirmala UI" w:cs="Nirmala UI"/>
          <w:lang w:val="en-IN"/>
        </w:rPr>
        <w:t xml:space="preserve"> </w:t>
      </w:r>
      <w:proofErr w:type="spellStart"/>
      <w:r w:rsidRPr="00E64B7A">
        <w:rPr>
          <w:rFonts w:ascii="Nirmala UI" w:hAnsi="Nirmala UI" w:cs="Nirmala UI"/>
          <w:lang w:val="en-IN"/>
        </w:rPr>
        <w:t>खात्री</w:t>
      </w:r>
      <w:proofErr w:type="spellEnd"/>
      <w:r w:rsidRPr="00E64B7A">
        <w:rPr>
          <w:rFonts w:ascii="Nirmala UI" w:hAnsi="Nirmala UI" w:cs="Nirmala UI"/>
          <w:lang w:val="en-IN"/>
        </w:rPr>
        <w:t xml:space="preserve"> </w:t>
      </w:r>
      <w:proofErr w:type="spellStart"/>
      <w:r w:rsidRPr="00E64B7A">
        <w:rPr>
          <w:rFonts w:ascii="Nirmala UI" w:hAnsi="Nirmala UI" w:cs="Nirmala UI"/>
          <w:lang w:val="en-IN"/>
        </w:rPr>
        <w:t>करून</w:t>
      </w:r>
      <w:proofErr w:type="spellEnd"/>
      <w:r w:rsidRPr="00E64B7A">
        <w:rPr>
          <w:rFonts w:ascii="Nirmala UI" w:hAnsi="Nirmala UI" w:cs="Nirmala UI"/>
          <w:lang w:val="en-IN"/>
        </w:rPr>
        <w:t xml:space="preserve"> </w:t>
      </w:r>
      <w:proofErr w:type="spellStart"/>
      <w:r w:rsidRPr="00E64B7A">
        <w:rPr>
          <w:rFonts w:ascii="Nirmala UI" w:hAnsi="Nirmala UI" w:cs="Nirmala UI"/>
          <w:lang w:val="en-IN"/>
        </w:rPr>
        <w:t>अर्ज</w:t>
      </w:r>
      <w:proofErr w:type="spellEnd"/>
      <w:r w:rsidRPr="00E64B7A">
        <w:rPr>
          <w:rFonts w:ascii="Nirmala UI" w:hAnsi="Nirmala UI" w:cs="Nirmala UI"/>
          <w:lang w:val="en-IN"/>
        </w:rPr>
        <w:t xml:space="preserve"> </w:t>
      </w:r>
      <w:proofErr w:type="spellStart"/>
      <w:r w:rsidRPr="00E64B7A">
        <w:rPr>
          <w:rFonts w:ascii="Nirmala UI" w:hAnsi="Nirmala UI" w:cs="Nirmala UI"/>
          <w:lang w:val="en-IN"/>
        </w:rPr>
        <w:t>भरावा</w:t>
      </w:r>
      <w:proofErr w:type="spellEnd"/>
      <w:r w:rsidRPr="00E64B7A">
        <w:rPr>
          <w:rFonts w:ascii="Nirmala UI" w:hAnsi="Nirmala UI" w:cs="Nirmala UI"/>
          <w:lang w:val="en-IN"/>
        </w:rPr>
        <w:t xml:space="preserve">. </w:t>
      </w:r>
    </w:p>
    <w:p w14:paraId="4D1E9CD9" w14:textId="77777777" w:rsidR="00E64B7A" w:rsidRPr="00E64B7A" w:rsidRDefault="00E64B7A" w:rsidP="00E64B7A">
      <w:pPr>
        <w:numPr>
          <w:ilvl w:val="0"/>
          <w:numId w:val="10"/>
        </w:numPr>
        <w:spacing w:after="120"/>
        <w:rPr>
          <w:rFonts w:ascii="Nirmala UI" w:hAnsi="Nirmala UI" w:cs="Nirmala UI"/>
          <w:lang w:val="en-IN"/>
        </w:rPr>
      </w:pPr>
      <w:proofErr w:type="spellStart"/>
      <w:r w:rsidRPr="00E64B7A">
        <w:rPr>
          <w:rFonts w:ascii="Nirmala UI" w:hAnsi="Nirmala UI" w:cs="Nirmala UI"/>
          <w:b/>
          <w:bCs/>
          <w:lang w:val="en-IN"/>
        </w:rPr>
        <w:t>विशेष</w:t>
      </w:r>
      <w:proofErr w:type="spellEnd"/>
      <w:r w:rsidRPr="00E64B7A">
        <w:rPr>
          <w:rFonts w:ascii="Nirmala UI" w:hAnsi="Nirmala UI" w:cs="Nirmala UI"/>
          <w:b/>
          <w:bCs/>
          <w:lang w:val="en-IN"/>
        </w:rPr>
        <w:t xml:space="preserve"> </w:t>
      </w:r>
      <w:proofErr w:type="spellStart"/>
      <w:r w:rsidRPr="00E64B7A">
        <w:rPr>
          <w:rFonts w:ascii="Nirmala UI" w:hAnsi="Nirmala UI" w:cs="Nirmala UI"/>
          <w:b/>
          <w:bCs/>
          <w:lang w:val="en-IN"/>
        </w:rPr>
        <w:t>परिस्थितीत</w:t>
      </w:r>
      <w:proofErr w:type="spellEnd"/>
      <w:r w:rsidRPr="00E64B7A">
        <w:rPr>
          <w:rFonts w:ascii="Nirmala UI" w:hAnsi="Nirmala UI" w:cs="Nirmala UI"/>
          <w:b/>
          <w:bCs/>
          <w:lang w:val="en-IN"/>
        </w:rPr>
        <w:t xml:space="preserve"> </w:t>
      </w:r>
      <w:proofErr w:type="spellStart"/>
      <w:r w:rsidRPr="00E64B7A">
        <w:rPr>
          <w:rFonts w:ascii="Nirmala UI" w:hAnsi="Nirmala UI" w:cs="Nirmala UI"/>
          <w:b/>
          <w:bCs/>
          <w:lang w:val="en-IN"/>
        </w:rPr>
        <w:t>अर्ज</w:t>
      </w:r>
      <w:proofErr w:type="spellEnd"/>
      <w:r w:rsidRPr="00E64B7A">
        <w:rPr>
          <w:rFonts w:ascii="Nirmala UI" w:hAnsi="Nirmala UI" w:cs="Nirmala UI"/>
          <w:b/>
          <w:bCs/>
          <w:lang w:val="en-IN"/>
        </w:rPr>
        <w:t xml:space="preserve"> </w:t>
      </w:r>
      <w:proofErr w:type="spellStart"/>
      <w:r w:rsidRPr="00E64B7A">
        <w:rPr>
          <w:rFonts w:ascii="Nirmala UI" w:hAnsi="Nirmala UI" w:cs="Nirmala UI"/>
          <w:b/>
          <w:bCs/>
          <w:lang w:val="en-IN"/>
        </w:rPr>
        <w:t>भरणे</w:t>
      </w:r>
      <w:proofErr w:type="spellEnd"/>
      <w:r w:rsidRPr="00E64B7A">
        <w:rPr>
          <w:rFonts w:ascii="Nirmala UI" w:hAnsi="Nirmala UI" w:cs="Nirmala UI"/>
          <w:b/>
          <w:bCs/>
          <w:lang w:val="en-IN"/>
        </w:rPr>
        <w:t>:</w:t>
      </w:r>
      <w:r w:rsidRPr="00E64B7A">
        <w:rPr>
          <w:rFonts w:ascii="Nirmala UI" w:hAnsi="Nirmala UI" w:cs="Nirmala UI"/>
          <w:lang w:val="en-IN"/>
        </w:rPr>
        <w:t xml:space="preserve"> </w:t>
      </w:r>
      <w:proofErr w:type="spellStart"/>
      <w:r w:rsidRPr="00E64B7A">
        <w:rPr>
          <w:rFonts w:ascii="Nirmala UI" w:hAnsi="Nirmala UI" w:cs="Nirmala UI"/>
          <w:lang w:val="en-IN"/>
        </w:rPr>
        <w:t>कर्मचारी</w:t>
      </w:r>
      <w:proofErr w:type="spellEnd"/>
      <w:r w:rsidRPr="00E64B7A">
        <w:rPr>
          <w:rFonts w:ascii="Nirmala UI" w:hAnsi="Nirmala UI" w:cs="Nirmala UI"/>
          <w:lang w:val="en-IN"/>
        </w:rPr>
        <w:t xml:space="preserve"> </w:t>
      </w:r>
      <w:proofErr w:type="spellStart"/>
      <w:r w:rsidRPr="00E64B7A">
        <w:rPr>
          <w:rFonts w:ascii="Nirmala UI" w:hAnsi="Nirmala UI" w:cs="Nirmala UI"/>
          <w:lang w:val="en-IN"/>
        </w:rPr>
        <w:t>वैद्यकीय</w:t>
      </w:r>
      <w:proofErr w:type="spellEnd"/>
      <w:r w:rsidRPr="00E64B7A">
        <w:rPr>
          <w:rFonts w:ascii="Nirmala UI" w:hAnsi="Nirmala UI" w:cs="Nirmala UI"/>
          <w:lang w:val="en-IN"/>
        </w:rPr>
        <w:t xml:space="preserve"> </w:t>
      </w:r>
      <w:proofErr w:type="spellStart"/>
      <w:r w:rsidRPr="00E64B7A">
        <w:rPr>
          <w:rFonts w:ascii="Nirmala UI" w:hAnsi="Nirmala UI" w:cs="Nirmala UI"/>
          <w:lang w:val="en-IN"/>
        </w:rPr>
        <w:t>कारणास्तव</w:t>
      </w:r>
      <w:proofErr w:type="spellEnd"/>
      <w:r w:rsidRPr="00E64B7A">
        <w:rPr>
          <w:rFonts w:ascii="Nirmala UI" w:hAnsi="Nirmala UI" w:cs="Nirmala UI"/>
          <w:lang w:val="en-IN"/>
        </w:rPr>
        <w:t xml:space="preserve"> </w:t>
      </w:r>
      <w:proofErr w:type="spellStart"/>
      <w:r w:rsidRPr="00E64B7A">
        <w:rPr>
          <w:rFonts w:ascii="Nirmala UI" w:hAnsi="Nirmala UI" w:cs="Nirmala UI"/>
          <w:lang w:val="en-IN"/>
        </w:rPr>
        <w:t>असमर्थ</w:t>
      </w:r>
      <w:proofErr w:type="spellEnd"/>
      <w:r w:rsidRPr="00E64B7A">
        <w:rPr>
          <w:rFonts w:ascii="Nirmala UI" w:hAnsi="Nirmala UI" w:cs="Nirmala UI"/>
          <w:lang w:val="en-IN"/>
        </w:rPr>
        <w:t xml:space="preserve"> </w:t>
      </w:r>
      <w:proofErr w:type="spellStart"/>
      <w:r w:rsidRPr="00E64B7A">
        <w:rPr>
          <w:rFonts w:ascii="Nirmala UI" w:hAnsi="Nirmala UI" w:cs="Nirmala UI"/>
          <w:lang w:val="en-IN"/>
        </w:rPr>
        <w:t>असल्यास</w:t>
      </w:r>
      <w:proofErr w:type="spellEnd"/>
      <w:r w:rsidRPr="00E64B7A">
        <w:rPr>
          <w:rFonts w:ascii="Nirmala UI" w:hAnsi="Nirmala UI" w:cs="Nirmala UI"/>
          <w:lang w:val="en-IN"/>
        </w:rPr>
        <w:t xml:space="preserve"> </w:t>
      </w:r>
      <w:proofErr w:type="spellStart"/>
      <w:r w:rsidRPr="00E64B7A">
        <w:rPr>
          <w:rFonts w:ascii="Nirmala UI" w:hAnsi="Nirmala UI" w:cs="Nirmala UI"/>
          <w:lang w:val="en-IN"/>
        </w:rPr>
        <w:t>किंवा</w:t>
      </w:r>
      <w:proofErr w:type="spellEnd"/>
      <w:r w:rsidRPr="00E64B7A">
        <w:rPr>
          <w:rFonts w:ascii="Nirmala UI" w:hAnsi="Nirmala UI" w:cs="Nirmala UI"/>
          <w:lang w:val="en-IN"/>
        </w:rPr>
        <w:t xml:space="preserve"> </w:t>
      </w:r>
      <w:proofErr w:type="spellStart"/>
      <w:r w:rsidRPr="00E64B7A">
        <w:rPr>
          <w:rFonts w:ascii="Nirmala UI" w:hAnsi="Nirmala UI" w:cs="Nirmala UI"/>
          <w:lang w:val="en-IN"/>
        </w:rPr>
        <w:t>सेवानिवृत्तीपूर्वी</w:t>
      </w:r>
      <w:proofErr w:type="spellEnd"/>
      <w:r w:rsidRPr="00E64B7A">
        <w:rPr>
          <w:rFonts w:ascii="Nirmala UI" w:hAnsi="Nirmala UI" w:cs="Nirmala UI"/>
          <w:lang w:val="en-IN"/>
        </w:rPr>
        <w:t xml:space="preserve"> </w:t>
      </w:r>
      <w:proofErr w:type="spellStart"/>
      <w:r w:rsidRPr="00E64B7A">
        <w:rPr>
          <w:rFonts w:ascii="Nirmala UI" w:hAnsi="Nirmala UI" w:cs="Nirmala UI"/>
          <w:lang w:val="en-IN"/>
        </w:rPr>
        <w:t>त्यांचा</w:t>
      </w:r>
      <w:proofErr w:type="spellEnd"/>
      <w:r w:rsidRPr="00E64B7A">
        <w:rPr>
          <w:rFonts w:ascii="Nirmala UI" w:hAnsi="Nirmala UI" w:cs="Nirmala UI"/>
          <w:lang w:val="en-IN"/>
        </w:rPr>
        <w:t xml:space="preserve"> </w:t>
      </w:r>
      <w:proofErr w:type="spellStart"/>
      <w:r w:rsidRPr="00E64B7A">
        <w:rPr>
          <w:rFonts w:ascii="Nirmala UI" w:hAnsi="Nirmala UI" w:cs="Nirmala UI"/>
          <w:lang w:val="en-IN"/>
        </w:rPr>
        <w:t>मृत्यू</w:t>
      </w:r>
      <w:proofErr w:type="spellEnd"/>
      <w:r w:rsidRPr="00E64B7A">
        <w:rPr>
          <w:rFonts w:ascii="Nirmala UI" w:hAnsi="Nirmala UI" w:cs="Nirmala UI"/>
          <w:lang w:val="en-IN"/>
        </w:rPr>
        <w:t xml:space="preserve"> </w:t>
      </w:r>
      <w:proofErr w:type="spellStart"/>
      <w:r w:rsidRPr="00E64B7A">
        <w:rPr>
          <w:rFonts w:ascii="Nirmala UI" w:hAnsi="Nirmala UI" w:cs="Nirmala UI"/>
          <w:lang w:val="en-IN"/>
        </w:rPr>
        <w:t>झाल्यास</w:t>
      </w:r>
      <w:proofErr w:type="spellEnd"/>
      <w:r w:rsidRPr="00E64B7A">
        <w:rPr>
          <w:rFonts w:ascii="Nirmala UI" w:hAnsi="Nirmala UI" w:cs="Nirmala UI"/>
          <w:lang w:val="en-IN"/>
        </w:rPr>
        <w:t xml:space="preserve">, </w:t>
      </w:r>
      <w:proofErr w:type="spellStart"/>
      <w:r w:rsidRPr="00E64B7A">
        <w:rPr>
          <w:rFonts w:ascii="Nirmala UI" w:hAnsi="Nirmala UI" w:cs="Nirmala UI"/>
          <w:lang w:val="en-IN"/>
        </w:rPr>
        <w:t>त्यांच्या</w:t>
      </w:r>
      <w:proofErr w:type="spellEnd"/>
      <w:r w:rsidRPr="00E64B7A">
        <w:rPr>
          <w:rFonts w:ascii="Nirmala UI" w:hAnsi="Nirmala UI" w:cs="Nirmala UI"/>
          <w:lang w:val="en-IN"/>
        </w:rPr>
        <w:t xml:space="preserve"> </w:t>
      </w:r>
      <w:proofErr w:type="spellStart"/>
      <w:r w:rsidRPr="00E64B7A">
        <w:rPr>
          <w:rFonts w:ascii="Nirmala UI" w:hAnsi="Nirmala UI" w:cs="Nirmala UI"/>
          <w:lang w:val="en-IN"/>
        </w:rPr>
        <w:t>कुटुंबातील</w:t>
      </w:r>
      <w:proofErr w:type="spellEnd"/>
      <w:r w:rsidRPr="00E64B7A">
        <w:rPr>
          <w:rFonts w:ascii="Nirmala UI" w:hAnsi="Nirmala UI" w:cs="Nirmala UI"/>
          <w:lang w:val="en-IN"/>
        </w:rPr>
        <w:t xml:space="preserve"> </w:t>
      </w:r>
      <w:proofErr w:type="spellStart"/>
      <w:r w:rsidRPr="00E64B7A">
        <w:rPr>
          <w:rFonts w:ascii="Nirmala UI" w:hAnsi="Nirmala UI" w:cs="Nirmala UI"/>
          <w:lang w:val="en-IN"/>
        </w:rPr>
        <w:t>सदस्यांना</w:t>
      </w:r>
      <w:proofErr w:type="spellEnd"/>
      <w:r w:rsidRPr="00E64B7A">
        <w:rPr>
          <w:rFonts w:ascii="Nirmala UI" w:hAnsi="Nirmala UI" w:cs="Nirmala UI"/>
          <w:lang w:val="en-IN"/>
        </w:rPr>
        <w:t xml:space="preserve"> </w:t>
      </w:r>
      <w:proofErr w:type="spellStart"/>
      <w:r w:rsidRPr="00E64B7A">
        <w:rPr>
          <w:rFonts w:ascii="Nirmala UI" w:hAnsi="Nirmala UI" w:cs="Nirmala UI"/>
          <w:lang w:val="en-IN"/>
        </w:rPr>
        <w:t>हा</w:t>
      </w:r>
      <w:proofErr w:type="spellEnd"/>
      <w:r w:rsidRPr="00E64B7A">
        <w:rPr>
          <w:rFonts w:ascii="Nirmala UI" w:hAnsi="Nirmala UI" w:cs="Nirmala UI"/>
          <w:lang w:val="en-IN"/>
        </w:rPr>
        <w:t xml:space="preserve"> </w:t>
      </w:r>
      <w:proofErr w:type="spellStart"/>
      <w:r w:rsidRPr="00E64B7A">
        <w:rPr>
          <w:rFonts w:ascii="Nirmala UI" w:hAnsi="Nirmala UI" w:cs="Nirmala UI"/>
          <w:lang w:val="en-IN"/>
        </w:rPr>
        <w:t>फॉर्म</w:t>
      </w:r>
      <w:proofErr w:type="spellEnd"/>
      <w:r w:rsidRPr="00E64B7A">
        <w:rPr>
          <w:rFonts w:ascii="Nirmala UI" w:hAnsi="Nirmala UI" w:cs="Nirmala UI"/>
          <w:lang w:val="en-IN"/>
        </w:rPr>
        <w:t xml:space="preserve"> </w:t>
      </w:r>
      <w:proofErr w:type="spellStart"/>
      <w:r w:rsidRPr="00E64B7A">
        <w:rPr>
          <w:rFonts w:ascii="Nirmala UI" w:hAnsi="Nirmala UI" w:cs="Nirmala UI"/>
          <w:lang w:val="en-IN"/>
        </w:rPr>
        <w:t>भरण्याची</w:t>
      </w:r>
      <w:proofErr w:type="spellEnd"/>
      <w:r w:rsidRPr="00E64B7A">
        <w:rPr>
          <w:rFonts w:ascii="Nirmala UI" w:hAnsi="Nirmala UI" w:cs="Nirmala UI"/>
          <w:lang w:val="en-IN"/>
        </w:rPr>
        <w:t xml:space="preserve"> </w:t>
      </w:r>
      <w:proofErr w:type="spellStart"/>
      <w:r w:rsidRPr="00E64B7A">
        <w:rPr>
          <w:rFonts w:ascii="Nirmala UI" w:hAnsi="Nirmala UI" w:cs="Nirmala UI"/>
          <w:lang w:val="en-IN"/>
        </w:rPr>
        <w:t>सुविधा</w:t>
      </w:r>
      <w:proofErr w:type="spellEnd"/>
      <w:r w:rsidRPr="00E64B7A">
        <w:rPr>
          <w:rFonts w:ascii="Nirmala UI" w:hAnsi="Nirmala UI" w:cs="Nirmala UI"/>
          <w:lang w:val="en-IN"/>
        </w:rPr>
        <w:t xml:space="preserve"> </w:t>
      </w:r>
      <w:proofErr w:type="spellStart"/>
      <w:r w:rsidRPr="00E64B7A">
        <w:rPr>
          <w:rFonts w:ascii="Nirmala UI" w:hAnsi="Nirmala UI" w:cs="Nirmala UI"/>
          <w:lang w:val="en-IN"/>
        </w:rPr>
        <w:t>देण्यात</w:t>
      </w:r>
      <w:proofErr w:type="spellEnd"/>
      <w:r w:rsidRPr="00E64B7A">
        <w:rPr>
          <w:rFonts w:ascii="Nirmala UI" w:hAnsi="Nirmala UI" w:cs="Nirmala UI"/>
          <w:lang w:val="en-IN"/>
        </w:rPr>
        <w:t xml:space="preserve"> </w:t>
      </w:r>
      <w:proofErr w:type="spellStart"/>
      <w:r w:rsidRPr="00E64B7A">
        <w:rPr>
          <w:rFonts w:ascii="Nirmala UI" w:hAnsi="Nirmala UI" w:cs="Nirmala UI"/>
          <w:lang w:val="en-IN"/>
        </w:rPr>
        <w:t>आली</w:t>
      </w:r>
      <w:proofErr w:type="spellEnd"/>
      <w:r w:rsidRPr="00E64B7A">
        <w:rPr>
          <w:rFonts w:ascii="Nirmala UI" w:hAnsi="Nirmala UI" w:cs="Nirmala UI"/>
          <w:lang w:val="en-IN"/>
        </w:rPr>
        <w:t xml:space="preserve"> </w:t>
      </w:r>
      <w:proofErr w:type="spellStart"/>
      <w:r w:rsidRPr="00E64B7A">
        <w:rPr>
          <w:rFonts w:ascii="Nirmala UI" w:hAnsi="Nirmala UI" w:cs="Nirmala UI"/>
          <w:lang w:val="en-IN"/>
        </w:rPr>
        <w:t>आहे</w:t>
      </w:r>
      <w:proofErr w:type="spellEnd"/>
      <w:r w:rsidRPr="00E64B7A">
        <w:rPr>
          <w:rFonts w:ascii="Nirmala UI" w:hAnsi="Nirmala UI" w:cs="Nirmala UI"/>
          <w:lang w:val="en-IN"/>
        </w:rPr>
        <w:t xml:space="preserve">. </w:t>
      </w:r>
    </w:p>
    <w:p w14:paraId="2A740DE5" w14:textId="77777777" w:rsidR="00E64B7A" w:rsidRPr="00E64B7A" w:rsidRDefault="00E64B7A" w:rsidP="00E64B7A">
      <w:pPr>
        <w:numPr>
          <w:ilvl w:val="0"/>
          <w:numId w:val="10"/>
        </w:numPr>
        <w:spacing w:after="120"/>
        <w:rPr>
          <w:rFonts w:ascii="Nirmala UI" w:hAnsi="Nirmala UI" w:cs="Nirmala UI"/>
          <w:lang w:val="en-IN"/>
        </w:rPr>
      </w:pPr>
      <w:proofErr w:type="spellStart"/>
      <w:r w:rsidRPr="00E64B7A">
        <w:rPr>
          <w:rFonts w:ascii="Nirmala UI" w:hAnsi="Nirmala UI" w:cs="Nirmala UI"/>
          <w:b/>
          <w:bCs/>
          <w:lang w:val="en-IN"/>
        </w:rPr>
        <w:t>माहितीत</w:t>
      </w:r>
      <w:proofErr w:type="spellEnd"/>
      <w:r w:rsidRPr="00E64B7A">
        <w:rPr>
          <w:rFonts w:ascii="Nirmala UI" w:hAnsi="Nirmala UI" w:cs="Nirmala UI"/>
          <w:b/>
          <w:bCs/>
          <w:lang w:val="en-IN"/>
        </w:rPr>
        <w:t xml:space="preserve"> </w:t>
      </w:r>
      <w:proofErr w:type="spellStart"/>
      <w:r w:rsidRPr="00E64B7A">
        <w:rPr>
          <w:rFonts w:ascii="Nirmala UI" w:hAnsi="Nirmala UI" w:cs="Nirmala UI"/>
          <w:b/>
          <w:bCs/>
          <w:lang w:val="en-IN"/>
        </w:rPr>
        <w:t>बदल</w:t>
      </w:r>
      <w:proofErr w:type="spellEnd"/>
      <w:r w:rsidRPr="00E64B7A">
        <w:rPr>
          <w:rFonts w:ascii="Nirmala UI" w:hAnsi="Nirmala UI" w:cs="Nirmala UI"/>
          <w:b/>
          <w:bCs/>
          <w:lang w:val="en-IN"/>
        </w:rPr>
        <w:t>:</w:t>
      </w:r>
      <w:r w:rsidRPr="00E64B7A">
        <w:rPr>
          <w:rFonts w:ascii="Nirmala UI" w:hAnsi="Nirmala UI" w:cs="Nirmala UI"/>
          <w:lang w:val="en-IN"/>
        </w:rPr>
        <w:t xml:space="preserve"> </w:t>
      </w:r>
      <w:proofErr w:type="spellStart"/>
      <w:r w:rsidRPr="00E64B7A">
        <w:rPr>
          <w:rFonts w:ascii="Nirmala UI" w:hAnsi="Nirmala UI" w:cs="Nirmala UI"/>
          <w:lang w:val="en-IN"/>
        </w:rPr>
        <w:t>अर्जदारांना</w:t>
      </w:r>
      <w:proofErr w:type="spellEnd"/>
      <w:r w:rsidRPr="00E64B7A">
        <w:rPr>
          <w:rFonts w:ascii="Nirmala UI" w:hAnsi="Nirmala UI" w:cs="Nirmala UI"/>
          <w:lang w:val="en-IN"/>
        </w:rPr>
        <w:t xml:space="preserve"> </w:t>
      </w:r>
      <w:proofErr w:type="spellStart"/>
      <w:r w:rsidRPr="00E64B7A">
        <w:rPr>
          <w:rFonts w:ascii="Nirmala UI" w:hAnsi="Nirmala UI" w:cs="Nirmala UI"/>
          <w:lang w:val="en-IN"/>
        </w:rPr>
        <w:t>आवश्यक</w:t>
      </w:r>
      <w:proofErr w:type="spellEnd"/>
      <w:r w:rsidRPr="00E64B7A">
        <w:rPr>
          <w:rFonts w:ascii="Nirmala UI" w:hAnsi="Nirmala UI" w:cs="Nirmala UI"/>
          <w:lang w:val="en-IN"/>
        </w:rPr>
        <w:t xml:space="preserve"> </w:t>
      </w:r>
      <w:proofErr w:type="spellStart"/>
      <w:r w:rsidRPr="00E64B7A">
        <w:rPr>
          <w:rFonts w:ascii="Nirmala UI" w:hAnsi="Nirmala UI" w:cs="Nirmala UI"/>
          <w:lang w:val="en-IN"/>
        </w:rPr>
        <w:t>असल्यास</w:t>
      </w:r>
      <w:proofErr w:type="spellEnd"/>
      <w:r w:rsidRPr="00E64B7A">
        <w:rPr>
          <w:rFonts w:ascii="Nirmala UI" w:hAnsi="Nirmala UI" w:cs="Nirmala UI"/>
          <w:lang w:val="en-IN"/>
        </w:rPr>
        <w:t xml:space="preserve"> </w:t>
      </w:r>
      <w:proofErr w:type="spellStart"/>
      <w:r w:rsidRPr="00E64B7A">
        <w:rPr>
          <w:rFonts w:ascii="Nirmala UI" w:hAnsi="Nirmala UI" w:cs="Nirmala UI"/>
          <w:lang w:val="en-IN"/>
        </w:rPr>
        <w:t>माहितीमध्ये</w:t>
      </w:r>
      <w:proofErr w:type="spellEnd"/>
      <w:r w:rsidRPr="00E64B7A">
        <w:rPr>
          <w:rFonts w:ascii="Nirmala UI" w:hAnsi="Nirmala UI" w:cs="Nirmala UI"/>
          <w:lang w:val="en-IN"/>
        </w:rPr>
        <w:t xml:space="preserve"> </w:t>
      </w:r>
      <w:proofErr w:type="spellStart"/>
      <w:r w:rsidRPr="00E64B7A">
        <w:rPr>
          <w:rFonts w:ascii="Nirmala UI" w:hAnsi="Nirmala UI" w:cs="Nirmala UI"/>
          <w:lang w:val="en-IN"/>
        </w:rPr>
        <w:t>बदल</w:t>
      </w:r>
      <w:proofErr w:type="spellEnd"/>
      <w:r w:rsidRPr="00E64B7A">
        <w:rPr>
          <w:rFonts w:ascii="Nirmala UI" w:hAnsi="Nirmala UI" w:cs="Nirmala UI"/>
          <w:lang w:val="en-IN"/>
        </w:rPr>
        <w:t xml:space="preserve"> </w:t>
      </w:r>
      <w:proofErr w:type="spellStart"/>
      <w:r w:rsidRPr="00E64B7A">
        <w:rPr>
          <w:rFonts w:ascii="Nirmala UI" w:hAnsi="Nirmala UI" w:cs="Nirmala UI"/>
          <w:lang w:val="en-IN"/>
        </w:rPr>
        <w:t>करण्याची</w:t>
      </w:r>
      <w:proofErr w:type="spellEnd"/>
      <w:r w:rsidRPr="00E64B7A">
        <w:rPr>
          <w:rFonts w:ascii="Nirmala UI" w:hAnsi="Nirmala UI" w:cs="Nirmala UI"/>
          <w:lang w:val="en-IN"/>
        </w:rPr>
        <w:t xml:space="preserve"> </w:t>
      </w:r>
      <w:proofErr w:type="spellStart"/>
      <w:r w:rsidRPr="00E64B7A">
        <w:rPr>
          <w:rFonts w:ascii="Nirmala UI" w:hAnsi="Nirmala UI" w:cs="Nirmala UI"/>
          <w:lang w:val="en-IN"/>
        </w:rPr>
        <w:t>सुविधा</w:t>
      </w:r>
      <w:proofErr w:type="spellEnd"/>
      <w:r w:rsidRPr="00E64B7A">
        <w:rPr>
          <w:rFonts w:ascii="Nirmala UI" w:hAnsi="Nirmala UI" w:cs="Nirmala UI"/>
          <w:lang w:val="en-IN"/>
        </w:rPr>
        <w:t xml:space="preserve"> </w:t>
      </w:r>
      <w:proofErr w:type="spellStart"/>
      <w:r w:rsidRPr="00E64B7A">
        <w:rPr>
          <w:rFonts w:ascii="Nirmala UI" w:hAnsi="Nirmala UI" w:cs="Nirmala UI"/>
          <w:lang w:val="en-IN"/>
        </w:rPr>
        <w:t>प्रणालीमध्ये</w:t>
      </w:r>
      <w:proofErr w:type="spellEnd"/>
      <w:r w:rsidRPr="00E64B7A">
        <w:rPr>
          <w:rFonts w:ascii="Nirmala UI" w:hAnsi="Nirmala UI" w:cs="Nirmala UI"/>
          <w:lang w:val="en-IN"/>
        </w:rPr>
        <w:t xml:space="preserve"> </w:t>
      </w:r>
      <w:proofErr w:type="spellStart"/>
      <w:r w:rsidRPr="00E64B7A">
        <w:rPr>
          <w:rFonts w:ascii="Nirmala UI" w:hAnsi="Nirmala UI" w:cs="Nirmala UI"/>
          <w:lang w:val="en-IN"/>
        </w:rPr>
        <w:t>उपलब्ध</w:t>
      </w:r>
      <w:proofErr w:type="spellEnd"/>
      <w:r w:rsidRPr="00E64B7A">
        <w:rPr>
          <w:rFonts w:ascii="Nirmala UI" w:hAnsi="Nirmala UI" w:cs="Nirmala UI"/>
          <w:lang w:val="en-IN"/>
        </w:rPr>
        <w:t xml:space="preserve"> </w:t>
      </w:r>
      <w:proofErr w:type="spellStart"/>
      <w:r w:rsidRPr="00E64B7A">
        <w:rPr>
          <w:rFonts w:ascii="Nirmala UI" w:hAnsi="Nirmala UI" w:cs="Nirmala UI"/>
          <w:lang w:val="en-IN"/>
        </w:rPr>
        <w:t>आहे</w:t>
      </w:r>
      <w:proofErr w:type="spellEnd"/>
      <w:r w:rsidRPr="00E64B7A">
        <w:rPr>
          <w:rFonts w:ascii="Nirmala UI" w:hAnsi="Nirmala UI" w:cs="Nirmala UI"/>
          <w:lang w:val="en-IN"/>
        </w:rPr>
        <w:t xml:space="preserve">. </w:t>
      </w:r>
    </w:p>
    <w:p w14:paraId="4145D498" w14:textId="77777777" w:rsidR="00E64B7A" w:rsidRPr="00E64B7A" w:rsidRDefault="00E64B7A" w:rsidP="00E64B7A">
      <w:pPr>
        <w:numPr>
          <w:ilvl w:val="0"/>
          <w:numId w:val="10"/>
        </w:numPr>
        <w:spacing w:after="120"/>
        <w:rPr>
          <w:rFonts w:ascii="Nirmala UI" w:hAnsi="Nirmala UI" w:cs="Nirmala UI"/>
          <w:lang w:val="en-IN"/>
        </w:rPr>
      </w:pPr>
      <w:proofErr w:type="spellStart"/>
      <w:r w:rsidRPr="00E64B7A">
        <w:rPr>
          <w:rFonts w:ascii="Nirmala UI" w:hAnsi="Nirmala UI" w:cs="Nirmala UI"/>
          <w:b/>
          <w:bCs/>
          <w:lang w:val="en-IN"/>
        </w:rPr>
        <w:t>कुटुंबाचा</w:t>
      </w:r>
      <w:proofErr w:type="spellEnd"/>
      <w:r w:rsidRPr="00E64B7A">
        <w:rPr>
          <w:rFonts w:ascii="Nirmala UI" w:hAnsi="Nirmala UI" w:cs="Nirmala UI"/>
          <w:b/>
          <w:bCs/>
          <w:lang w:val="en-IN"/>
        </w:rPr>
        <w:t xml:space="preserve"> </w:t>
      </w:r>
      <w:proofErr w:type="spellStart"/>
      <w:r w:rsidRPr="00E64B7A">
        <w:rPr>
          <w:rFonts w:ascii="Nirmala UI" w:hAnsi="Nirmala UI" w:cs="Nirmala UI"/>
          <w:b/>
          <w:bCs/>
          <w:lang w:val="en-IN"/>
        </w:rPr>
        <w:t>अचूक</w:t>
      </w:r>
      <w:proofErr w:type="spellEnd"/>
      <w:r w:rsidRPr="00E64B7A">
        <w:rPr>
          <w:rFonts w:ascii="Nirmala UI" w:hAnsi="Nirmala UI" w:cs="Nirmala UI"/>
          <w:b/>
          <w:bCs/>
          <w:lang w:val="en-IN"/>
        </w:rPr>
        <w:t xml:space="preserve"> </w:t>
      </w:r>
      <w:proofErr w:type="spellStart"/>
      <w:r w:rsidRPr="00E64B7A">
        <w:rPr>
          <w:rFonts w:ascii="Nirmala UI" w:hAnsi="Nirmala UI" w:cs="Nirmala UI"/>
          <w:b/>
          <w:bCs/>
          <w:lang w:val="en-IN"/>
        </w:rPr>
        <w:t>तपशील</w:t>
      </w:r>
      <w:proofErr w:type="spellEnd"/>
      <w:r w:rsidRPr="00E64B7A">
        <w:rPr>
          <w:rFonts w:ascii="Nirmala UI" w:hAnsi="Nirmala UI" w:cs="Nirmala UI"/>
          <w:b/>
          <w:bCs/>
          <w:lang w:val="en-IN"/>
        </w:rPr>
        <w:t xml:space="preserve"> (</w:t>
      </w:r>
      <w:proofErr w:type="spellStart"/>
      <w:r w:rsidRPr="00E64B7A">
        <w:rPr>
          <w:rFonts w:ascii="Nirmala UI" w:hAnsi="Nirmala UI" w:cs="Nirmala UI"/>
          <w:b/>
          <w:bCs/>
          <w:lang w:val="en-IN"/>
        </w:rPr>
        <w:t>मुद्दा</w:t>
      </w:r>
      <w:proofErr w:type="spellEnd"/>
      <w:r w:rsidRPr="00E64B7A">
        <w:rPr>
          <w:rFonts w:ascii="Nirmala UI" w:hAnsi="Nirmala UI" w:cs="Nirmala UI"/>
          <w:b/>
          <w:bCs/>
          <w:lang w:val="en-IN"/>
        </w:rPr>
        <w:t xml:space="preserve"> </w:t>
      </w:r>
      <w:proofErr w:type="spellStart"/>
      <w:r w:rsidRPr="00E64B7A">
        <w:rPr>
          <w:rFonts w:ascii="Nirmala UI" w:hAnsi="Nirmala UI" w:cs="Nirmala UI"/>
          <w:b/>
          <w:bCs/>
          <w:lang w:val="en-IN"/>
        </w:rPr>
        <w:t>क्र</w:t>
      </w:r>
      <w:proofErr w:type="spellEnd"/>
      <w:r w:rsidRPr="00E64B7A">
        <w:rPr>
          <w:rFonts w:ascii="Nirmala UI" w:hAnsi="Nirmala UI" w:cs="Nirmala UI"/>
          <w:b/>
          <w:bCs/>
          <w:lang w:val="en-IN"/>
        </w:rPr>
        <w:t>. ६):</w:t>
      </w:r>
    </w:p>
    <w:p w14:paraId="2EF9B338" w14:textId="77777777" w:rsidR="00E64B7A" w:rsidRPr="00E64B7A" w:rsidRDefault="00E64B7A" w:rsidP="00E64B7A">
      <w:pPr>
        <w:numPr>
          <w:ilvl w:val="1"/>
          <w:numId w:val="10"/>
        </w:numPr>
        <w:spacing w:after="120"/>
        <w:rPr>
          <w:rFonts w:ascii="Nirmala UI" w:hAnsi="Nirmala UI" w:cs="Nirmala UI"/>
          <w:lang w:val="en-IN"/>
        </w:rPr>
      </w:pPr>
      <w:proofErr w:type="spellStart"/>
      <w:r w:rsidRPr="00E64B7A">
        <w:rPr>
          <w:rFonts w:ascii="Nirmala UI" w:hAnsi="Nirmala UI" w:cs="Nirmala UI"/>
          <w:lang w:val="en-IN"/>
        </w:rPr>
        <w:t>भविष्यात</w:t>
      </w:r>
      <w:proofErr w:type="spellEnd"/>
      <w:r w:rsidRPr="00E64B7A">
        <w:rPr>
          <w:rFonts w:ascii="Nirmala UI" w:hAnsi="Nirmala UI" w:cs="Nirmala UI"/>
          <w:lang w:val="en-IN"/>
        </w:rPr>
        <w:t xml:space="preserve"> </w:t>
      </w:r>
      <w:proofErr w:type="spellStart"/>
      <w:r w:rsidRPr="00E64B7A">
        <w:rPr>
          <w:rFonts w:ascii="Nirmala UI" w:hAnsi="Nirmala UI" w:cs="Nirmala UI"/>
          <w:lang w:val="en-IN"/>
        </w:rPr>
        <w:t>कुटुंब</w:t>
      </w:r>
      <w:proofErr w:type="spellEnd"/>
      <w:r w:rsidRPr="00E64B7A">
        <w:rPr>
          <w:rFonts w:ascii="Nirmala UI" w:hAnsi="Nirmala UI" w:cs="Nirmala UI"/>
          <w:lang w:val="en-IN"/>
        </w:rPr>
        <w:t xml:space="preserve"> </w:t>
      </w:r>
      <w:proofErr w:type="spellStart"/>
      <w:r w:rsidRPr="00E64B7A">
        <w:rPr>
          <w:rFonts w:ascii="Nirmala UI" w:hAnsi="Nirmala UI" w:cs="Nirmala UI"/>
          <w:lang w:val="en-IN"/>
        </w:rPr>
        <w:t>निवृत्तिवेतनासाठी</w:t>
      </w:r>
      <w:proofErr w:type="spellEnd"/>
      <w:r w:rsidRPr="00E64B7A">
        <w:rPr>
          <w:rFonts w:ascii="Nirmala UI" w:hAnsi="Nirmala UI" w:cs="Nirmala UI"/>
          <w:lang w:val="en-IN"/>
        </w:rPr>
        <w:t xml:space="preserve"> </w:t>
      </w:r>
      <w:proofErr w:type="spellStart"/>
      <w:r w:rsidRPr="00E64B7A">
        <w:rPr>
          <w:rFonts w:ascii="Nirmala UI" w:hAnsi="Nirmala UI" w:cs="Nirmala UI"/>
          <w:lang w:val="en-IN"/>
        </w:rPr>
        <w:t>पात्र</w:t>
      </w:r>
      <w:proofErr w:type="spellEnd"/>
      <w:r w:rsidRPr="00E64B7A">
        <w:rPr>
          <w:rFonts w:ascii="Nirmala UI" w:hAnsi="Nirmala UI" w:cs="Nirmala UI"/>
          <w:lang w:val="en-IN"/>
        </w:rPr>
        <w:t xml:space="preserve"> </w:t>
      </w:r>
      <w:proofErr w:type="spellStart"/>
      <w:r w:rsidRPr="00E64B7A">
        <w:rPr>
          <w:rFonts w:ascii="Nirmala UI" w:hAnsi="Nirmala UI" w:cs="Nirmala UI"/>
          <w:lang w:val="en-IN"/>
        </w:rPr>
        <w:t>ठरणाऱ्या</w:t>
      </w:r>
      <w:proofErr w:type="spellEnd"/>
      <w:r w:rsidRPr="00E64B7A">
        <w:rPr>
          <w:rFonts w:ascii="Nirmala UI" w:hAnsi="Nirmala UI" w:cs="Nirmala UI"/>
          <w:lang w:val="en-IN"/>
        </w:rPr>
        <w:t xml:space="preserve"> </w:t>
      </w:r>
      <w:proofErr w:type="spellStart"/>
      <w:r w:rsidRPr="00E64B7A">
        <w:rPr>
          <w:rFonts w:ascii="Nirmala UI" w:hAnsi="Nirmala UI" w:cs="Nirmala UI"/>
          <w:lang w:val="en-IN"/>
        </w:rPr>
        <w:t>सदस्यांची</w:t>
      </w:r>
      <w:proofErr w:type="spellEnd"/>
      <w:r w:rsidRPr="00E64B7A">
        <w:rPr>
          <w:rFonts w:ascii="Nirmala UI" w:hAnsi="Nirmala UI" w:cs="Nirmala UI"/>
          <w:lang w:val="en-IN"/>
        </w:rPr>
        <w:t xml:space="preserve"> (</w:t>
      </w:r>
      <w:proofErr w:type="spellStart"/>
      <w:r w:rsidRPr="00E64B7A">
        <w:rPr>
          <w:rFonts w:ascii="Nirmala UI" w:hAnsi="Nirmala UI" w:cs="Nirmala UI"/>
          <w:lang w:val="en-IN"/>
        </w:rPr>
        <w:t>उदा</w:t>
      </w:r>
      <w:proofErr w:type="spellEnd"/>
      <w:r w:rsidRPr="00E64B7A">
        <w:rPr>
          <w:rFonts w:ascii="Nirmala UI" w:hAnsi="Nirmala UI" w:cs="Nirmala UI"/>
          <w:lang w:val="en-IN"/>
        </w:rPr>
        <w:t xml:space="preserve">. </w:t>
      </w:r>
      <w:proofErr w:type="spellStart"/>
      <w:r w:rsidRPr="00E64B7A">
        <w:rPr>
          <w:rFonts w:ascii="Nirmala UI" w:hAnsi="Nirmala UI" w:cs="Nirmala UI"/>
          <w:lang w:val="en-IN"/>
        </w:rPr>
        <w:t>अपंग</w:t>
      </w:r>
      <w:proofErr w:type="spellEnd"/>
      <w:r w:rsidRPr="00E64B7A">
        <w:rPr>
          <w:rFonts w:ascii="Nirmala UI" w:hAnsi="Nirmala UI" w:cs="Nirmala UI"/>
          <w:lang w:val="en-IN"/>
        </w:rPr>
        <w:t xml:space="preserve"> </w:t>
      </w:r>
      <w:proofErr w:type="spellStart"/>
      <w:r w:rsidRPr="00E64B7A">
        <w:rPr>
          <w:rFonts w:ascii="Nirmala UI" w:hAnsi="Nirmala UI" w:cs="Nirmala UI"/>
          <w:lang w:val="en-IN"/>
        </w:rPr>
        <w:t>मूल</w:t>
      </w:r>
      <w:proofErr w:type="spellEnd"/>
      <w:r w:rsidRPr="00E64B7A">
        <w:rPr>
          <w:rFonts w:ascii="Nirmala UI" w:hAnsi="Nirmala UI" w:cs="Nirmala UI"/>
          <w:lang w:val="en-IN"/>
        </w:rPr>
        <w:t xml:space="preserve">, </w:t>
      </w:r>
      <w:proofErr w:type="spellStart"/>
      <w:r w:rsidRPr="00E64B7A">
        <w:rPr>
          <w:rFonts w:ascii="Nirmala UI" w:hAnsi="Nirmala UI" w:cs="Nirmala UI"/>
          <w:lang w:val="en-IN"/>
        </w:rPr>
        <w:t>अविवाहित</w:t>
      </w:r>
      <w:proofErr w:type="spellEnd"/>
      <w:r w:rsidRPr="00E64B7A">
        <w:rPr>
          <w:rFonts w:ascii="Nirmala UI" w:hAnsi="Nirmala UI" w:cs="Nirmala UI"/>
          <w:lang w:val="en-IN"/>
        </w:rPr>
        <w:t>/</w:t>
      </w:r>
      <w:proofErr w:type="spellStart"/>
      <w:r w:rsidRPr="00E64B7A">
        <w:rPr>
          <w:rFonts w:ascii="Nirmala UI" w:hAnsi="Nirmala UI" w:cs="Nirmala UI"/>
          <w:lang w:val="en-IN"/>
        </w:rPr>
        <w:t>घटस्फोटित</w:t>
      </w:r>
      <w:proofErr w:type="spellEnd"/>
      <w:r w:rsidRPr="00E64B7A">
        <w:rPr>
          <w:rFonts w:ascii="Nirmala UI" w:hAnsi="Nirmala UI" w:cs="Nirmala UI"/>
          <w:lang w:val="en-IN"/>
        </w:rPr>
        <w:t>/</w:t>
      </w:r>
      <w:proofErr w:type="spellStart"/>
      <w:r w:rsidRPr="00E64B7A">
        <w:rPr>
          <w:rFonts w:ascii="Nirmala UI" w:hAnsi="Nirmala UI" w:cs="Nirmala UI"/>
          <w:lang w:val="en-IN"/>
        </w:rPr>
        <w:t>विधवा</w:t>
      </w:r>
      <w:proofErr w:type="spellEnd"/>
      <w:r w:rsidRPr="00E64B7A">
        <w:rPr>
          <w:rFonts w:ascii="Nirmala UI" w:hAnsi="Nirmala UI" w:cs="Nirmala UI"/>
          <w:lang w:val="en-IN"/>
        </w:rPr>
        <w:t xml:space="preserve"> </w:t>
      </w:r>
      <w:proofErr w:type="spellStart"/>
      <w:r w:rsidRPr="00E64B7A">
        <w:rPr>
          <w:rFonts w:ascii="Nirmala UI" w:hAnsi="Nirmala UI" w:cs="Nirmala UI"/>
          <w:lang w:val="en-IN"/>
        </w:rPr>
        <w:t>मुलगी</w:t>
      </w:r>
      <w:proofErr w:type="spellEnd"/>
      <w:r w:rsidRPr="00E64B7A">
        <w:rPr>
          <w:rFonts w:ascii="Nirmala UI" w:hAnsi="Nirmala UI" w:cs="Nirmala UI"/>
          <w:lang w:val="en-IN"/>
        </w:rPr>
        <w:t xml:space="preserve">, </w:t>
      </w:r>
      <w:proofErr w:type="spellStart"/>
      <w:r w:rsidRPr="00E64B7A">
        <w:rPr>
          <w:rFonts w:ascii="Nirmala UI" w:hAnsi="Nirmala UI" w:cs="Nirmala UI"/>
          <w:lang w:val="en-IN"/>
        </w:rPr>
        <w:t>अज्ञान</w:t>
      </w:r>
      <w:proofErr w:type="spellEnd"/>
      <w:r w:rsidRPr="00E64B7A">
        <w:rPr>
          <w:rFonts w:ascii="Nirmala UI" w:hAnsi="Nirmala UI" w:cs="Nirmala UI"/>
          <w:lang w:val="en-IN"/>
        </w:rPr>
        <w:t xml:space="preserve"> </w:t>
      </w:r>
      <w:proofErr w:type="spellStart"/>
      <w:r w:rsidRPr="00E64B7A">
        <w:rPr>
          <w:rFonts w:ascii="Nirmala UI" w:hAnsi="Nirmala UI" w:cs="Nirmala UI"/>
          <w:lang w:val="en-IN"/>
        </w:rPr>
        <w:t>जुळी</w:t>
      </w:r>
      <w:proofErr w:type="spellEnd"/>
      <w:r w:rsidRPr="00E64B7A">
        <w:rPr>
          <w:rFonts w:ascii="Nirmala UI" w:hAnsi="Nirmala UI" w:cs="Nirmala UI"/>
          <w:lang w:val="en-IN"/>
        </w:rPr>
        <w:t xml:space="preserve"> </w:t>
      </w:r>
      <w:proofErr w:type="spellStart"/>
      <w:r w:rsidRPr="00E64B7A">
        <w:rPr>
          <w:rFonts w:ascii="Nirmala UI" w:hAnsi="Nirmala UI" w:cs="Nirmala UI"/>
          <w:lang w:val="en-IN"/>
        </w:rPr>
        <w:t>किंवा</w:t>
      </w:r>
      <w:proofErr w:type="spellEnd"/>
      <w:r w:rsidRPr="00E64B7A">
        <w:rPr>
          <w:rFonts w:ascii="Nirmala UI" w:hAnsi="Nirmala UI" w:cs="Nirmala UI"/>
          <w:lang w:val="en-IN"/>
        </w:rPr>
        <w:t xml:space="preserve"> </w:t>
      </w:r>
      <w:proofErr w:type="spellStart"/>
      <w:r w:rsidRPr="00E64B7A">
        <w:rPr>
          <w:rFonts w:ascii="Nirmala UI" w:hAnsi="Nirmala UI" w:cs="Nirmala UI"/>
          <w:lang w:val="en-IN"/>
        </w:rPr>
        <w:t>दत्तक</w:t>
      </w:r>
      <w:proofErr w:type="spellEnd"/>
      <w:r w:rsidRPr="00E64B7A">
        <w:rPr>
          <w:rFonts w:ascii="Nirmala UI" w:hAnsi="Nirmala UI" w:cs="Nirmala UI"/>
          <w:lang w:val="en-IN"/>
        </w:rPr>
        <w:t xml:space="preserve"> </w:t>
      </w:r>
      <w:proofErr w:type="spellStart"/>
      <w:r w:rsidRPr="00E64B7A">
        <w:rPr>
          <w:rFonts w:ascii="Nirmala UI" w:hAnsi="Nirmala UI" w:cs="Nirmala UI"/>
          <w:lang w:val="en-IN"/>
        </w:rPr>
        <w:t>मुले</w:t>
      </w:r>
      <w:proofErr w:type="spellEnd"/>
      <w:r w:rsidRPr="00E64B7A">
        <w:rPr>
          <w:rFonts w:ascii="Nirmala UI" w:hAnsi="Nirmala UI" w:cs="Nirmala UI"/>
          <w:lang w:val="en-IN"/>
        </w:rPr>
        <w:t xml:space="preserve">, </w:t>
      </w:r>
      <w:proofErr w:type="spellStart"/>
      <w:r w:rsidRPr="00E64B7A">
        <w:rPr>
          <w:rFonts w:ascii="Nirmala UI" w:hAnsi="Nirmala UI" w:cs="Nirmala UI"/>
          <w:lang w:val="en-IN"/>
        </w:rPr>
        <w:t>अवलंबून</w:t>
      </w:r>
      <w:proofErr w:type="spellEnd"/>
      <w:r w:rsidRPr="00E64B7A">
        <w:rPr>
          <w:rFonts w:ascii="Nirmala UI" w:hAnsi="Nirmala UI" w:cs="Nirmala UI"/>
          <w:lang w:val="en-IN"/>
        </w:rPr>
        <w:t xml:space="preserve"> </w:t>
      </w:r>
      <w:proofErr w:type="spellStart"/>
      <w:r w:rsidRPr="00E64B7A">
        <w:rPr>
          <w:rFonts w:ascii="Nirmala UI" w:hAnsi="Nirmala UI" w:cs="Nirmala UI"/>
          <w:lang w:val="en-IN"/>
        </w:rPr>
        <w:t>असलेले</w:t>
      </w:r>
      <w:proofErr w:type="spellEnd"/>
      <w:r w:rsidRPr="00E64B7A">
        <w:rPr>
          <w:rFonts w:ascii="Nirmala UI" w:hAnsi="Nirmala UI" w:cs="Nirmala UI"/>
          <w:lang w:val="en-IN"/>
        </w:rPr>
        <w:t xml:space="preserve"> </w:t>
      </w:r>
      <w:proofErr w:type="spellStart"/>
      <w:r w:rsidRPr="00E64B7A">
        <w:rPr>
          <w:rFonts w:ascii="Nirmala UI" w:hAnsi="Nirmala UI" w:cs="Nirmala UI"/>
          <w:lang w:val="en-IN"/>
        </w:rPr>
        <w:t>आई-वडील</w:t>
      </w:r>
      <w:proofErr w:type="spellEnd"/>
      <w:r w:rsidRPr="00E64B7A">
        <w:rPr>
          <w:rFonts w:ascii="Nirmala UI" w:hAnsi="Nirmala UI" w:cs="Nirmala UI"/>
          <w:lang w:val="en-IN"/>
        </w:rPr>
        <w:t xml:space="preserve">) </w:t>
      </w:r>
      <w:proofErr w:type="spellStart"/>
      <w:r w:rsidRPr="00E64B7A">
        <w:rPr>
          <w:rFonts w:ascii="Nirmala UI" w:hAnsi="Nirmala UI" w:cs="Nirmala UI"/>
          <w:lang w:val="en-IN"/>
        </w:rPr>
        <w:t>अचूक</w:t>
      </w:r>
      <w:proofErr w:type="spellEnd"/>
      <w:r w:rsidRPr="00E64B7A">
        <w:rPr>
          <w:rFonts w:ascii="Nirmala UI" w:hAnsi="Nirmala UI" w:cs="Nirmala UI"/>
          <w:lang w:val="en-IN"/>
        </w:rPr>
        <w:t xml:space="preserve"> </w:t>
      </w:r>
      <w:proofErr w:type="spellStart"/>
      <w:r w:rsidRPr="00E64B7A">
        <w:rPr>
          <w:rFonts w:ascii="Nirmala UI" w:hAnsi="Nirmala UI" w:cs="Nirmala UI"/>
          <w:lang w:val="en-IN"/>
        </w:rPr>
        <w:t>माहिती</w:t>
      </w:r>
      <w:proofErr w:type="spellEnd"/>
      <w:r w:rsidRPr="00E64B7A">
        <w:rPr>
          <w:rFonts w:ascii="Nirmala UI" w:hAnsi="Nirmala UI" w:cs="Nirmala UI"/>
          <w:lang w:val="en-IN"/>
        </w:rPr>
        <w:t xml:space="preserve"> </w:t>
      </w:r>
      <w:proofErr w:type="spellStart"/>
      <w:r w:rsidRPr="00E64B7A">
        <w:rPr>
          <w:rFonts w:ascii="Nirmala UI" w:hAnsi="Nirmala UI" w:cs="Nirmala UI"/>
          <w:lang w:val="en-IN"/>
        </w:rPr>
        <w:t>मुद्दा</w:t>
      </w:r>
      <w:proofErr w:type="spellEnd"/>
      <w:r w:rsidRPr="00E64B7A">
        <w:rPr>
          <w:rFonts w:ascii="Nirmala UI" w:hAnsi="Nirmala UI" w:cs="Nirmala UI"/>
          <w:lang w:val="en-IN"/>
        </w:rPr>
        <w:t xml:space="preserve"> </w:t>
      </w:r>
      <w:proofErr w:type="spellStart"/>
      <w:r w:rsidRPr="00E64B7A">
        <w:rPr>
          <w:rFonts w:ascii="Nirmala UI" w:hAnsi="Nirmala UI" w:cs="Nirmala UI"/>
          <w:lang w:val="en-IN"/>
        </w:rPr>
        <w:t>क्र</w:t>
      </w:r>
      <w:proofErr w:type="spellEnd"/>
      <w:r w:rsidRPr="00E64B7A">
        <w:rPr>
          <w:rFonts w:ascii="Nirmala UI" w:hAnsi="Nirmala UI" w:cs="Nirmala UI"/>
          <w:lang w:val="en-IN"/>
        </w:rPr>
        <w:t xml:space="preserve">. ६(iii) </w:t>
      </w:r>
      <w:proofErr w:type="spellStart"/>
      <w:r w:rsidRPr="00E64B7A">
        <w:rPr>
          <w:rFonts w:ascii="Nirmala UI" w:hAnsi="Nirmala UI" w:cs="Nirmala UI"/>
          <w:lang w:val="en-IN"/>
        </w:rPr>
        <w:t>मध्ये</w:t>
      </w:r>
      <w:proofErr w:type="spellEnd"/>
      <w:r w:rsidRPr="00E64B7A">
        <w:rPr>
          <w:rFonts w:ascii="Nirmala UI" w:hAnsi="Nirmala UI" w:cs="Nirmala UI"/>
          <w:lang w:val="en-IN"/>
        </w:rPr>
        <w:t xml:space="preserve"> </w:t>
      </w:r>
      <w:proofErr w:type="spellStart"/>
      <w:r w:rsidRPr="00E64B7A">
        <w:rPr>
          <w:rFonts w:ascii="Nirmala UI" w:hAnsi="Nirmala UI" w:cs="Nirmala UI"/>
          <w:lang w:val="en-IN"/>
        </w:rPr>
        <w:t>नोंदवावी</w:t>
      </w:r>
      <w:proofErr w:type="spellEnd"/>
      <w:r w:rsidRPr="00E64B7A">
        <w:rPr>
          <w:rFonts w:ascii="Nirmala UI" w:hAnsi="Nirmala UI" w:cs="Nirmala UI"/>
          <w:lang w:val="en-IN"/>
        </w:rPr>
        <w:t xml:space="preserve">. </w:t>
      </w:r>
    </w:p>
    <w:p w14:paraId="3C5D49AE" w14:textId="77777777" w:rsidR="00E64B7A" w:rsidRPr="00E64B7A" w:rsidRDefault="00E64B7A" w:rsidP="00E64B7A">
      <w:pPr>
        <w:numPr>
          <w:ilvl w:val="1"/>
          <w:numId w:val="10"/>
        </w:numPr>
        <w:spacing w:after="120"/>
        <w:rPr>
          <w:rFonts w:ascii="Nirmala UI" w:hAnsi="Nirmala UI" w:cs="Nirmala UI"/>
          <w:lang w:val="en-IN"/>
        </w:rPr>
      </w:pPr>
      <w:proofErr w:type="spellStart"/>
      <w:r w:rsidRPr="00E64B7A">
        <w:rPr>
          <w:rFonts w:ascii="Nirmala UI" w:hAnsi="Nirmala UI" w:cs="Nirmala UI"/>
          <w:lang w:val="en-IN"/>
        </w:rPr>
        <w:t>कुटुंबातील</w:t>
      </w:r>
      <w:proofErr w:type="spellEnd"/>
      <w:r w:rsidRPr="00E64B7A">
        <w:rPr>
          <w:rFonts w:ascii="Nirmala UI" w:hAnsi="Nirmala UI" w:cs="Nirmala UI"/>
          <w:lang w:val="en-IN"/>
        </w:rPr>
        <w:t xml:space="preserve"> </w:t>
      </w:r>
      <w:proofErr w:type="spellStart"/>
      <w:r w:rsidRPr="00E64B7A">
        <w:rPr>
          <w:rFonts w:ascii="Nirmala UI" w:hAnsi="Nirmala UI" w:cs="Nirmala UI"/>
          <w:lang w:val="en-IN"/>
        </w:rPr>
        <w:t>सदस्य</w:t>
      </w:r>
      <w:proofErr w:type="spellEnd"/>
      <w:r w:rsidRPr="00E64B7A">
        <w:rPr>
          <w:rFonts w:ascii="Nirmala UI" w:hAnsi="Nirmala UI" w:cs="Nirmala UI"/>
          <w:lang w:val="en-IN"/>
        </w:rPr>
        <w:t xml:space="preserve"> </w:t>
      </w:r>
      <w:proofErr w:type="spellStart"/>
      <w:r w:rsidRPr="00E64B7A">
        <w:rPr>
          <w:rFonts w:ascii="Nirmala UI" w:hAnsi="Nirmala UI" w:cs="Nirmala UI"/>
          <w:lang w:val="en-IN"/>
        </w:rPr>
        <w:t>मानसिक</w:t>
      </w:r>
      <w:proofErr w:type="spellEnd"/>
      <w:r w:rsidRPr="00E64B7A">
        <w:rPr>
          <w:rFonts w:ascii="Nirmala UI" w:hAnsi="Nirmala UI" w:cs="Nirmala UI"/>
          <w:lang w:val="en-IN"/>
        </w:rPr>
        <w:t xml:space="preserve"> </w:t>
      </w:r>
      <w:proofErr w:type="spellStart"/>
      <w:r w:rsidRPr="00E64B7A">
        <w:rPr>
          <w:rFonts w:ascii="Nirmala UI" w:hAnsi="Nirmala UI" w:cs="Nirmala UI"/>
          <w:lang w:val="en-IN"/>
        </w:rPr>
        <w:t>अपंग</w:t>
      </w:r>
      <w:proofErr w:type="spellEnd"/>
      <w:r w:rsidRPr="00E64B7A">
        <w:rPr>
          <w:rFonts w:ascii="Nirmala UI" w:hAnsi="Nirmala UI" w:cs="Nirmala UI"/>
          <w:lang w:val="en-IN"/>
        </w:rPr>
        <w:t xml:space="preserve"> </w:t>
      </w:r>
      <w:proofErr w:type="spellStart"/>
      <w:r w:rsidRPr="00E64B7A">
        <w:rPr>
          <w:rFonts w:ascii="Nirmala UI" w:hAnsi="Nirmala UI" w:cs="Nirmala UI"/>
          <w:lang w:val="en-IN"/>
        </w:rPr>
        <w:t>असल्यास</w:t>
      </w:r>
      <w:proofErr w:type="spellEnd"/>
      <w:r w:rsidRPr="00E64B7A">
        <w:rPr>
          <w:rFonts w:ascii="Nirmala UI" w:hAnsi="Nirmala UI" w:cs="Nirmala UI"/>
          <w:lang w:val="en-IN"/>
        </w:rPr>
        <w:t xml:space="preserve">, </w:t>
      </w:r>
      <w:proofErr w:type="spellStart"/>
      <w:r w:rsidRPr="00E64B7A">
        <w:rPr>
          <w:rFonts w:ascii="Nirmala UI" w:hAnsi="Nirmala UI" w:cs="Nirmala UI"/>
          <w:lang w:val="en-IN"/>
        </w:rPr>
        <w:t>त्यांच्या</w:t>
      </w:r>
      <w:proofErr w:type="spellEnd"/>
      <w:r w:rsidRPr="00E64B7A">
        <w:rPr>
          <w:rFonts w:ascii="Nirmala UI" w:hAnsi="Nirmala UI" w:cs="Nirmala UI"/>
          <w:lang w:val="en-IN"/>
        </w:rPr>
        <w:t xml:space="preserve"> </w:t>
      </w:r>
      <w:proofErr w:type="spellStart"/>
      <w:r w:rsidRPr="00E64B7A">
        <w:rPr>
          <w:rFonts w:ascii="Nirmala UI" w:hAnsi="Nirmala UI" w:cs="Nirmala UI"/>
          <w:lang w:val="en-IN"/>
        </w:rPr>
        <w:t>पालक</w:t>
      </w:r>
      <w:proofErr w:type="spellEnd"/>
      <w:r w:rsidRPr="00E64B7A">
        <w:rPr>
          <w:rFonts w:ascii="Nirmala UI" w:hAnsi="Nirmala UI" w:cs="Nirmala UI"/>
          <w:lang w:val="en-IN"/>
        </w:rPr>
        <w:t>/</w:t>
      </w:r>
      <w:proofErr w:type="spellStart"/>
      <w:r w:rsidRPr="00E64B7A">
        <w:rPr>
          <w:rFonts w:ascii="Nirmala UI" w:hAnsi="Nirmala UI" w:cs="Nirmala UI"/>
          <w:lang w:val="en-IN"/>
        </w:rPr>
        <w:t>नामनिर्देशित</w:t>
      </w:r>
      <w:proofErr w:type="spellEnd"/>
      <w:r w:rsidRPr="00E64B7A">
        <w:rPr>
          <w:rFonts w:ascii="Nirmala UI" w:hAnsi="Nirmala UI" w:cs="Nirmala UI"/>
          <w:lang w:val="en-IN"/>
        </w:rPr>
        <w:t xml:space="preserve"> (Nominee) </w:t>
      </w:r>
      <w:proofErr w:type="spellStart"/>
      <w:r w:rsidRPr="00E64B7A">
        <w:rPr>
          <w:rFonts w:ascii="Nirmala UI" w:hAnsi="Nirmala UI" w:cs="Nirmala UI"/>
          <w:lang w:val="en-IN"/>
        </w:rPr>
        <w:t>व्यक्तीची</w:t>
      </w:r>
      <w:proofErr w:type="spellEnd"/>
      <w:r w:rsidRPr="00E64B7A">
        <w:rPr>
          <w:rFonts w:ascii="Nirmala UI" w:hAnsi="Nirmala UI" w:cs="Nirmala UI"/>
          <w:lang w:val="en-IN"/>
        </w:rPr>
        <w:t xml:space="preserve"> </w:t>
      </w:r>
      <w:proofErr w:type="spellStart"/>
      <w:r w:rsidRPr="00E64B7A">
        <w:rPr>
          <w:rFonts w:ascii="Nirmala UI" w:hAnsi="Nirmala UI" w:cs="Nirmala UI"/>
          <w:lang w:val="en-IN"/>
        </w:rPr>
        <w:t>माहिती</w:t>
      </w:r>
      <w:proofErr w:type="spellEnd"/>
      <w:r w:rsidRPr="00E64B7A">
        <w:rPr>
          <w:rFonts w:ascii="Nirmala UI" w:hAnsi="Nirmala UI" w:cs="Nirmala UI"/>
          <w:lang w:val="en-IN"/>
        </w:rPr>
        <w:t xml:space="preserve"> </w:t>
      </w:r>
      <w:proofErr w:type="spellStart"/>
      <w:r w:rsidRPr="00E64B7A">
        <w:rPr>
          <w:rFonts w:ascii="Nirmala UI" w:hAnsi="Nirmala UI" w:cs="Nirmala UI"/>
          <w:lang w:val="en-IN"/>
        </w:rPr>
        <w:t>मुद्दा</w:t>
      </w:r>
      <w:proofErr w:type="spellEnd"/>
      <w:r w:rsidRPr="00E64B7A">
        <w:rPr>
          <w:rFonts w:ascii="Nirmala UI" w:hAnsi="Nirmala UI" w:cs="Nirmala UI"/>
          <w:lang w:val="en-IN"/>
        </w:rPr>
        <w:t xml:space="preserve"> </w:t>
      </w:r>
      <w:proofErr w:type="spellStart"/>
      <w:r w:rsidRPr="00E64B7A">
        <w:rPr>
          <w:rFonts w:ascii="Nirmala UI" w:hAnsi="Nirmala UI" w:cs="Nirmala UI"/>
          <w:lang w:val="en-IN"/>
        </w:rPr>
        <w:t>क्र</w:t>
      </w:r>
      <w:proofErr w:type="spellEnd"/>
      <w:r w:rsidRPr="00E64B7A">
        <w:rPr>
          <w:rFonts w:ascii="Nirmala UI" w:hAnsi="Nirmala UI" w:cs="Nirmala UI"/>
          <w:lang w:val="en-IN"/>
        </w:rPr>
        <w:t xml:space="preserve">. ६(iv) </w:t>
      </w:r>
      <w:proofErr w:type="spellStart"/>
      <w:r w:rsidRPr="00E64B7A">
        <w:rPr>
          <w:rFonts w:ascii="Nirmala UI" w:hAnsi="Nirmala UI" w:cs="Nirmala UI"/>
          <w:lang w:val="en-IN"/>
        </w:rPr>
        <w:t>मध्ये</w:t>
      </w:r>
      <w:proofErr w:type="spellEnd"/>
      <w:r w:rsidRPr="00E64B7A">
        <w:rPr>
          <w:rFonts w:ascii="Nirmala UI" w:hAnsi="Nirmala UI" w:cs="Nirmala UI"/>
          <w:lang w:val="en-IN"/>
        </w:rPr>
        <w:t xml:space="preserve"> </w:t>
      </w:r>
      <w:proofErr w:type="spellStart"/>
      <w:r w:rsidRPr="00E64B7A">
        <w:rPr>
          <w:rFonts w:ascii="Nirmala UI" w:hAnsi="Nirmala UI" w:cs="Nirmala UI"/>
          <w:lang w:val="en-IN"/>
        </w:rPr>
        <w:t>भरावी</w:t>
      </w:r>
      <w:proofErr w:type="spellEnd"/>
      <w:r w:rsidRPr="00E64B7A">
        <w:rPr>
          <w:rFonts w:ascii="Nirmala UI" w:hAnsi="Nirmala UI" w:cs="Nirmala UI"/>
          <w:lang w:val="en-IN"/>
        </w:rPr>
        <w:t xml:space="preserve">. </w:t>
      </w:r>
    </w:p>
    <w:p w14:paraId="61E065FC" w14:textId="77777777" w:rsidR="00E64B7A" w:rsidRPr="00E64B7A" w:rsidRDefault="00E64B7A" w:rsidP="00E64B7A">
      <w:pPr>
        <w:numPr>
          <w:ilvl w:val="0"/>
          <w:numId w:val="10"/>
        </w:numPr>
        <w:spacing w:after="120"/>
        <w:rPr>
          <w:rFonts w:ascii="Nirmala UI" w:hAnsi="Nirmala UI" w:cs="Nirmala UI"/>
          <w:lang w:val="en-IN"/>
        </w:rPr>
      </w:pPr>
      <w:proofErr w:type="spellStart"/>
      <w:r w:rsidRPr="00E64B7A">
        <w:rPr>
          <w:rFonts w:ascii="Nirmala UI" w:hAnsi="Nirmala UI" w:cs="Nirmala UI"/>
          <w:b/>
          <w:bCs/>
          <w:lang w:val="en-IN"/>
        </w:rPr>
        <w:t>नामनिर्देशन</w:t>
      </w:r>
      <w:proofErr w:type="spellEnd"/>
      <w:r w:rsidRPr="00E64B7A">
        <w:rPr>
          <w:rFonts w:ascii="Nirmala UI" w:hAnsi="Nirmala UI" w:cs="Nirmala UI"/>
          <w:b/>
          <w:bCs/>
          <w:lang w:val="en-IN"/>
        </w:rPr>
        <w:t xml:space="preserve"> (Nomination) </w:t>
      </w:r>
      <w:proofErr w:type="spellStart"/>
      <w:r w:rsidRPr="00E64B7A">
        <w:rPr>
          <w:rFonts w:ascii="Nirmala UI" w:hAnsi="Nirmala UI" w:cs="Nirmala UI"/>
          <w:b/>
          <w:bCs/>
          <w:lang w:val="en-IN"/>
        </w:rPr>
        <w:t>अंतिम</w:t>
      </w:r>
      <w:proofErr w:type="spellEnd"/>
      <w:r w:rsidRPr="00E64B7A">
        <w:rPr>
          <w:rFonts w:ascii="Nirmala UI" w:hAnsi="Nirmala UI" w:cs="Nirmala UI"/>
          <w:b/>
          <w:bCs/>
          <w:lang w:val="en-IN"/>
        </w:rPr>
        <w:t xml:space="preserve"> </w:t>
      </w:r>
      <w:proofErr w:type="spellStart"/>
      <w:r w:rsidRPr="00E64B7A">
        <w:rPr>
          <w:rFonts w:ascii="Nirmala UI" w:hAnsi="Nirmala UI" w:cs="Nirmala UI"/>
          <w:b/>
          <w:bCs/>
          <w:lang w:val="en-IN"/>
        </w:rPr>
        <w:t>राहणे</w:t>
      </w:r>
      <w:proofErr w:type="spellEnd"/>
      <w:r w:rsidRPr="00E64B7A">
        <w:rPr>
          <w:rFonts w:ascii="Nirmala UI" w:hAnsi="Nirmala UI" w:cs="Nirmala UI"/>
          <w:b/>
          <w:bCs/>
          <w:lang w:val="en-IN"/>
        </w:rPr>
        <w:t>:</w:t>
      </w:r>
    </w:p>
    <w:p w14:paraId="78B56336" w14:textId="77777777" w:rsidR="00E64B7A" w:rsidRPr="00E64B7A" w:rsidRDefault="00E64B7A" w:rsidP="00E64B7A">
      <w:pPr>
        <w:numPr>
          <w:ilvl w:val="1"/>
          <w:numId w:val="10"/>
        </w:numPr>
        <w:spacing w:after="120"/>
        <w:rPr>
          <w:rFonts w:ascii="Nirmala UI" w:hAnsi="Nirmala UI" w:cs="Nirmala UI"/>
          <w:lang w:val="en-IN"/>
        </w:rPr>
      </w:pPr>
      <w:proofErr w:type="spellStart"/>
      <w:r w:rsidRPr="00E64B7A">
        <w:rPr>
          <w:rFonts w:ascii="Nirmala UI" w:hAnsi="Nirmala UI" w:cs="Nirmala UI"/>
          <w:lang w:val="en-IN"/>
        </w:rPr>
        <w:t>सेवानिवृत्ती</w:t>
      </w:r>
      <w:proofErr w:type="spellEnd"/>
      <w:r w:rsidRPr="00E64B7A">
        <w:rPr>
          <w:rFonts w:ascii="Nirmala UI" w:hAnsi="Nirmala UI" w:cs="Nirmala UI"/>
          <w:lang w:val="en-IN"/>
        </w:rPr>
        <w:t>/</w:t>
      </w:r>
      <w:proofErr w:type="spellStart"/>
      <w:r w:rsidRPr="00E64B7A">
        <w:rPr>
          <w:rFonts w:ascii="Nirmala UI" w:hAnsi="Nirmala UI" w:cs="Nirmala UI"/>
          <w:lang w:val="en-IN"/>
        </w:rPr>
        <w:t>मृत्यू</w:t>
      </w:r>
      <w:proofErr w:type="spellEnd"/>
      <w:r w:rsidRPr="00E64B7A">
        <w:rPr>
          <w:rFonts w:ascii="Nirmala UI" w:hAnsi="Nirmala UI" w:cs="Nirmala UI"/>
          <w:lang w:val="en-IN"/>
        </w:rPr>
        <w:t xml:space="preserve"> </w:t>
      </w:r>
      <w:proofErr w:type="spellStart"/>
      <w:r w:rsidRPr="00E64B7A">
        <w:rPr>
          <w:rFonts w:ascii="Nirmala UI" w:hAnsi="Nirmala UI" w:cs="Nirmala UI"/>
          <w:lang w:val="en-IN"/>
        </w:rPr>
        <w:t>उपदानासाठी</w:t>
      </w:r>
      <w:proofErr w:type="spellEnd"/>
      <w:r w:rsidRPr="00E64B7A">
        <w:rPr>
          <w:rFonts w:ascii="Nirmala UI" w:hAnsi="Nirmala UI" w:cs="Nirmala UI"/>
          <w:lang w:val="en-IN"/>
        </w:rPr>
        <w:t xml:space="preserve"> (Gratuity) </w:t>
      </w:r>
      <w:proofErr w:type="spellStart"/>
      <w:r w:rsidRPr="00E64B7A">
        <w:rPr>
          <w:rFonts w:ascii="Nirmala UI" w:hAnsi="Nirmala UI" w:cs="Nirmala UI"/>
          <w:lang w:val="en-IN"/>
        </w:rPr>
        <w:t>मुद्दा</w:t>
      </w:r>
      <w:proofErr w:type="spellEnd"/>
      <w:r w:rsidRPr="00E64B7A">
        <w:rPr>
          <w:rFonts w:ascii="Nirmala UI" w:hAnsi="Nirmala UI" w:cs="Nirmala UI"/>
          <w:lang w:val="en-IN"/>
        </w:rPr>
        <w:t xml:space="preserve"> </w:t>
      </w:r>
      <w:proofErr w:type="spellStart"/>
      <w:r w:rsidRPr="00E64B7A">
        <w:rPr>
          <w:rFonts w:ascii="Nirmala UI" w:hAnsi="Nirmala UI" w:cs="Nirmala UI"/>
          <w:lang w:val="en-IN"/>
        </w:rPr>
        <w:t>क्र</w:t>
      </w:r>
      <w:proofErr w:type="spellEnd"/>
      <w:r w:rsidRPr="00E64B7A">
        <w:rPr>
          <w:rFonts w:ascii="Nirmala UI" w:hAnsi="Nirmala UI" w:cs="Nirmala UI"/>
          <w:lang w:val="en-IN"/>
        </w:rPr>
        <w:t xml:space="preserve">. ७ </w:t>
      </w:r>
      <w:proofErr w:type="spellStart"/>
      <w:r w:rsidRPr="00E64B7A">
        <w:rPr>
          <w:rFonts w:ascii="Nirmala UI" w:hAnsi="Nirmala UI" w:cs="Nirmala UI"/>
          <w:lang w:val="en-IN"/>
        </w:rPr>
        <w:t>मध्ये</w:t>
      </w:r>
      <w:proofErr w:type="spellEnd"/>
      <w:r w:rsidRPr="00E64B7A">
        <w:rPr>
          <w:rFonts w:ascii="Nirmala UI" w:hAnsi="Nirmala UI" w:cs="Nirmala UI"/>
          <w:lang w:val="en-IN"/>
        </w:rPr>
        <w:t xml:space="preserve"> </w:t>
      </w:r>
      <w:proofErr w:type="spellStart"/>
      <w:r w:rsidRPr="00E64B7A">
        <w:rPr>
          <w:rFonts w:ascii="Nirmala UI" w:hAnsi="Nirmala UI" w:cs="Nirmala UI"/>
          <w:lang w:val="en-IN"/>
        </w:rPr>
        <w:t>भरलेली</w:t>
      </w:r>
      <w:proofErr w:type="spellEnd"/>
      <w:r w:rsidRPr="00E64B7A">
        <w:rPr>
          <w:rFonts w:ascii="Nirmala UI" w:hAnsi="Nirmala UI" w:cs="Nirmala UI"/>
          <w:lang w:val="en-IN"/>
        </w:rPr>
        <w:t xml:space="preserve"> </w:t>
      </w:r>
      <w:proofErr w:type="spellStart"/>
      <w:r w:rsidRPr="00E64B7A">
        <w:rPr>
          <w:rFonts w:ascii="Nirmala UI" w:hAnsi="Nirmala UI" w:cs="Nirmala UI"/>
          <w:lang w:val="en-IN"/>
        </w:rPr>
        <w:t>माहिती</w:t>
      </w:r>
      <w:proofErr w:type="spellEnd"/>
      <w:r w:rsidRPr="00E64B7A">
        <w:rPr>
          <w:rFonts w:ascii="Nirmala UI" w:hAnsi="Nirmala UI" w:cs="Nirmala UI"/>
          <w:lang w:val="en-IN"/>
        </w:rPr>
        <w:t xml:space="preserve"> </w:t>
      </w:r>
      <w:proofErr w:type="spellStart"/>
      <w:r w:rsidRPr="00E64B7A">
        <w:rPr>
          <w:rFonts w:ascii="Nirmala UI" w:hAnsi="Nirmala UI" w:cs="Nirmala UI"/>
          <w:lang w:val="en-IN"/>
        </w:rPr>
        <w:t>अंतिम</w:t>
      </w:r>
      <w:proofErr w:type="spellEnd"/>
      <w:r w:rsidRPr="00E64B7A">
        <w:rPr>
          <w:rFonts w:ascii="Nirmala UI" w:hAnsi="Nirmala UI" w:cs="Nirmala UI"/>
          <w:lang w:val="en-IN"/>
        </w:rPr>
        <w:t xml:space="preserve"> </w:t>
      </w:r>
      <w:proofErr w:type="spellStart"/>
      <w:r w:rsidRPr="00E64B7A">
        <w:rPr>
          <w:rFonts w:ascii="Nirmala UI" w:hAnsi="Nirmala UI" w:cs="Nirmala UI"/>
          <w:lang w:val="en-IN"/>
        </w:rPr>
        <w:t>मानली</w:t>
      </w:r>
      <w:proofErr w:type="spellEnd"/>
      <w:r w:rsidRPr="00E64B7A">
        <w:rPr>
          <w:rFonts w:ascii="Nirmala UI" w:hAnsi="Nirmala UI" w:cs="Nirmala UI"/>
          <w:lang w:val="en-IN"/>
        </w:rPr>
        <w:t xml:space="preserve"> </w:t>
      </w:r>
      <w:proofErr w:type="spellStart"/>
      <w:r w:rsidRPr="00E64B7A">
        <w:rPr>
          <w:rFonts w:ascii="Nirmala UI" w:hAnsi="Nirmala UI" w:cs="Nirmala UI"/>
          <w:lang w:val="en-IN"/>
        </w:rPr>
        <w:t>जाईल</w:t>
      </w:r>
      <w:proofErr w:type="spellEnd"/>
      <w:r w:rsidRPr="00E64B7A">
        <w:rPr>
          <w:rFonts w:ascii="Nirmala UI" w:hAnsi="Nirmala UI" w:cs="Nirmala UI"/>
          <w:lang w:val="en-IN"/>
        </w:rPr>
        <w:t xml:space="preserve">. </w:t>
      </w:r>
    </w:p>
    <w:p w14:paraId="61AC19AF" w14:textId="77777777" w:rsidR="00E64B7A" w:rsidRPr="00E64B7A" w:rsidRDefault="00E64B7A" w:rsidP="00E64B7A">
      <w:pPr>
        <w:numPr>
          <w:ilvl w:val="1"/>
          <w:numId w:val="10"/>
        </w:numPr>
        <w:spacing w:after="120"/>
        <w:rPr>
          <w:rFonts w:ascii="Nirmala UI" w:hAnsi="Nirmala UI" w:cs="Nirmala UI"/>
          <w:lang w:val="en-IN"/>
        </w:rPr>
      </w:pPr>
      <w:proofErr w:type="spellStart"/>
      <w:r w:rsidRPr="00E64B7A">
        <w:rPr>
          <w:rFonts w:ascii="Nirmala UI" w:hAnsi="Nirmala UI" w:cs="Nirmala UI"/>
          <w:lang w:val="en-IN"/>
        </w:rPr>
        <w:lastRenderedPageBreak/>
        <w:t>निवृत्तिवेतनाची</w:t>
      </w:r>
      <w:proofErr w:type="spellEnd"/>
      <w:r w:rsidRPr="00E64B7A">
        <w:rPr>
          <w:rFonts w:ascii="Nirmala UI" w:hAnsi="Nirmala UI" w:cs="Nirmala UI"/>
          <w:lang w:val="en-IN"/>
        </w:rPr>
        <w:t xml:space="preserve"> </w:t>
      </w:r>
      <w:proofErr w:type="spellStart"/>
      <w:r w:rsidRPr="00E64B7A">
        <w:rPr>
          <w:rFonts w:ascii="Nirmala UI" w:hAnsi="Nirmala UI" w:cs="Nirmala UI"/>
          <w:lang w:val="en-IN"/>
        </w:rPr>
        <w:t>थकबाकी</w:t>
      </w:r>
      <w:proofErr w:type="spellEnd"/>
      <w:r w:rsidRPr="00E64B7A">
        <w:rPr>
          <w:rFonts w:ascii="Nirmala UI" w:hAnsi="Nirmala UI" w:cs="Nirmala UI"/>
          <w:lang w:val="en-IN"/>
        </w:rPr>
        <w:t xml:space="preserve"> </w:t>
      </w:r>
      <w:proofErr w:type="spellStart"/>
      <w:r w:rsidRPr="00E64B7A">
        <w:rPr>
          <w:rFonts w:ascii="Nirmala UI" w:hAnsi="Nirmala UI" w:cs="Nirmala UI"/>
          <w:lang w:val="en-IN"/>
        </w:rPr>
        <w:t>मिळण्यासाठी</w:t>
      </w:r>
      <w:proofErr w:type="spellEnd"/>
      <w:r w:rsidRPr="00E64B7A">
        <w:rPr>
          <w:rFonts w:ascii="Nirmala UI" w:hAnsi="Nirmala UI" w:cs="Nirmala UI"/>
          <w:lang w:val="en-IN"/>
        </w:rPr>
        <w:t xml:space="preserve"> </w:t>
      </w:r>
      <w:proofErr w:type="spellStart"/>
      <w:r w:rsidRPr="00E64B7A">
        <w:rPr>
          <w:rFonts w:ascii="Nirmala UI" w:hAnsi="Nirmala UI" w:cs="Nirmala UI"/>
          <w:lang w:val="en-IN"/>
        </w:rPr>
        <w:t>मुद्दा</w:t>
      </w:r>
      <w:proofErr w:type="spellEnd"/>
      <w:r w:rsidRPr="00E64B7A">
        <w:rPr>
          <w:rFonts w:ascii="Nirmala UI" w:hAnsi="Nirmala UI" w:cs="Nirmala UI"/>
          <w:lang w:val="en-IN"/>
        </w:rPr>
        <w:t xml:space="preserve"> </w:t>
      </w:r>
      <w:proofErr w:type="spellStart"/>
      <w:r w:rsidRPr="00E64B7A">
        <w:rPr>
          <w:rFonts w:ascii="Nirmala UI" w:hAnsi="Nirmala UI" w:cs="Nirmala UI"/>
          <w:lang w:val="en-IN"/>
        </w:rPr>
        <w:t>क्र</w:t>
      </w:r>
      <w:proofErr w:type="spellEnd"/>
      <w:r w:rsidRPr="00E64B7A">
        <w:rPr>
          <w:rFonts w:ascii="Nirmala UI" w:hAnsi="Nirmala UI" w:cs="Nirmala UI"/>
          <w:lang w:val="en-IN"/>
        </w:rPr>
        <w:t xml:space="preserve">. ८ </w:t>
      </w:r>
      <w:proofErr w:type="spellStart"/>
      <w:r w:rsidRPr="00E64B7A">
        <w:rPr>
          <w:rFonts w:ascii="Nirmala UI" w:hAnsi="Nirmala UI" w:cs="Nirmala UI"/>
          <w:lang w:val="en-IN"/>
        </w:rPr>
        <w:t>मध्ये</w:t>
      </w:r>
      <w:proofErr w:type="spellEnd"/>
      <w:r w:rsidRPr="00E64B7A">
        <w:rPr>
          <w:rFonts w:ascii="Nirmala UI" w:hAnsi="Nirmala UI" w:cs="Nirmala UI"/>
          <w:lang w:val="en-IN"/>
        </w:rPr>
        <w:t xml:space="preserve"> </w:t>
      </w:r>
      <w:proofErr w:type="spellStart"/>
      <w:r w:rsidRPr="00E64B7A">
        <w:rPr>
          <w:rFonts w:ascii="Nirmala UI" w:hAnsi="Nirmala UI" w:cs="Nirmala UI"/>
          <w:lang w:val="en-IN"/>
        </w:rPr>
        <w:t>भरलेली</w:t>
      </w:r>
      <w:proofErr w:type="spellEnd"/>
      <w:r w:rsidRPr="00E64B7A">
        <w:rPr>
          <w:rFonts w:ascii="Nirmala UI" w:hAnsi="Nirmala UI" w:cs="Nirmala UI"/>
          <w:lang w:val="en-IN"/>
        </w:rPr>
        <w:t xml:space="preserve"> </w:t>
      </w:r>
      <w:proofErr w:type="spellStart"/>
      <w:r w:rsidRPr="00E64B7A">
        <w:rPr>
          <w:rFonts w:ascii="Nirmala UI" w:hAnsi="Nirmala UI" w:cs="Nirmala UI"/>
          <w:lang w:val="en-IN"/>
        </w:rPr>
        <w:t>माहिती</w:t>
      </w:r>
      <w:proofErr w:type="spellEnd"/>
      <w:r w:rsidRPr="00E64B7A">
        <w:rPr>
          <w:rFonts w:ascii="Nirmala UI" w:hAnsi="Nirmala UI" w:cs="Nirmala UI"/>
          <w:lang w:val="en-IN"/>
        </w:rPr>
        <w:t xml:space="preserve"> </w:t>
      </w:r>
      <w:proofErr w:type="spellStart"/>
      <w:r w:rsidRPr="00E64B7A">
        <w:rPr>
          <w:rFonts w:ascii="Nirmala UI" w:hAnsi="Nirmala UI" w:cs="Nirmala UI"/>
          <w:lang w:val="en-IN"/>
        </w:rPr>
        <w:t>अंतिम</w:t>
      </w:r>
      <w:proofErr w:type="spellEnd"/>
      <w:r w:rsidRPr="00E64B7A">
        <w:rPr>
          <w:rFonts w:ascii="Nirmala UI" w:hAnsi="Nirmala UI" w:cs="Nirmala UI"/>
          <w:lang w:val="en-IN"/>
        </w:rPr>
        <w:t xml:space="preserve"> </w:t>
      </w:r>
      <w:proofErr w:type="spellStart"/>
      <w:r w:rsidRPr="00E64B7A">
        <w:rPr>
          <w:rFonts w:ascii="Nirmala UI" w:hAnsi="Nirmala UI" w:cs="Nirmala UI"/>
          <w:lang w:val="en-IN"/>
        </w:rPr>
        <w:t>मानली</w:t>
      </w:r>
      <w:proofErr w:type="spellEnd"/>
      <w:r w:rsidRPr="00E64B7A">
        <w:rPr>
          <w:rFonts w:ascii="Nirmala UI" w:hAnsi="Nirmala UI" w:cs="Nirmala UI"/>
          <w:lang w:val="en-IN"/>
        </w:rPr>
        <w:t xml:space="preserve"> </w:t>
      </w:r>
      <w:proofErr w:type="spellStart"/>
      <w:r w:rsidRPr="00E64B7A">
        <w:rPr>
          <w:rFonts w:ascii="Nirmala UI" w:hAnsi="Nirmala UI" w:cs="Nirmala UI"/>
          <w:lang w:val="en-IN"/>
        </w:rPr>
        <w:t>जाईल</w:t>
      </w:r>
      <w:proofErr w:type="spellEnd"/>
      <w:r w:rsidRPr="00E64B7A">
        <w:rPr>
          <w:rFonts w:ascii="Nirmala UI" w:hAnsi="Nirmala UI" w:cs="Nirmala UI"/>
          <w:lang w:val="en-IN"/>
        </w:rPr>
        <w:t xml:space="preserve">. </w:t>
      </w:r>
    </w:p>
    <w:p w14:paraId="22622D36" w14:textId="77777777" w:rsidR="00E64B7A" w:rsidRPr="00E64B7A" w:rsidRDefault="00E64B7A" w:rsidP="00E64B7A">
      <w:pPr>
        <w:numPr>
          <w:ilvl w:val="0"/>
          <w:numId w:val="10"/>
        </w:numPr>
        <w:spacing w:after="120"/>
        <w:rPr>
          <w:rFonts w:ascii="Nirmala UI" w:hAnsi="Nirmala UI" w:cs="Nirmala UI"/>
          <w:lang w:val="en-IN"/>
        </w:rPr>
      </w:pPr>
      <w:proofErr w:type="spellStart"/>
      <w:r w:rsidRPr="00E64B7A">
        <w:rPr>
          <w:rFonts w:ascii="Nirmala UI" w:hAnsi="Nirmala UI" w:cs="Nirmala UI"/>
          <w:b/>
          <w:bCs/>
          <w:lang w:val="en-IN"/>
        </w:rPr>
        <w:t>अर्जाची</w:t>
      </w:r>
      <w:proofErr w:type="spellEnd"/>
      <w:r w:rsidRPr="00E64B7A">
        <w:rPr>
          <w:rFonts w:ascii="Nirmala UI" w:hAnsi="Nirmala UI" w:cs="Nirmala UI"/>
          <w:b/>
          <w:bCs/>
          <w:lang w:val="en-IN"/>
        </w:rPr>
        <w:t xml:space="preserve"> </w:t>
      </w:r>
      <w:proofErr w:type="spellStart"/>
      <w:r w:rsidRPr="00E64B7A">
        <w:rPr>
          <w:rFonts w:ascii="Nirmala UI" w:hAnsi="Nirmala UI" w:cs="Nirmala UI"/>
          <w:b/>
          <w:bCs/>
          <w:lang w:val="en-IN"/>
        </w:rPr>
        <w:t>अचूकता</w:t>
      </w:r>
      <w:proofErr w:type="spellEnd"/>
      <w:r w:rsidRPr="00E64B7A">
        <w:rPr>
          <w:rFonts w:ascii="Nirmala UI" w:hAnsi="Nirmala UI" w:cs="Nirmala UI"/>
          <w:b/>
          <w:bCs/>
          <w:lang w:val="en-IN"/>
        </w:rPr>
        <w:t>:</w:t>
      </w:r>
      <w:r w:rsidRPr="00E64B7A">
        <w:rPr>
          <w:rFonts w:ascii="Nirmala UI" w:hAnsi="Nirmala UI" w:cs="Nirmala UI"/>
          <w:lang w:val="en-IN"/>
        </w:rPr>
        <w:t xml:space="preserve"> </w:t>
      </w:r>
      <w:proofErr w:type="spellStart"/>
      <w:r w:rsidRPr="00E64B7A">
        <w:rPr>
          <w:rFonts w:ascii="Nirmala UI" w:hAnsi="Nirmala UI" w:cs="Nirmala UI"/>
          <w:lang w:val="en-IN"/>
        </w:rPr>
        <w:t>निवृत्तिवेतनधारक</w:t>
      </w:r>
      <w:proofErr w:type="spellEnd"/>
      <w:r w:rsidRPr="00E64B7A">
        <w:rPr>
          <w:rFonts w:ascii="Nirmala UI" w:hAnsi="Nirmala UI" w:cs="Nirmala UI"/>
          <w:lang w:val="en-IN"/>
        </w:rPr>
        <w:t xml:space="preserve"> </w:t>
      </w:r>
      <w:proofErr w:type="spellStart"/>
      <w:r w:rsidRPr="00E64B7A">
        <w:rPr>
          <w:rFonts w:ascii="Nirmala UI" w:hAnsi="Nirmala UI" w:cs="Nirmala UI"/>
          <w:lang w:val="en-IN"/>
        </w:rPr>
        <w:t>हयात</w:t>
      </w:r>
      <w:proofErr w:type="spellEnd"/>
      <w:r w:rsidRPr="00E64B7A">
        <w:rPr>
          <w:rFonts w:ascii="Nirmala UI" w:hAnsi="Nirmala UI" w:cs="Nirmala UI"/>
          <w:lang w:val="en-IN"/>
        </w:rPr>
        <w:t xml:space="preserve"> </w:t>
      </w:r>
      <w:proofErr w:type="spellStart"/>
      <w:r w:rsidRPr="00E64B7A">
        <w:rPr>
          <w:rFonts w:ascii="Nirmala UI" w:hAnsi="Nirmala UI" w:cs="Nirmala UI"/>
          <w:lang w:val="en-IN"/>
        </w:rPr>
        <w:t>असतानाच</w:t>
      </w:r>
      <w:proofErr w:type="spellEnd"/>
      <w:r w:rsidRPr="00E64B7A">
        <w:rPr>
          <w:rFonts w:ascii="Nirmala UI" w:hAnsi="Nirmala UI" w:cs="Nirmala UI"/>
          <w:lang w:val="en-IN"/>
        </w:rPr>
        <w:t xml:space="preserve"> </w:t>
      </w:r>
      <w:proofErr w:type="spellStart"/>
      <w:r w:rsidRPr="00E64B7A">
        <w:rPr>
          <w:rFonts w:ascii="Nirmala UI" w:hAnsi="Nirmala UI" w:cs="Nirmala UI"/>
          <w:lang w:val="en-IN"/>
        </w:rPr>
        <w:t>कुटुंबाची</w:t>
      </w:r>
      <w:proofErr w:type="spellEnd"/>
      <w:r w:rsidRPr="00E64B7A">
        <w:rPr>
          <w:rFonts w:ascii="Nirmala UI" w:hAnsi="Nirmala UI" w:cs="Nirmala UI"/>
          <w:lang w:val="en-IN"/>
        </w:rPr>
        <w:t xml:space="preserve"> </w:t>
      </w:r>
      <w:proofErr w:type="spellStart"/>
      <w:r w:rsidRPr="00E64B7A">
        <w:rPr>
          <w:rFonts w:ascii="Nirmala UI" w:hAnsi="Nirmala UI" w:cs="Nirmala UI"/>
          <w:lang w:val="en-IN"/>
        </w:rPr>
        <w:t>माहिती</w:t>
      </w:r>
      <w:proofErr w:type="spellEnd"/>
      <w:r w:rsidRPr="00E64B7A">
        <w:rPr>
          <w:rFonts w:ascii="Nirmala UI" w:hAnsi="Nirmala UI" w:cs="Nirmala UI"/>
          <w:lang w:val="en-IN"/>
        </w:rPr>
        <w:t xml:space="preserve"> </w:t>
      </w:r>
      <w:proofErr w:type="spellStart"/>
      <w:r w:rsidRPr="00E64B7A">
        <w:rPr>
          <w:rFonts w:ascii="Nirmala UI" w:hAnsi="Nirmala UI" w:cs="Nirmala UI"/>
          <w:lang w:val="en-IN"/>
        </w:rPr>
        <w:t>एकत्रित</w:t>
      </w:r>
      <w:proofErr w:type="spellEnd"/>
      <w:r w:rsidRPr="00E64B7A">
        <w:rPr>
          <w:rFonts w:ascii="Nirmala UI" w:hAnsi="Nirmala UI" w:cs="Nirmala UI"/>
          <w:lang w:val="en-IN"/>
        </w:rPr>
        <w:t xml:space="preserve"> </w:t>
      </w:r>
      <w:proofErr w:type="spellStart"/>
      <w:r w:rsidRPr="00E64B7A">
        <w:rPr>
          <w:rFonts w:ascii="Nirmala UI" w:hAnsi="Nirmala UI" w:cs="Nirmala UI"/>
          <w:lang w:val="en-IN"/>
        </w:rPr>
        <w:t>घेतली</w:t>
      </w:r>
      <w:proofErr w:type="spellEnd"/>
      <w:r w:rsidRPr="00E64B7A">
        <w:rPr>
          <w:rFonts w:ascii="Nirmala UI" w:hAnsi="Nirmala UI" w:cs="Nirmala UI"/>
          <w:lang w:val="en-IN"/>
        </w:rPr>
        <w:t xml:space="preserve"> </w:t>
      </w:r>
      <w:proofErr w:type="spellStart"/>
      <w:r w:rsidRPr="00E64B7A">
        <w:rPr>
          <w:rFonts w:ascii="Nirmala UI" w:hAnsi="Nirmala UI" w:cs="Nirmala UI"/>
          <w:lang w:val="en-IN"/>
        </w:rPr>
        <w:t>जात</w:t>
      </w:r>
      <w:proofErr w:type="spellEnd"/>
      <w:r w:rsidRPr="00E64B7A">
        <w:rPr>
          <w:rFonts w:ascii="Nirmala UI" w:hAnsi="Nirmala UI" w:cs="Nirmala UI"/>
          <w:lang w:val="en-IN"/>
        </w:rPr>
        <w:t xml:space="preserve"> </w:t>
      </w:r>
      <w:proofErr w:type="spellStart"/>
      <w:r w:rsidRPr="00E64B7A">
        <w:rPr>
          <w:rFonts w:ascii="Nirmala UI" w:hAnsi="Nirmala UI" w:cs="Nirmala UI"/>
          <w:lang w:val="en-IN"/>
        </w:rPr>
        <w:t>असल्याने</w:t>
      </w:r>
      <w:proofErr w:type="spellEnd"/>
      <w:r w:rsidRPr="00E64B7A">
        <w:rPr>
          <w:rFonts w:ascii="Nirmala UI" w:hAnsi="Nirmala UI" w:cs="Nirmala UI"/>
          <w:lang w:val="en-IN"/>
        </w:rPr>
        <w:t xml:space="preserve">, </w:t>
      </w:r>
      <w:proofErr w:type="spellStart"/>
      <w:r w:rsidRPr="00E64B7A">
        <w:rPr>
          <w:rFonts w:ascii="Nirmala UI" w:hAnsi="Nirmala UI" w:cs="Nirmala UI"/>
          <w:lang w:val="en-IN"/>
        </w:rPr>
        <w:t>पश्चात</w:t>
      </w:r>
      <w:proofErr w:type="spellEnd"/>
      <w:r w:rsidRPr="00E64B7A">
        <w:rPr>
          <w:rFonts w:ascii="Nirmala UI" w:hAnsi="Nirmala UI" w:cs="Nirmala UI"/>
          <w:lang w:val="en-IN"/>
        </w:rPr>
        <w:t xml:space="preserve"> </w:t>
      </w:r>
      <w:proofErr w:type="spellStart"/>
      <w:r w:rsidRPr="00E64B7A">
        <w:rPr>
          <w:rFonts w:ascii="Nirmala UI" w:hAnsi="Nirmala UI" w:cs="Nirmala UI"/>
          <w:lang w:val="en-IN"/>
        </w:rPr>
        <w:t>कुटुंब</w:t>
      </w:r>
      <w:proofErr w:type="spellEnd"/>
      <w:r w:rsidRPr="00E64B7A">
        <w:rPr>
          <w:rFonts w:ascii="Nirmala UI" w:hAnsi="Nirmala UI" w:cs="Nirmala UI"/>
          <w:lang w:val="en-IN"/>
        </w:rPr>
        <w:t xml:space="preserve"> </w:t>
      </w:r>
      <w:proofErr w:type="spellStart"/>
      <w:r w:rsidRPr="00E64B7A">
        <w:rPr>
          <w:rFonts w:ascii="Nirmala UI" w:hAnsi="Nirmala UI" w:cs="Nirmala UI"/>
          <w:lang w:val="en-IN"/>
        </w:rPr>
        <w:t>निवृत्तिवेतन</w:t>
      </w:r>
      <w:proofErr w:type="spellEnd"/>
      <w:r w:rsidRPr="00E64B7A">
        <w:rPr>
          <w:rFonts w:ascii="Nirmala UI" w:hAnsi="Nirmala UI" w:cs="Nirmala UI"/>
          <w:lang w:val="en-IN"/>
        </w:rPr>
        <w:t xml:space="preserve"> </w:t>
      </w:r>
      <w:proofErr w:type="spellStart"/>
      <w:r w:rsidRPr="00E64B7A">
        <w:rPr>
          <w:rFonts w:ascii="Nirmala UI" w:hAnsi="Nirmala UI" w:cs="Nirmala UI"/>
          <w:lang w:val="en-IN"/>
        </w:rPr>
        <w:t>वेळेत</w:t>
      </w:r>
      <w:proofErr w:type="spellEnd"/>
      <w:r w:rsidRPr="00E64B7A">
        <w:rPr>
          <w:rFonts w:ascii="Nirmala UI" w:hAnsi="Nirmala UI" w:cs="Nirmala UI"/>
          <w:lang w:val="en-IN"/>
        </w:rPr>
        <w:t xml:space="preserve"> </w:t>
      </w:r>
      <w:proofErr w:type="spellStart"/>
      <w:r w:rsidRPr="00E64B7A">
        <w:rPr>
          <w:rFonts w:ascii="Nirmala UI" w:hAnsi="Nirmala UI" w:cs="Nirmala UI"/>
          <w:lang w:val="en-IN"/>
        </w:rPr>
        <w:t>मिळण्यासाठी</w:t>
      </w:r>
      <w:proofErr w:type="spellEnd"/>
      <w:r w:rsidRPr="00E64B7A">
        <w:rPr>
          <w:rFonts w:ascii="Nirmala UI" w:hAnsi="Nirmala UI" w:cs="Nirmala UI"/>
          <w:lang w:val="en-IN"/>
        </w:rPr>
        <w:t xml:space="preserve"> </w:t>
      </w:r>
      <w:proofErr w:type="spellStart"/>
      <w:r w:rsidRPr="00E64B7A">
        <w:rPr>
          <w:rFonts w:ascii="Nirmala UI" w:hAnsi="Nirmala UI" w:cs="Nirmala UI"/>
          <w:lang w:val="en-IN"/>
        </w:rPr>
        <w:t>फॉर्म</w:t>
      </w:r>
      <w:proofErr w:type="spellEnd"/>
      <w:r w:rsidRPr="00E64B7A">
        <w:rPr>
          <w:rFonts w:ascii="Nirmala UI" w:hAnsi="Nirmala UI" w:cs="Nirmala UI"/>
          <w:lang w:val="en-IN"/>
        </w:rPr>
        <w:t xml:space="preserve"> </w:t>
      </w:r>
      <w:proofErr w:type="spellStart"/>
      <w:r w:rsidRPr="00E64B7A">
        <w:rPr>
          <w:rFonts w:ascii="Nirmala UI" w:hAnsi="Nirmala UI" w:cs="Nirmala UI"/>
          <w:lang w:val="en-IN"/>
        </w:rPr>
        <w:t>अचूक</w:t>
      </w:r>
      <w:proofErr w:type="spellEnd"/>
      <w:r w:rsidRPr="00E64B7A">
        <w:rPr>
          <w:rFonts w:ascii="Nirmala UI" w:hAnsi="Nirmala UI" w:cs="Nirmala UI"/>
          <w:lang w:val="en-IN"/>
        </w:rPr>
        <w:t xml:space="preserve"> </w:t>
      </w:r>
      <w:proofErr w:type="spellStart"/>
      <w:r w:rsidRPr="00E64B7A">
        <w:rPr>
          <w:rFonts w:ascii="Nirmala UI" w:hAnsi="Nirmala UI" w:cs="Nirmala UI"/>
          <w:lang w:val="en-IN"/>
        </w:rPr>
        <w:t>भरणे</w:t>
      </w:r>
      <w:proofErr w:type="spellEnd"/>
      <w:r w:rsidRPr="00E64B7A">
        <w:rPr>
          <w:rFonts w:ascii="Nirmala UI" w:hAnsi="Nirmala UI" w:cs="Nirmala UI"/>
          <w:lang w:val="en-IN"/>
        </w:rPr>
        <w:t xml:space="preserve"> </w:t>
      </w:r>
      <w:proofErr w:type="spellStart"/>
      <w:r w:rsidRPr="00E64B7A">
        <w:rPr>
          <w:rFonts w:ascii="Nirmala UI" w:hAnsi="Nirmala UI" w:cs="Nirmala UI"/>
          <w:lang w:val="en-IN"/>
        </w:rPr>
        <w:t>गरजेचे</w:t>
      </w:r>
      <w:proofErr w:type="spellEnd"/>
      <w:r w:rsidRPr="00E64B7A">
        <w:rPr>
          <w:rFonts w:ascii="Nirmala UI" w:hAnsi="Nirmala UI" w:cs="Nirmala UI"/>
          <w:lang w:val="en-IN"/>
        </w:rPr>
        <w:t xml:space="preserve"> </w:t>
      </w:r>
      <w:proofErr w:type="spellStart"/>
      <w:r w:rsidRPr="00E64B7A">
        <w:rPr>
          <w:rFonts w:ascii="Nirmala UI" w:hAnsi="Nirmala UI" w:cs="Nirmala UI"/>
          <w:lang w:val="en-IN"/>
        </w:rPr>
        <w:t>आहे</w:t>
      </w:r>
      <w:proofErr w:type="spellEnd"/>
      <w:r w:rsidRPr="00E64B7A">
        <w:rPr>
          <w:rFonts w:ascii="Nirmala UI" w:hAnsi="Nirmala UI" w:cs="Nirmala UI"/>
          <w:lang w:val="en-IN"/>
        </w:rPr>
        <w:t xml:space="preserve">. </w:t>
      </w:r>
    </w:p>
    <w:p w14:paraId="2B6D33E8" w14:textId="77777777" w:rsidR="00E64B7A" w:rsidRPr="00E64B7A" w:rsidRDefault="00E64B7A" w:rsidP="00E64B7A">
      <w:pPr>
        <w:spacing w:after="120"/>
        <w:rPr>
          <w:rFonts w:ascii="Nirmala UI" w:hAnsi="Nirmala UI" w:cs="Nirmala UI"/>
          <w:b/>
          <w:bCs/>
          <w:lang w:val="en-IN"/>
        </w:rPr>
      </w:pPr>
      <w:proofErr w:type="spellStart"/>
      <w:r w:rsidRPr="00E64B7A">
        <w:rPr>
          <w:rFonts w:ascii="Nirmala UI" w:hAnsi="Nirmala UI" w:cs="Nirmala UI"/>
          <w:b/>
          <w:bCs/>
          <w:lang w:val="en-IN"/>
        </w:rPr>
        <w:t>नमुना</w:t>
      </w:r>
      <w:proofErr w:type="spellEnd"/>
      <w:r w:rsidRPr="00E64B7A">
        <w:rPr>
          <w:rFonts w:ascii="Nirmala UI" w:hAnsi="Nirmala UI" w:cs="Nirmala UI"/>
          <w:b/>
          <w:bCs/>
          <w:lang w:val="en-IN"/>
        </w:rPr>
        <w:t xml:space="preserve"> ५-अ </w:t>
      </w:r>
      <w:proofErr w:type="spellStart"/>
      <w:r w:rsidRPr="00E64B7A">
        <w:rPr>
          <w:rFonts w:ascii="Nirmala UI" w:hAnsi="Nirmala UI" w:cs="Nirmala UI"/>
          <w:b/>
          <w:bCs/>
          <w:lang w:val="en-IN"/>
        </w:rPr>
        <w:t>सोबत</w:t>
      </w:r>
      <w:proofErr w:type="spellEnd"/>
      <w:r w:rsidRPr="00E64B7A">
        <w:rPr>
          <w:rFonts w:ascii="Nirmala UI" w:hAnsi="Nirmala UI" w:cs="Nirmala UI"/>
          <w:b/>
          <w:bCs/>
          <w:lang w:val="en-IN"/>
        </w:rPr>
        <w:t xml:space="preserve"> </w:t>
      </w:r>
      <w:proofErr w:type="spellStart"/>
      <w:r w:rsidRPr="00E64B7A">
        <w:rPr>
          <w:rFonts w:ascii="Nirmala UI" w:hAnsi="Nirmala UI" w:cs="Nirmala UI"/>
          <w:b/>
          <w:bCs/>
          <w:lang w:val="en-IN"/>
        </w:rPr>
        <w:t>ऑनलाईन</w:t>
      </w:r>
      <w:proofErr w:type="spellEnd"/>
      <w:r w:rsidRPr="00E64B7A">
        <w:rPr>
          <w:rFonts w:ascii="Nirmala UI" w:hAnsi="Nirmala UI" w:cs="Nirmala UI"/>
          <w:b/>
          <w:bCs/>
          <w:lang w:val="en-IN"/>
        </w:rPr>
        <w:t xml:space="preserve"> </w:t>
      </w:r>
      <w:proofErr w:type="spellStart"/>
      <w:r w:rsidRPr="00E64B7A">
        <w:rPr>
          <w:rFonts w:ascii="Nirmala UI" w:hAnsi="Nirmala UI" w:cs="Nirmala UI"/>
          <w:b/>
          <w:bCs/>
          <w:lang w:val="en-IN"/>
        </w:rPr>
        <w:t>अपलोड</w:t>
      </w:r>
      <w:proofErr w:type="spellEnd"/>
      <w:r w:rsidRPr="00E64B7A">
        <w:rPr>
          <w:rFonts w:ascii="Nirmala UI" w:hAnsi="Nirmala UI" w:cs="Nirmala UI"/>
          <w:b/>
          <w:bCs/>
          <w:lang w:val="en-IN"/>
        </w:rPr>
        <w:t xml:space="preserve"> व </w:t>
      </w:r>
      <w:proofErr w:type="spellStart"/>
      <w:r w:rsidRPr="00E64B7A">
        <w:rPr>
          <w:rFonts w:ascii="Nirmala UI" w:hAnsi="Nirmala UI" w:cs="Nirmala UI"/>
          <w:b/>
          <w:bCs/>
          <w:lang w:val="en-IN"/>
        </w:rPr>
        <w:t>जोडायची</w:t>
      </w:r>
      <w:proofErr w:type="spellEnd"/>
      <w:r w:rsidRPr="00E64B7A">
        <w:rPr>
          <w:rFonts w:ascii="Nirmala UI" w:hAnsi="Nirmala UI" w:cs="Nirmala UI"/>
          <w:b/>
          <w:bCs/>
          <w:lang w:val="en-IN"/>
        </w:rPr>
        <w:t xml:space="preserve"> </w:t>
      </w:r>
      <w:proofErr w:type="spellStart"/>
      <w:r w:rsidRPr="00E64B7A">
        <w:rPr>
          <w:rFonts w:ascii="Nirmala UI" w:hAnsi="Nirmala UI" w:cs="Nirmala UI"/>
          <w:b/>
          <w:bCs/>
          <w:lang w:val="en-IN"/>
        </w:rPr>
        <w:t>कागदपत्रे</w:t>
      </w:r>
      <w:proofErr w:type="spellEnd"/>
      <w:r w:rsidRPr="00E64B7A">
        <w:rPr>
          <w:rFonts w:ascii="Nirmala UI" w:hAnsi="Nirmala UI" w:cs="Nirmala UI"/>
          <w:b/>
          <w:bCs/>
          <w:lang w:val="en-IN"/>
        </w:rPr>
        <w:t>:</w:t>
      </w:r>
    </w:p>
    <w:p w14:paraId="176D031B" w14:textId="77777777" w:rsidR="00E64B7A" w:rsidRPr="00E64B7A" w:rsidRDefault="00E64B7A" w:rsidP="00E64B7A">
      <w:pPr>
        <w:numPr>
          <w:ilvl w:val="0"/>
          <w:numId w:val="11"/>
        </w:numPr>
        <w:spacing w:after="120"/>
        <w:rPr>
          <w:rFonts w:ascii="Nirmala UI" w:hAnsi="Nirmala UI" w:cs="Nirmala UI"/>
          <w:lang w:val="en-IN"/>
        </w:rPr>
      </w:pPr>
      <w:proofErr w:type="spellStart"/>
      <w:r w:rsidRPr="00E64B7A">
        <w:rPr>
          <w:rFonts w:ascii="Nirmala UI" w:hAnsi="Nirmala UI" w:cs="Nirmala UI"/>
          <w:b/>
          <w:bCs/>
          <w:lang w:val="en-IN"/>
        </w:rPr>
        <w:t>संयुक्त</w:t>
      </w:r>
      <w:proofErr w:type="spellEnd"/>
      <w:r w:rsidRPr="00E64B7A">
        <w:rPr>
          <w:rFonts w:ascii="Nirmala UI" w:hAnsi="Nirmala UI" w:cs="Nirmala UI"/>
          <w:b/>
          <w:bCs/>
          <w:lang w:val="en-IN"/>
        </w:rPr>
        <w:t xml:space="preserve"> / </w:t>
      </w:r>
      <w:proofErr w:type="spellStart"/>
      <w:r w:rsidRPr="00E64B7A">
        <w:rPr>
          <w:rFonts w:ascii="Nirmala UI" w:hAnsi="Nirmala UI" w:cs="Nirmala UI"/>
          <w:b/>
          <w:bCs/>
          <w:lang w:val="en-IN"/>
        </w:rPr>
        <w:t>एकल</w:t>
      </w:r>
      <w:proofErr w:type="spellEnd"/>
      <w:r w:rsidRPr="00E64B7A">
        <w:rPr>
          <w:rFonts w:ascii="Nirmala UI" w:hAnsi="Nirmala UI" w:cs="Nirmala UI"/>
          <w:b/>
          <w:bCs/>
          <w:lang w:val="en-IN"/>
        </w:rPr>
        <w:t xml:space="preserve"> </w:t>
      </w:r>
      <w:proofErr w:type="spellStart"/>
      <w:r w:rsidRPr="00E64B7A">
        <w:rPr>
          <w:rFonts w:ascii="Nirmala UI" w:hAnsi="Nirmala UI" w:cs="Nirmala UI"/>
          <w:b/>
          <w:bCs/>
          <w:lang w:val="en-IN"/>
        </w:rPr>
        <w:t>छायाचित्र</w:t>
      </w:r>
      <w:proofErr w:type="spellEnd"/>
      <w:r w:rsidRPr="00E64B7A">
        <w:rPr>
          <w:rFonts w:ascii="Nirmala UI" w:hAnsi="Nirmala UI" w:cs="Nirmala UI"/>
          <w:b/>
          <w:bCs/>
          <w:lang w:val="en-IN"/>
        </w:rPr>
        <w:t>:</w:t>
      </w:r>
      <w:r w:rsidRPr="00E64B7A">
        <w:rPr>
          <w:rFonts w:ascii="Nirmala UI" w:hAnsi="Nirmala UI" w:cs="Nirmala UI"/>
          <w:lang w:val="en-IN"/>
        </w:rPr>
        <w:t xml:space="preserve"> </w:t>
      </w:r>
      <w:proofErr w:type="spellStart"/>
      <w:r w:rsidRPr="00E64B7A">
        <w:rPr>
          <w:rFonts w:ascii="Nirmala UI" w:hAnsi="Nirmala UI" w:cs="Nirmala UI"/>
          <w:lang w:val="en-IN"/>
        </w:rPr>
        <w:t>निवृत्तिवेतनधारक</w:t>
      </w:r>
      <w:proofErr w:type="spellEnd"/>
      <w:r w:rsidRPr="00E64B7A">
        <w:rPr>
          <w:rFonts w:ascii="Nirmala UI" w:hAnsi="Nirmala UI" w:cs="Nirmala UI"/>
          <w:lang w:val="en-IN"/>
        </w:rPr>
        <w:t xml:space="preserve"> व </w:t>
      </w:r>
      <w:proofErr w:type="spellStart"/>
      <w:r w:rsidRPr="00E64B7A">
        <w:rPr>
          <w:rFonts w:ascii="Nirmala UI" w:hAnsi="Nirmala UI" w:cs="Nirmala UI"/>
          <w:lang w:val="en-IN"/>
        </w:rPr>
        <w:t>कुटुंब</w:t>
      </w:r>
      <w:proofErr w:type="spellEnd"/>
      <w:r w:rsidRPr="00E64B7A">
        <w:rPr>
          <w:rFonts w:ascii="Nirmala UI" w:hAnsi="Nirmala UI" w:cs="Nirmala UI"/>
          <w:lang w:val="en-IN"/>
        </w:rPr>
        <w:t xml:space="preserve"> </w:t>
      </w:r>
      <w:proofErr w:type="spellStart"/>
      <w:r w:rsidRPr="00E64B7A">
        <w:rPr>
          <w:rFonts w:ascii="Nirmala UI" w:hAnsi="Nirmala UI" w:cs="Nirmala UI"/>
          <w:lang w:val="en-IN"/>
        </w:rPr>
        <w:t>निवृत्तिवेतनधारकाचे</w:t>
      </w:r>
      <w:proofErr w:type="spellEnd"/>
      <w:r w:rsidRPr="00E64B7A">
        <w:rPr>
          <w:rFonts w:ascii="Nirmala UI" w:hAnsi="Nirmala UI" w:cs="Nirmala UI"/>
          <w:lang w:val="en-IN"/>
        </w:rPr>
        <w:t xml:space="preserve"> </w:t>
      </w:r>
      <w:proofErr w:type="spellStart"/>
      <w:r w:rsidRPr="00E64B7A">
        <w:rPr>
          <w:rFonts w:ascii="Nirmala UI" w:hAnsi="Nirmala UI" w:cs="Nirmala UI"/>
          <w:lang w:val="en-IN"/>
        </w:rPr>
        <w:t>संयुक्त</w:t>
      </w:r>
      <w:proofErr w:type="spellEnd"/>
      <w:r w:rsidRPr="00E64B7A">
        <w:rPr>
          <w:rFonts w:ascii="Nirmala UI" w:hAnsi="Nirmala UI" w:cs="Nirmala UI"/>
          <w:lang w:val="en-IN"/>
        </w:rPr>
        <w:t xml:space="preserve"> </w:t>
      </w:r>
      <w:proofErr w:type="spellStart"/>
      <w:r w:rsidRPr="00E64B7A">
        <w:rPr>
          <w:rFonts w:ascii="Nirmala UI" w:hAnsi="Nirmala UI" w:cs="Nirmala UI"/>
          <w:lang w:val="en-IN"/>
        </w:rPr>
        <w:t>छायाचित्र</w:t>
      </w:r>
      <w:proofErr w:type="spellEnd"/>
      <w:r w:rsidRPr="00E64B7A">
        <w:rPr>
          <w:rFonts w:ascii="Nirmala UI" w:hAnsi="Nirmala UI" w:cs="Nirmala UI"/>
          <w:lang w:val="en-IN"/>
        </w:rPr>
        <w:t xml:space="preserve"> (Joint Photo). (</w:t>
      </w:r>
      <w:proofErr w:type="spellStart"/>
      <w:r w:rsidRPr="00E64B7A">
        <w:rPr>
          <w:rFonts w:ascii="Nirmala UI" w:hAnsi="Nirmala UI" w:cs="Nirmala UI"/>
          <w:lang w:val="en-IN"/>
        </w:rPr>
        <w:t>अविवाहित</w:t>
      </w:r>
      <w:proofErr w:type="spellEnd"/>
      <w:r w:rsidRPr="00E64B7A">
        <w:rPr>
          <w:rFonts w:ascii="Nirmala UI" w:hAnsi="Nirmala UI" w:cs="Nirmala UI"/>
          <w:lang w:val="en-IN"/>
        </w:rPr>
        <w:t xml:space="preserve"> </w:t>
      </w:r>
      <w:proofErr w:type="spellStart"/>
      <w:r w:rsidRPr="00E64B7A">
        <w:rPr>
          <w:rFonts w:ascii="Nirmala UI" w:hAnsi="Nirmala UI" w:cs="Nirmala UI"/>
          <w:lang w:val="en-IN"/>
        </w:rPr>
        <w:t>किंवा</w:t>
      </w:r>
      <w:proofErr w:type="spellEnd"/>
      <w:r w:rsidRPr="00E64B7A">
        <w:rPr>
          <w:rFonts w:ascii="Nirmala UI" w:hAnsi="Nirmala UI" w:cs="Nirmala UI"/>
          <w:lang w:val="en-IN"/>
        </w:rPr>
        <w:t xml:space="preserve"> </w:t>
      </w:r>
      <w:proofErr w:type="spellStart"/>
      <w:r w:rsidRPr="00E64B7A">
        <w:rPr>
          <w:rFonts w:ascii="Nirmala UI" w:hAnsi="Nirmala UI" w:cs="Nirmala UI"/>
          <w:lang w:val="en-IN"/>
        </w:rPr>
        <w:t>जोडीदार</w:t>
      </w:r>
      <w:proofErr w:type="spellEnd"/>
      <w:r w:rsidRPr="00E64B7A">
        <w:rPr>
          <w:rFonts w:ascii="Nirmala UI" w:hAnsi="Nirmala UI" w:cs="Nirmala UI"/>
          <w:lang w:val="en-IN"/>
        </w:rPr>
        <w:t xml:space="preserve"> </w:t>
      </w:r>
      <w:proofErr w:type="spellStart"/>
      <w:r w:rsidRPr="00E64B7A">
        <w:rPr>
          <w:rFonts w:ascii="Nirmala UI" w:hAnsi="Nirmala UI" w:cs="Nirmala UI"/>
          <w:lang w:val="en-IN"/>
        </w:rPr>
        <w:t>हयात</w:t>
      </w:r>
      <w:proofErr w:type="spellEnd"/>
      <w:r w:rsidRPr="00E64B7A">
        <w:rPr>
          <w:rFonts w:ascii="Nirmala UI" w:hAnsi="Nirmala UI" w:cs="Nirmala UI"/>
          <w:lang w:val="en-IN"/>
        </w:rPr>
        <w:t xml:space="preserve"> </w:t>
      </w:r>
      <w:proofErr w:type="spellStart"/>
      <w:r w:rsidRPr="00E64B7A">
        <w:rPr>
          <w:rFonts w:ascii="Nirmala UI" w:hAnsi="Nirmala UI" w:cs="Nirmala UI"/>
          <w:lang w:val="en-IN"/>
        </w:rPr>
        <w:t>नसल्यास</w:t>
      </w:r>
      <w:proofErr w:type="spellEnd"/>
      <w:r w:rsidRPr="00E64B7A">
        <w:rPr>
          <w:rFonts w:ascii="Nirmala UI" w:hAnsi="Nirmala UI" w:cs="Nirmala UI"/>
          <w:lang w:val="en-IN"/>
        </w:rPr>
        <w:t xml:space="preserve"> single photo). </w:t>
      </w:r>
    </w:p>
    <w:p w14:paraId="4C1CE2A6" w14:textId="77777777" w:rsidR="00E64B7A" w:rsidRPr="00E64B7A" w:rsidRDefault="00E64B7A" w:rsidP="00E64B7A">
      <w:pPr>
        <w:numPr>
          <w:ilvl w:val="0"/>
          <w:numId w:val="11"/>
        </w:numPr>
        <w:spacing w:after="120"/>
        <w:rPr>
          <w:rFonts w:ascii="Nirmala UI" w:hAnsi="Nirmala UI" w:cs="Nirmala UI"/>
          <w:lang w:val="en-IN"/>
        </w:rPr>
      </w:pPr>
      <w:proofErr w:type="spellStart"/>
      <w:r w:rsidRPr="00E64B7A">
        <w:rPr>
          <w:rFonts w:ascii="Nirmala UI" w:hAnsi="Nirmala UI" w:cs="Nirmala UI"/>
          <w:b/>
          <w:bCs/>
          <w:lang w:val="en-IN"/>
        </w:rPr>
        <w:t>नमुना</w:t>
      </w:r>
      <w:proofErr w:type="spellEnd"/>
      <w:r w:rsidRPr="00E64B7A">
        <w:rPr>
          <w:rFonts w:ascii="Nirmala UI" w:hAnsi="Nirmala UI" w:cs="Nirmala UI"/>
          <w:b/>
          <w:bCs/>
          <w:lang w:val="en-IN"/>
        </w:rPr>
        <w:t xml:space="preserve"> </w:t>
      </w:r>
      <w:proofErr w:type="spellStart"/>
      <w:r w:rsidRPr="00E64B7A">
        <w:rPr>
          <w:rFonts w:ascii="Nirmala UI" w:hAnsi="Nirmala UI" w:cs="Nirmala UI"/>
          <w:b/>
          <w:bCs/>
          <w:lang w:val="en-IN"/>
        </w:rPr>
        <w:t>स्वाक्षरी</w:t>
      </w:r>
      <w:proofErr w:type="spellEnd"/>
      <w:r w:rsidRPr="00E64B7A">
        <w:rPr>
          <w:rFonts w:ascii="Nirmala UI" w:hAnsi="Nirmala UI" w:cs="Nirmala UI"/>
          <w:b/>
          <w:bCs/>
          <w:lang w:val="en-IN"/>
        </w:rPr>
        <w:t>:</w:t>
      </w:r>
      <w:r w:rsidRPr="00E64B7A">
        <w:rPr>
          <w:rFonts w:ascii="Nirmala UI" w:hAnsi="Nirmala UI" w:cs="Nirmala UI"/>
          <w:lang w:val="en-IN"/>
        </w:rPr>
        <w:t xml:space="preserve"> २ </w:t>
      </w:r>
      <w:proofErr w:type="spellStart"/>
      <w:r w:rsidRPr="00E64B7A">
        <w:rPr>
          <w:rFonts w:ascii="Nirmala UI" w:hAnsi="Nirmala UI" w:cs="Nirmala UI"/>
          <w:lang w:val="en-IN"/>
        </w:rPr>
        <w:t>प्रतीत</w:t>
      </w:r>
      <w:proofErr w:type="spellEnd"/>
      <w:r w:rsidRPr="00E64B7A">
        <w:rPr>
          <w:rFonts w:ascii="Nirmala UI" w:hAnsi="Nirmala UI" w:cs="Nirmala UI"/>
          <w:lang w:val="en-IN"/>
        </w:rPr>
        <w:t xml:space="preserve"> </w:t>
      </w:r>
      <w:proofErr w:type="spellStart"/>
      <w:r w:rsidRPr="00E64B7A">
        <w:rPr>
          <w:rFonts w:ascii="Nirmala UI" w:hAnsi="Nirmala UI" w:cs="Nirmala UI"/>
          <w:lang w:val="en-IN"/>
        </w:rPr>
        <w:t>नमुना</w:t>
      </w:r>
      <w:proofErr w:type="spellEnd"/>
      <w:r w:rsidRPr="00E64B7A">
        <w:rPr>
          <w:rFonts w:ascii="Nirmala UI" w:hAnsi="Nirmala UI" w:cs="Nirmala UI"/>
          <w:lang w:val="en-IN"/>
        </w:rPr>
        <w:t xml:space="preserve"> </w:t>
      </w:r>
      <w:proofErr w:type="spellStart"/>
      <w:r w:rsidRPr="00E64B7A">
        <w:rPr>
          <w:rFonts w:ascii="Nirmala UI" w:hAnsi="Nirmala UI" w:cs="Nirmala UI"/>
          <w:lang w:val="en-IN"/>
        </w:rPr>
        <w:t>स्वाक्षरी</w:t>
      </w:r>
      <w:proofErr w:type="spellEnd"/>
      <w:r w:rsidRPr="00E64B7A">
        <w:rPr>
          <w:rFonts w:ascii="Nirmala UI" w:hAnsi="Nirmala UI" w:cs="Nirmala UI"/>
          <w:lang w:val="en-IN"/>
        </w:rPr>
        <w:t xml:space="preserve">. </w:t>
      </w:r>
    </w:p>
    <w:p w14:paraId="0B2FCADB" w14:textId="77777777" w:rsidR="00E64B7A" w:rsidRPr="00E64B7A" w:rsidRDefault="00E64B7A" w:rsidP="00E64B7A">
      <w:pPr>
        <w:numPr>
          <w:ilvl w:val="0"/>
          <w:numId w:val="11"/>
        </w:numPr>
        <w:spacing w:after="120"/>
        <w:rPr>
          <w:rFonts w:ascii="Nirmala UI" w:hAnsi="Nirmala UI" w:cs="Nirmala UI"/>
          <w:lang w:val="en-IN"/>
        </w:rPr>
      </w:pPr>
      <w:proofErr w:type="spellStart"/>
      <w:r w:rsidRPr="00E64B7A">
        <w:rPr>
          <w:rFonts w:ascii="Nirmala UI" w:hAnsi="Nirmala UI" w:cs="Nirmala UI"/>
          <w:b/>
          <w:bCs/>
          <w:lang w:val="en-IN"/>
        </w:rPr>
        <w:t>सेवापुस्तक</w:t>
      </w:r>
      <w:proofErr w:type="spellEnd"/>
      <w:r w:rsidRPr="00E64B7A">
        <w:rPr>
          <w:rFonts w:ascii="Nirmala UI" w:hAnsi="Nirmala UI" w:cs="Nirmala UI"/>
          <w:b/>
          <w:bCs/>
          <w:lang w:val="en-IN"/>
        </w:rPr>
        <w:t>:</w:t>
      </w:r>
      <w:r w:rsidRPr="00E64B7A">
        <w:rPr>
          <w:rFonts w:ascii="Nirmala UI" w:hAnsi="Nirmala UI" w:cs="Nirmala UI"/>
          <w:lang w:val="en-IN"/>
        </w:rPr>
        <w:t xml:space="preserve"> </w:t>
      </w:r>
      <w:proofErr w:type="spellStart"/>
      <w:r w:rsidRPr="00E64B7A">
        <w:rPr>
          <w:rFonts w:ascii="Nirmala UI" w:hAnsi="Nirmala UI" w:cs="Nirmala UI"/>
          <w:lang w:val="en-IN"/>
        </w:rPr>
        <w:t>सेवापुस्तकाच्या</w:t>
      </w:r>
      <w:proofErr w:type="spellEnd"/>
      <w:r w:rsidRPr="00E64B7A">
        <w:rPr>
          <w:rFonts w:ascii="Nirmala UI" w:hAnsi="Nirmala UI" w:cs="Nirmala UI"/>
          <w:lang w:val="en-IN"/>
        </w:rPr>
        <w:t xml:space="preserve"> </w:t>
      </w:r>
      <w:proofErr w:type="spellStart"/>
      <w:r w:rsidRPr="00E64B7A">
        <w:rPr>
          <w:rFonts w:ascii="Nirmala UI" w:hAnsi="Nirmala UI" w:cs="Nirmala UI"/>
          <w:lang w:val="en-IN"/>
        </w:rPr>
        <w:t>प्रथम</w:t>
      </w:r>
      <w:proofErr w:type="spellEnd"/>
      <w:r w:rsidRPr="00E64B7A">
        <w:rPr>
          <w:rFonts w:ascii="Nirmala UI" w:hAnsi="Nirmala UI" w:cs="Nirmala UI"/>
          <w:lang w:val="en-IN"/>
        </w:rPr>
        <w:t xml:space="preserve"> </w:t>
      </w:r>
      <w:proofErr w:type="spellStart"/>
      <w:r w:rsidRPr="00E64B7A">
        <w:rPr>
          <w:rFonts w:ascii="Nirmala UI" w:hAnsi="Nirmala UI" w:cs="Nirmala UI"/>
          <w:lang w:val="en-IN"/>
        </w:rPr>
        <w:t>पृष्ठाची</w:t>
      </w:r>
      <w:proofErr w:type="spellEnd"/>
      <w:r w:rsidRPr="00E64B7A">
        <w:rPr>
          <w:rFonts w:ascii="Nirmala UI" w:hAnsi="Nirmala UI" w:cs="Nirmala UI"/>
          <w:lang w:val="en-IN"/>
        </w:rPr>
        <w:t xml:space="preserve"> </w:t>
      </w:r>
      <w:proofErr w:type="spellStart"/>
      <w:r w:rsidRPr="00E64B7A">
        <w:rPr>
          <w:rFonts w:ascii="Nirmala UI" w:hAnsi="Nirmala UI" w:cs="Nirmala UI"/>
          <w:lang w:val="en-IN"/>
        </w:rPr>
        <w:t>छायांकित</w:t>
      </w:r>
      <w:proofErr w:type="spellEnd"/>
      <w:r w:rsidRPr="00E64B7A">
        <w:rPr>
          <w:rFonts w:ascii="Nirmala UI" w:hAnsi="Nirmala UI" w:cs="Nirmala UI"/>
          <w:lang w:val="en-IN"/>
        </w:rPr>
        <w:t xml:space="preserve"> </w:t>
      </w:r>
      <w:proofErr w:type="spellStart"/>
      <w:r w:rsidRPr="00E64B7A">
        <w:rPr>
          <w:rFonts w:ascii="Nirmala UI" w:hAnsi="Nirmala UI" w:cs="Nirmala UI"/>
          <w:lang w:val="en-IN"/>
        </w:rPr>
        <w:t>प्रत</w:t>
      </w:r>
      <w:proofErr w:type="spellEnd"/>
      <w:r w:rsidRPr="00E64B7A">
        <w:rPr>
          <w:rFonts w:ascii="Nirmala UI" w:hAnsi="Nirmala UI" w:cs="Nirmala UI"/>
          <w:lang w:val="en-IN"/>
        </w:rPr>
        <w:t xml:space="preserve">. </w:t>
      </w:r>
    </w:p>
    <w:p w14:paraId="4385F126" w14:textId="77777777" w:rsidR="00E64B7A" w:rsidRPr="00E64B7A" w:rsidRDefault="00E64B7A" w:rsidP="00E64B7A">
      <w:pPr>
        <w:numPr>
          <w:ilvl w:val="0"/>
          <w:numId w:val="11"/>
        </w:numPr>
        <w:spacing w:after="120"/>
        <w:rPr>
          <w:rFonts w:ascii="Nirmala UI" w:hAnsi="Nirmala UI" w:cs="Nirmala UI"/>
          <w:lang w:val="en-IN"/>
        </w:rPr>
      </w:pPr>
      <w:proofErr w:type="spellStart"/>
      <w:r w:rsidRPr="00E64B7A">
        <w:rPr>
          <w:rFonts w:ascii="Nirmala UI" w:hAnsi="Nirmala UI" w:cs="Nirmala UI"/>
          <w:b/>
          <w:bCs/>
          <w:lang w:val="en-IN"/>
        </w:rPr>
        <w:t>अंगठ्याचे</w:t>
      </w:r>
      <w:proofErr w:type="spellEnd"/>
      <w:r w:rsidRPr="00E64B7A">
        <w:rPr>
          <w:rFonts w:ascii="Nirmala UI" w:hAnsi="Nirmala UI" w:cs="Nirmala UI"/>
          <w:b/>
          <w:bCs/>
          <w:lang w:val="en-IN"/>
        </w:rPr>
        <w:t xml:space="preserve"> </w:t>
      </w:r>
      <w:proofErr w:type="spellStart"/>
      <w:r w:rsidRPr="00E64B7A">
        <w:rPr>
          <w:rFonts w:ascii="Nirmala UI" w:hAnsi="Nirmala UI" w:cs="Nirmala UI"/>
          <w:b/>
          <w:bCs/>
          <w:lang w:val="en-IN"/>
        </w:rPr>
        <w:t>ठसे</w:t>
      </w:r>
      <w:proofErr w:type="spellEnd"/>
      <w:r w:rsidRPr="00E64B7A">
        <w:rPr>
          <w:rFonts w:ascii="Nirmala UI" w:hAnsi="Nirmala UI" w:cs="Nirmala UI"/>
          <w:b/>
          <w:bCs/>
          <w:lang w:val="en-IN"/>
        </w:rPr>
        <w:t>:</w:t>
      </w:r>
      <w:r w:rsidRPr="00E64B7A">
        <w:rPr>
          <w:rFonts w:ascii="Nirmala UI" w:hAnsi="Nirmala UI" w:cs="Nirmala UI"/>
          <w:lang w:val="en-IN"/>
        </w:rPr>
        <w:t xml:space="preserve"> </w:t>
      </w:r>
      <w:proofErr w:type="spellStart"/>
      <w:r w:rsidRPr="00E64B7A">
        <w:rPr>
          <w:rFonts w:ascii="Nirmala UI" w:hAnsi="Nirmala UI" w:cs="Nirmala UI"/>
          <w:lang w:val="en-IN"/>
        </w:rPr>
        <w:t>स्वाक्षरी</w:t>
      </w:r>
      <w:proofErr w:type="spellEnd"/>
      <w:r w:rsidRPr="00E64B7A">
        <w:rPr>
          <w:rFonts w:ascii="Nirmala UI" w:hAnsi="Nirmala UI" w:cs="Nirmala UI"/>
          <w:lang w:val="en-IN"/>
        </w:rPr>
        <w:t xml:space="preserve"> </w:t>
      </w:r>
      <w:proofErr w:type="spellStart"/>
      <w:r w:rsidRPr="00E64B7A">
        <w:rPr>
          <w:rFonts w:ascii="Nirmala UI" w:hAnsi="Nirmala UI" w:cs="Nirmala UI"/>
          <w:lang w:val="en-IN"/>
        </w:rPr>
        <w:t>करता</w:t>
      </w:r>
      <w:proofErr w:type="spellEnd"/>
      <w:r w:rsidRPr="00E64B7A">
        <w:rPr>
          <w:rFonts w:ascii="Nirmala UI" w:hAnsi="Nirmala UI" w:cs="Nirmala UI"/>
          <w:lang w:val="en-IN"/>
        </w:rPr>
        <w:t xml:space="preserve"> </w:t>
      </w:r>
      <w:proofErr w:type="spellStart"/>
      <w:r w:rsidRPr="00E64B7A">
        <w:rPr>
          <w:rFonts w:ascii="Nirmala UI" w:hAnsi="Nirmala UI" w:cs="Nirmala UI"/>
          <w:lang w:val="en-IN"/>
        </w:rPr>
        <w:t>येत</w:t>
      </w:r>
      <w:proofErr w:type="spellEnd"/>
      <w:r w:rsidRPr="00E64B7A">
        <w:rPr>
          <w:rFonts w:ascii="Nirmala UI" w:hAnsi="Nirmala UI" w:cs="Nirmala UI"/>
          <w:lang w:val="en-IN"/>
        </w:rPr>
        <w:t xml:space="preserve"> </w:t>
      </w:r>
      <w:proofErr w:type="spellStart"/>
      <w:r w:rsidRPr="00E64B7A">
        <w:rPr>
          <w:rFonts w:ascii="Nirmala UI" w:hAnsi="Nirmala UI" w:cs="Nirmala UI"/>
          <w:lang w:val="en-IN"/>
        </w:rPr>
        <w:t>नसल्यास</w:t>
      </w:r>
      <w:proofErr w:type="spellEnd"/>
      <w:r w:rsidRPr="00E64B7A">
        <w:rPr>
          <w:rFonts w:ascii="Nirmala UI" w:hAnsi="Nirmala UI" w:cs="Nirmala UI"/>
          <w:lang w:val="en-IN"/>
        </w:rPr>
        <w:t xml:space="preserve"> </w:t>
      </w:r>
      <w:proofErr w:type="spellStart"/>
      <w:r w:rsidRPr="00E64B7A">
        <w:rPr>
          <w:rFonts w:ascii="Nirmala UI" w:hAnsi="Nirmala UI" w:cs="Nirmala UI"/>
          <w:lang w:val="en-IN"/>
        </w:rPr>
        <w:t>डाव्या</w:t>
      </w:r>
      <w:proofErr w:type="spellEnd"/>
      <w:r w:rsidRPr="00E64B7A">
        <w:rPr>
          <w:rFonts w:ascii="Nirmala UI" w:hAnsi="Nirmala UI" w:cs="Nirmala UI"/>
          <w:lang w:val="en-IN"/>
        </w:rPr>
        <w:t>/</w:t>
      </w:r>
      <w:proofErr w:type="spellStart"/>
      <w:r w:rsidRPr="00E64B7A">
        <w:rPr>
          <w:rFonts w:ascii="Nirmala UI" w:hAnsi="Nirmala UI" w:cs="Nirmala UI"/>
          <w:lang w:val="en-IN"/>
        </w:rPr>
        <w:t>उजव्या</w:t>
      </w:r>
      <w:proofErr w:type="spellEnd"/>
      <w:r w:rsidRPr="00E64B7A">
        <w:rPr>
          <w:rFonts w:ascii="Nirmala UI" w:hAnsi="Nirmala UI" w:cs="Nirmala UI"/>
          <w:lang w:val="en-IN"/>
        </w:rPr>
        <w:t xml:space="preserve"> </w:t>
      </w:r>
      <w:proofErr w:type="spellStart"/>
      <w:r w:rsidRPr="00E64B7A">
        <w:rPr>
          <w:rFonts w:ascii="Nirmala UI" w:hAnsi="Nirmala UI" w:cs="Nirmala UI"/>
          <w:lang w:val="en-IN"/>
        </w:rPr>
        <w:t>हाताच्या</w:t>
      </w:r>
      <w:proofErr w:type="spellEnd"/>
      <w:r w:rsidRPr="00E64B7A">
        <w:rPr>
          <w:rFonts w:ascii="Nirmala UI" w:hAnsi="Nirmala UI" w:cs="Nirmala UI"/>
          <w:lang w:val="en-IN"/>
        </w:rPr>
        <w:t xml:space="preserve"> </w:t>
      </w:r>
      <w:proofErr w:type="spellStart"/>
      <w:r w:rsidRPr="00E64B7A">
        <w:rPr>
          <w:rFonts w:ascii="Nirmala UI" w:hAnsi="Nirmala UI" w:cs="Nirmala UI"/>
          <w:lang w:val="en-IN"/>
        </w:rPr>
        <w:t>अंगठ्याचा</w:t>
      </w:r>
      <w:proofErr w:type="spellEnd"/>
      <w:r w:rsidRPr="00E64B7A">
        <w:rPr>
          <w:rFonts w:ascii="Nirmala UI" w:hAnsi="Nirmala UI" w:cs="Nirmala UI"/>
          <w:lang w:val="en-IN"/>
        </w:rPr>
        <w:t xml:space="preserve"> </w:t>
      </w:r>
      <w:proofErr w:type="spellStart"/>
      <w:r w:rsidRPr="00E64B7A">
        <w:rPr>
          <w:rFonts w:ascii="Nirmala UI" w:hAnsi="Nirmala UI" w:cs="Nirmala UI"/>
          <w:lang w:val="en-IN"/>
        </w:rPr>
        <w:t>ठसा</w:t>
      </w:r>
      <w:proofErr w:type="spellEnd"/>
      <w:r w:rsidRPr="00E64B7A">
        <w:rPr>
          <w:rFonts w:ascii="Nirmala UI" w:hAnsi="Nirmala UI" w:cs="Nirmala UI"/>
          <w:lang w:val="en-IN"/>
        </w:rPr>
        <w:t xml:space="preserve"> (</w:t>
      </w:r>
      <w:proofErr w:type="spellStart"/>
      <w:r w:rsidRPr="00E64B7A">
        <w:rPr>
          <w:rFonts w:ascii="Nirmala UI" w:hAnsi="Nirmala UI" w:cs="Nirmala UI"/>
          <w:lang w:val="en-IN"/>
        </w:rPr>
        <w:t>कार्यालय</w:t>
      </w:r>
      <w:proofErr w:type="spellEnd"/>
      <w:r w:rsidRPr="00E64B7A">
        <w:rPr>
          <w:rFonts w:ascii="Nirmala UI" w:hAnsi="Nirmala UI" w:cs="Nirmala UI"/>
          <w:lang w:val="en-IN"/>
        </w:rPr>
        <w:t xml:space="preserve"> </w:t>
      </w:r>
      <w:proofErr w:type="spellStart"/>
      <w:r w:rsidRPr="00E64B7A">
        <w:rPr>
          <w:rFonts w:ascii="Nirmala UI" w:hAnsi="Nirmala UI" w:cs="Nirmala UI"/>
          <w:lang w:val="en-IN"/>
        </w:rPr>
        <w:t>प्रमुखांकडून</w:t>
      </w:r>
      <w:proofErr w:type="spellEnd"/>
      <w:r w:rsidRPr="00E64B7A">
        <w:rPr>
          <w:rFonts w:ascii="Nirmala UI" w:hAnsi="Nirmala UI" w:cs="Nirmala UI"/>
          <w:lang w:val="en-IN"/>
        </w:rPr>
        <w:t xml:space="preserve"> </w:t>
      </w:r>
      <w:proofErr w:type="spellStart"/>
      <w:r w:rsidRPr="00E64B7A">
        <w:rPr>
          <w:rFonts w:ascii="Nirmala UI" w:hAnsi="Nirmala UI" w:cs="Nirmala UI"/>
          <w:lang w:val="en-IN"/>
        </w:rPr>
        <w:t>साक्षांकित</w:t>
      </w:r>
      <w:proofErr w:type="spellEnd"/>
      <w:r w:rsidRPr="00E64B7A">
        <w:rPr>
          <w:rFonts w:ascii="Nirmala UI" w:hAnsi="Nirmala UI" w:cs="Nirmala UI"/>
          <w:lang w:val="en-IN"/>
        </w:rPr>
        <w:t xml:space="preserve">). </w:t>
      </w:r>
    </w:p>
    <w:p w14:paraId="0481247D" w14:textId="77777777" w:rsidR="00E64B7A" w:rsidRPr="00E64B7A" w:rsidRDefault="00E64B7A" w:rsidP="00E64B7A">
      <w:pPr>
        <w:numPr>
          <w:ilvl w:val="0"/>
          <w:numId w:val="11"/>
        </w:numPr>
        <w:spacing w:after="120"/>
        <w:rPr>
          <w:rFonts w:ascii="Nirmala UI" w:hAnsi="Nirmala UI" w:cs="Nirmala UI"/>
          <w:lang w:val="en-IN"/>
        </w:rPr>
      </w:pPr>
      <w:proofErr w:type="spellStart"/>
      <w:r w:rsidRPr="00E64B7A">
        <w:rPr>
          <w:rFonts w:ascii="Nirmala UI" w:hAnsi="Nirmala UI" w:cs="Nirmala UI"/>
          <w:b/>
          <w:bCs/>
          <w:lang w:val="en-IN"/>
        </w:rPr>
        <w:t>पॅन</w:t>
      </w:r>
      <w:proofErr w:type="spellEnd"/>
      <w:r w:rsidRPr="00E64B7A">
        <w:rPr>
          <w:rFonts w:ascii="Nirmala UI" w:hAnsi="Nirmala UI" w:cs="Nirmala UI"/>
          <w:b/>
          <w:bCs/>
          <w:lang w:val="en-IN"/>
        </w:rPr>
        <w:t xml:space="preserve"> </w:t>
      </w:r>
      <w:proofErr w:type="spellStart"/>
      <w:r w:rsidRPr="00E64B7A">
        <w:rPr>
          <w:rFonts w:ascii="Nirmala UI" w:hAnsi="Nirmala UI" w:cs="Nirmala UI"/>
          <w:b/>
          <w:bCs/>
          <w:lang w:val="en-IN"/>
        </w:rPr>
        <w:t>कार्ड</w:t>
      </w:r>
      <w:proofErr w:type="spellEnd"/>
      <w:r w:rsidRPr="00E64B7A">
        <w:rPr>
          <w:rFonts w:ascii="Nirmala UI" w:hAnsi="Nirmala UI" w:cs="Nirmala UI"/>
          <w:b/>
          <w:bCs/>
          <w:lang w:val="en-IN"/>
        </w:rPr>
        <w:t xml:space="preserve"> व </w:t>
      </w:r>
      <w:proofErr w:type="spellStart"/>
      <w:r w:rsidRPr="00E64B7A">
        <w:rPr>
          <w:rFonts w:ascii="Nirmala UI" w:hAnsi="Nirmala UI" w:cs="Nirmala UI"/>
          <w:b/>
          <w:bCs/>
          <w:lang w:val="en-IN"/>
        </w:rPr>
        <w:t>बँक</w:t>
      </w:r>
      <w:proofErr w:type="spellEnd"/>
      <w:r w:rsidRPr="00E64B7A">
        <w:rPr>
          <w:rFonts w:ascii="Nirmala UI" w:hAnsi="Nirmala UI" w:cs="Nirmala UI"/>
          <w:b/>
          <w:bCs/>
          <w:lang w:val="en-IN"/>
        </w:rPr>
        <w:t xml:space="preserve"> </w:t>
      </w:r>
      <w:proofErr w:type="spellStart"/>
      <w:r w:rsidRPr="00E64B7A">
        <w:rPr>
          <w:rFonts w:ascii="Nirmala UI" w:hAnsi="Nirmala UI" w:cs="Nirmala UI"/>
          <w:b/>
          <w:bCs/>
          <w:lang w:val="en-IN"/>
        </w:rPr>
        <w:t>पासबुक</w:t>
      </w:r>
      <w:proofErr w:type="spellEnd"/>
      <w:r w:rsidRPr="00E64B7A">
        <w:rPr>
          <w:rFonts w:ascii="Nirmala UI" w:hAnsi="Nirmala UI" w:cs="Nirmala UI"/>
          <w:b/>
          <w:bCs/>
          <w:lang w:val="en-IN"/>
        </w:rPr>
        <w:t>:</w:t>
      </w:r>
      <w:r w:rsidRPr="00E64B7A">
        <w:rPr>
          <w:rFonts w:ascii="Nirmala UI" w:hAnsi="Nirmala UI" w:cs="Nirmala UI"/>
          <w:lang w:val="en-IN"/>
        </w:rPr>
        <w:t xml:space="preserve"> </w:t>
      </w:r>
      <w:proofErr w:type="spellStart"/>
      <w:r w:rsidRPr="00E64B7A">
        <w:rPr>
          <w:rFonts w:ascii="Nirmala UI" w:hAnsi="Nirmala UI" w:cs="Nirmala UI"/>
          <w:lang w:val="en-IN"/>
        </w:rPr>
        <w:t>पॅन</w:t>
      </w:r>
      <w:proofErr w:type="spellEnd"/>
      <w:r w:rsidRPr="00E64B7A">
        <w:rPr>
          <w:rFonts w:ascii="Nirmala UI" w:hAnsi="Nirmala UI" w:cs="Nirmala UI"/>
          <w:lang w:val="en-IN"/>
        </w:rPr>
        <w:t xml:space="preserve"> </w:t>
      </w:r>
      <w:proofErr w:type="spellStart"/>
      <w:r w:rsidRPr="00E64B7A">
        <w:rPr>
          <w:rFonts w:ascii="Nirmala UI" w:hAnsi="Nirmala UI" w:cs="Nirmala UI"/>
          <w:lang w:val="en-IN"/>
        </w:rPr>
        <w:t>कार्ड</w:t>
      </w:r>
      <w:proofErr w:type="spellEnd"/>
      <w:r w:rsidRPr="00E64B7A">
        <w:rPr>
          <w:rFonts w:ascii="Nirmala UI" w:hAnsi="Nirmala UI" w:cs="Nirmala UI"/>
          <w:lang w:val="en-IN"/>
        </w:rPr>
        <w:t xml:space="preserve"> </w:t>
      </w:r>
      <w:proofErr w:type="spellStart"/>
      <w:r w:rsidRPr="00E64B7A">
        <w:rPr>
          <w:rFonts w:ascii="Nirmala UI" w:hAnsi="Nirmala UI" w:cs="Nirmala UI"/>
          <w:lang w:val="en-IN"/>
        </w:rPr>
        <w:t>आणि</w:t>
      </w:r>
      <w:proofErr w:type="spellEnd"/>
      <w:r w:rsidRPr="00E64B7A">
        <w:rPr>
          <w:rFonts w:ascii="Nirmala UI" w:hAnsi="Nirmala UI" w:cs="Nirmala UI"/>
          <w:lang w:val="en-IN"/>
        </w:rPr>
        <w:t xml:space="preserve"> </w:t>
      </w:r>
      <w:proofErr w:type="spellStart"/>
      <w:r w:rsidRPr="00E64B7A">
        <w:rPr>
          <w:rFonts w:ascii="Nirmala UI" w:hAnsi="Nirmala UI" w:cs="Nirmala UI"/>
          <w:lang w:val="en-IN"/>
        </w:rPr>
        <w:t>बँक</w:t>
      </w:r>
      <w:proofErr w:type="spellEnd"/>
      <w:r w:rsidRPr="00E64B7A">
        <w:rPr>
          <w:rFonts w:ascii="Nirmala UI" w:hAnsi="Nirmala UI" w:cs="Nirmala UI"/>
          <w:lang w:val="en-IN"/>
        </w:rPr>
        <w:t xml:space="preserve"> </w:t>
      </w:r>
      <w:proofErr w:type="spellStart"/>
      <w:r w:rsidRPr="00E64B7A">
        <w:rPr>
          <w:rFonts w:ascii="Nirmala UI" w:hAnsi="Nirmala UI" w:cs="Nirmala UI"/>
          <w:lang w:val="en-IN"/>
        </w:rPr>
        <w:t>पासबुकच्या</w:t>
      </w:r>
      <w:proofErr w:type="spellEnd"/>
      <w:r w:rsidRPr="00E64B7A">
        <w:rPr>
          <w:rFonts w:ascii="Nirmala UI" w:hAnsi="Nirmala UI" w:cs="Nirmala UI"/>
          <w:lang w:val="en-IN"/>
        </w:rPr>
        <w:t xml:space="preserve"> </w:t>
      </w:r>
      <w:proofErr w:type="spellStart"/>
      <w:r w:rsidRPr="00E64B7A">
        <w:rPr>
          <w:rFonts w:ascii="Nirmala UI" w:hAnsi="Nirmala UI" w:cs="Nirmala UI"/>
          <w:lang w:val="en-IN"/>
        </w:rPr>
        <w:t>प्रथम</w:t>
      </w:r>
      <w:proofErr w:type="spellEnd"/>
      <w:r w:rsidRPr="00E64B7A">
        <w:rPr>
          <w:rFonts w:ascii="Nirmala UI" w:hAnsi="Nirmala UI" w:cs="Nirmala UI"/>
          <w:lang w:val="en-IN"/>
        </w:rPr>
        <w:t xml:space="preserve"> </w:t>
      </w:r>
      <w:proofErr w:type="spellStart"/>
      <w:r w:rsidRPr="00E64B7A">
        <w:rPr>
          <w:rFonts w:ascii="Nirmala UI" w:hAnsi="Nirmala UI" w:cs="Nirmala UI"/>
          <w:lang w:val="en-IN"/>
        </w:rPr>
        <w:t>पृष्ठाची</w:t>
      </w:r>
      <w:proofErr w:type="spellEnd"/>
      <w:r w:rsidRPr="00E64B7A">
        <w:rPr>
          <w:rFonts w:ascii="Nirmala UI" w:hAnsi="Nirmala UI" w:cs="Nirmala UI"/>
          <w:lang w:val="en-IN"/>
        </w:rPr>
        <w:t xml:space="preserve"> </w:t>
      </w:r>
      <w:proofErr w:type="spellStart"/>
      <w:r w:rsidRPr="00E64B7A">
        <w:rPr>
          <w:rFonts w:ascii="Nirmala UI" w:hAnsi="Nirmala UI" w:cs="Nirmala UI"/>
          <w:lang w:val="en-IN"/>
        </w:rPr>
        <w:t>स्व-साक्षांकित</w:t>
      </w:r>
      <w:proofErr w:type="spellEnd"/>
      <w:r w:rsidRPr="00E64B7A">
        <w:rPr>
          <w:rFonts w:ascii="Nirmala UI" w:hAnsi="Nirmala UI" w:cs="Nirmala UI"/>
          <w:lang w:val="en-IN"/>
        </w:rPr>
        <w:t xml:space="preserve"> </w:t>
      </w:r>
      <w:proofErr w:type="spellStart"/>
      <w:r w:rsidRPr="00E64B7A">
        <w:rPr>
          <w:rFonts w:ascii="Nirmala UI" w:hAnsi="Nirmala UI" w:cs="Nirmala UI"/>
          <w:lang w:val="en-IN"/>
        </w:rPr>
        <w:t>प्रत</w:t>
      </w:r>
      <w:proofErr w:type="spellEnd"/>
      <w:r w:rsidRPr="00E64B7A">
        <w:rPr>
          <w:rFonts w:ascii="Nirmala UI" w:hAnsi="Nirmala UI" w:cs="Nirmala UI"/>
          <w:lang w:val="en-IN"/>
        </w:rPr>
        <w:t xml:space="preserve">. </w:t>
      </w:r>
    </w:p>
    <w:p w14:paraId="69616F2D" w14:textId="77777777" w:rsidR="00E64B7A" w:rsidRPr="00E64B7A" w:rsidRDefault="00E64B7A" w:rsidP="00E64B7A">
      <w:pPr>
        <w:numPr>
          <w:ilvl w:val="0"/>
          <w:numId w:val="11"/>
        </w:numPr>
        <w:spacing w:after="120"/>
        <w:rPr>
          <w:rFonts w:ascii="Nirmala UI" w:hAnsi="Nirmala UI" w:cs="Nirmala UI"/>
          <w:lang w:val="en-IN"/>
        </w:rPr>
      </w:pPr>
      <w:proofErr w:type="spellStart"/>
      <w:r w:rsidRPr="00E64B7A">
        <w:rPr>
          <w:rFonts w:ascii="Nirmala UI" w:hAnsi="Nirmala UI" w:cs="Nirmala UI"/>
          <w:b/>
          <w:bCs/>
          <w:lang w:val="en-IN"/>
        </w:rPr>
        <w:t>आधार</w:t>
      </w:r>
      <w:proofErr w:type="spellEnd"/>
      <w:r w:rsidRPr="00E64B7A">
        <w:rPr>
          <w:rFonts w:ascii="Nirmala UI" w:hAnsi="Nirmala UI" w:cs="Nirmala UI"/>
          <w:b/>
          <w:bCs/>
          <w:lang w:val="en-IN"/>
        </w:rPr>
        <w:t xml:space="preserve"> </w:t>
      </w:r>
      <w:proofErr w:type="spellStart"/>
      <w:r w:rsidRPr="00E64B7A">
        <w:rPr>
          <w:rFonts w:ascii="Nirmala UI" w:hAnsi="Nirmala UI" w:cs="Nirmala UI"/>
          <w:b/>
          <w:bCs/>
          <w:lang w:val="en-IN"/>
        </w:rPr>
        <w:t>कार्ड</w:t>
      </w:r>
      <w:proofErr w:type="spellEnd"/>
      <w:r w:rsidRPr="00E64B7A">
        <w:rPr>
          <w:rFonts w:ascii="Nirmala UI" w:hAnsi="Nirmala UI" w:cs="Nirmala UI"/>
          <w:b/>
          <w:bCs/>
          <w:lang w:val="en-IN"/>
        </w:rPr>
        <w:t>:</w:t>
      </w:r>
      <w:r w:rsidRPr="00E64B7A">
        <w:rPr>
          <w:rFonts w:ascii="Nirmala UI" w:hAnsi="Nirmala UI" w:cs="Nirmala UI"/>
          <w:lang w:val="en-IN"/>
        </w:rPr>
        <w:t xml:space="preserve"> </w:t>
      </w:r>
      <w:proofErr w:type="spellStart"/>
      <w:r w:rsidRPr="00E64B7A">
        <w:rPr>
          <w:rFonts w:ascii="Nirmala UI" w:hAnsi="Nirmala UI" w:cs="Nirmala UI"/>
          <w:lang w:val="en-IN"/>
        </w:rPr>
        <w:t>निवृत्तिवेतनधारक</w:t>
      </w:r>
      <w:proofErr w:type="spellEnd"/>
      <w:r w:rsidRPr="00E64B7A">
        <w:rPr>
          <w:rFonts w:ascii="Nirmala UI" w:hAnsi="Nirmala UI" w:cs="Nirmala UI"/>
          <w:lang w:val="en-IN"/>
        </w:rPr>
        <w:t xml:space="preserve"> व </w:t>
      </w:r>
      <w:proofErr w:type="spellStart"/>
      <w:r w:rsidRPr="00E64B7A">
        <w:rPr>
          <w:rFonts w:ascii="Nirmala UI" w:hAnsi="Nirmala UI" w:cs="Nirmala UI"/>
          <w:lang w:val="en-IN"/>
        </w:rPr>
        <w:t>कुटुंब</w:t>
      </w:r>
      <w:proofErr w:type="spellEnd"/>
      <w:r w:rsidRPr="00E64B7A">
        <w:rPr>
          <w:rFonts w:ascii="Nirmala UI" w:hAnsi="Nirmala UI" w:cs="Nirmala UI"/>
          <w:lang w:val="en-IN"/>
        </w:rPr>
        <w:t xml:space="preserve"> </w:t>
      </w:r>
      <w:proofErr w:type="spellStart"/>
      <w:r w:rsidRPr="00E64B7A">
        <w:rPr>
          <w:rFonts w:ascii="Nirmala UI" w:hAnsi="Nirmala UI" w:cs="Nirmala UI"/>
          <w:lang w:val="en-IN"/>
        </w:rPr>
        <w:t>निवृत्तिवेतनधारकाचे</w:t>
      </w:r>
      <w:proofErr w:type="spellEnd"/>
      <w:r w:rsidRPr="00E64B7A">
        <w:rPr>
          <w:rFonts w:ascii="Nirmala UI" w:hAnsi="Nirmala UI" w:cs="Nirmala UI"/>
          <w:lang w:val="en-IN"/>
        </w:rPr>
        <w:t xml:space="preserve"> </w:t>
      </w:r>
      <w:proofErr w:type="spellStart"/>
      <w:r w:rsidRPr="00E64B7A">
        <w:rPr>
          <w:rFonts w:ascii="Nirmala UI" w:hAnsi="Nirmala UI" w:cs="Nirmala UI"/>
          <w:lang w:val="en-IN"/>
        </w:rPr>
        <w:t>आधार</w:t>
      </w:r>
      <w:proofErr w:type="spellEnd"/>
      <w:r w:rsidRPr="00E64B7A">
        <w:rPr>
          <w:rFonts w:ascii="Nirmala UI" w:hAnsi="Nirmala UI" w:cs="Nirmala UI"/>
          <w:lang w:val="en-IN"/>
        </w:rPr>
        <w:t xml:space="preserve"> </w:t>
      </w:r>
      <w:proofErr w:type="spellStart"/>
      <w:r w:rsidRPr="00E64B7A">
        <w:rPr>
          <w:rFonts w:ascii="Nirmala UI" w:hAnsi="Nirmala UI" w:cs="Nirmala UI"/>
          <w:lang w:val="en-IN"/>
        </w:rPr>
        <w:t>कार्ड</w:t>
      </w:r>
      <w:proofErr w:type="spellEnd"/>
      <w:r w:rsidRPr="00E64B7A">
        <w:rPr>
          <w:rFonts w:ascii="Nirmala UI" w:hAnsi="Nirmala UI" w:cs="Nirmala UI"/>
          <w:lang w:val="en-IN"/>
        </w:rPr>
        <w:t xml:space="preserve">. </w:t>
      </w:r>
    </w:p>
    <w:p w14:paraId="59F31226" w14:textId="77777777" w:rsidR="00E64B7A" w:rsidRPr="00E64B7A" w:rsidRDefault="00E64B7A" w:rsidP="00E64B7A">
      <w:pPr>
        <w:numPr>
          <w:ilvl w:val="0"/>
          <w:numId w:val="11"/>
        </w:numPr>
        <w:spacing w:after="120"/>
        <w:rPr>
          <w:rFonts w:ascii="Nirmala UI" w:hAnsi="Nirmala UI" w:cs="Nirmala UI"/>
          <w:lang w:val="en-IN"/>
        </w:rPr>
      </w:pPr>
      <w:proofErr w:type="spellStart"/>
      <w:r w:rsidRPr="00E64B7A">
        <w:rPr>
          <w:rFonts w:ascii="Nirmala UI" w:hAnsi="Nirmala UI" w:cs="Nirmala UI"/>
          <w:b/>
          <w:bCs/>
          <w:lang w:val="en-IN"/>
        </w:rPr>
        <w:t>प्रतिज्ञापत्र</w:t>
      </w:r>
      <w:proofErr w:type="spellEnd"/>
      <w:r w:rsidRPr="00E64B7A">
        <w:rPr>
          <w:rFonts w:ascii="Nirmala UI" w:hAnsi="Nirmala UI" w:cs="Nirmala UI"/>
          <w:b/>
          <w:bCs/>
          <w:lang w:val="en-IN"/>
        </w:rPr>
        <w:t>:</w:t>
      </w:r>
      <w:r w:rsidRPr="00E64B7A">
        <w:rPr>
          <w:rFonts w:ascii="Nirmala UI" w:hAnsi="Nirmala UI" w:cs="Nirmala UI"/>
          <w:lang w:val="en-IN"/>
        </w:rPr>
        <w:t xml:space="preserve"> </w:t>
      </w:r>
      <w:proofErr w:type="spellStart"/>
      <w:r w:rsidRPr="00E64B7A">
        <w:rPr>
          <w:rFonts w:ascii="Nirmala UI" w:hAnsi="Nirmala UI" w:cs="Nirmala UI"/>
          <w:lang w:val="en-IN"/>
        </w:rPr>
        <w:t>संयुक्त</w:t>
      </w:r>
      <w:proofErr w:type="spellEnd"/>
      <w:r w:rsidRPr="00E64B7A">
        <w:rPr>
          <w:rFonts w:ascii="Nirmala UI" w:hAnsi="Nirmala UI" w:cs="Nirmala UI"/>
          <w:lang w:val="en-IN"/>
        </w:rPr>
        <w:t xml:space="preserve"> </w:t>
      </w:r>
      <w:proofErr w:type="spellStart"/>
      <w:r w:rsidRPr="00E64B7A">
        <w:rPr>
          <w:rFonts w:ascii="Nirmala UI" w:hAnsi="Nirmala UI" w:cs="Nirmala UI"/>
          <w:lang w:val="en-IN"/>
        </w:rPr>
        <w:t>बँक</w:t>
      </w:r>
      <w:proofErr w:type="spellEnd"/>
      <w:r w:rsidRPr="00E64B7A">
        <w:rPr>
          <w:rFonts w:ascii="Nirmala UI" w:hAnsi="Nirmala UI" w:cs="Nirmala UI"/>
          <w:lang w:val="en-IN"/>
        </w:rPr>
        <w:t xml:space="preserve"> </w:t>
      </w:r>
      <w:proofErr w:type="spellStart"/>
      <w:r w:rsidRPr="00E64B7A">
        <w:rPr>
          <w:rFonts w:ascii="Nirmala UI" w:hAnsi="Nirmala UI" w:cs="Nirmala UI"/>
          <w:lang w:val="en-IN"/>
        </w:rPr>
        <w:t>खाते</w:t>
      </w:r>
      <w:proofErr w:type="spellEnd"/>
      <w:r w:rsidRPr="00E64B7A">
        <w:rPr>
          <w:rFonts w:ascii="Nirmala UI" w:hAnsi="Nirmala UI" w:cs="Nirmala UI"/>
          <w:lang w:val="en-IN"/>
        </w:rPr>
        <w:t xml:space="preserve"> (Joint Account) </w:t>
      </w:r>
      <w:proofErr w:type="spellStart"/>
      <w:r w:rsidRPr="00E64B7A">
        <w:rPr>
          <w:rFonts w:ascii="Nirmala UI" w:hAnsi="Nirmala UI" w:cs="Nirmala UI"/>
          <w:lang w:val="en-IN"/>
        </w:rPr>
        <w:t>असल्यास</w:t>
      </w:r>
      <w:proofErr w:type="spellEnd"/>
      <w:r w:rsidRPr="00E64B7A">
        <w:rPr>
          <w:rFonts w:ascii="Nirmala UI" w:hAnsi="Nirmala UI" w:cs="Nirmala UI"/>
          <w:lang w:val="en-IN"/>
        </w:rPr>
        <w:t xml:space="preserve"> </w:t>
      </w:r>
      <w:proofErr w:type="spellStart"/>
      <w:r w:rsidRPr="00E64B7A">
        <w:rPr>
          <w:rFonts w:ascii="Nirmala UI" w:hAnsi="Nirmala UI" w:cs="Nirmala UI"/>
          <w:lang w:val="en-IN"/>
        </w:rPr>
        <w:t>साध्या</w:t>
      </w:r>
      <w:proofErr w:type="spellEnd"/>
      <w:r w:rsidRPr="00E64B7A">
        <w:rPr>
          <w:rFonts w:ascii="Nirmala UI" w:hAnsi="Nirmala UI" w:cs="Nirmala UI"/>
          <w:lang w:val="en-IN"/>
        </w:rPr>
        <w:t xml:space="preserve"> </w:t>
      </w:r>
      <w:proofErr w:type="spellStart"/>
      <w:r w:rsidRPr="00E64B7A">
        <w:rPr>
          <w:rFonts w:ascii="Nirmala UI" w:hAnsi="Nirmala UI" w:cs="Nirmala UI"/>
          <w:lang w:val="en-IN"/>
        </w:rPr>
        <w:t>कागदावर</w:t>
      </w:r>
      <w:proofErr w:type="spellEnd"/>
      <w:r w:rsidRPr="00E64B7A">
        <w:rPr>
          <w:rFonts w:ascii="Nirmala UI" w:hAnsi="Nirmala UI" w:cs="Nirmala UI"/>
          <w:lang w:val="en-IN"/>
        </w:rPr>
        <w:t xml:space="preserve"> </w:t>
      </w:r>
      <w:proofErr w:type="spellStart"/>
      <w:r w:rsidRPr="00E64B7A">
        <w:rPr>
          <w:rFonts w:ascii="Nirmala UI" w:hAnsi="Nirmala UI" w:cs="Nirmala UI"/>
          <w:lang w:val="en-IN"/>
        </w:rPr>
        <w:t>प्रतिज्ञापत्र</w:t>
      </w:r>
      <w:proofErr w:type="spellEnd"/>
      <w:r w:rsidRPr="00E64B7A">
        <w:rPr>
          <w:rFonts w:ascii="Nirmala UI" w:hAnsi="Nirmala UI" w:cs="Nirmala UI"/>
          <w:lang w:val="en-IN"/>
        </w:rPr>
        <w:t xml:space="preserve">. </w:t>
      </w:r>
    </w:p>
    <w:p w14:paraId="5D0C1EDC" w14:textId="77777777" w:rsidR="00E64B7A" w:rsidRPr="00E64B7A" w:rsidRDefault="00E64B7A" w:rsidP="00E64B7A">
      <w:pPr>
        <w:numPr>
          <w:ilvl w:val="0"/>
          <w:numId w:val="11"/>
        </w:numPr>
        <w:spacing w:after="120"/>
        <w:rPr>
          <w:rFonts w:ascii="Nirmala UI" w:hAnsi="Nirmala UI" w:cs="Nirmala UI"/>
          <w:lang w:val="en-IN"/>
        </w:rPr>
      </w:pPr>
      <w:proofErr w:type="spellStart"/>
      <w:r w:rsidRPr="00E64B7A">
        <w:rPr>
          <w:rFonts w:ascii="Nirmala UI" w:hAnsi="Nirmala UI" w:cs="Nirmala UI"/>
          <w:b/>
          <w:bCs/>
          <w:lang w:val="en-IN"/>
        </w:rPr>
        <w:t>वैद्यकीय</w:t>
      </w:r>
      <w:proofErr w:type="spellEnd"/>
      <w:r w:rsidRPr="00E64B7A">
        <w:rPr>
          <w:rFonts w:ascii="Nirmala UI" w:hAnsi="Nirmala UI" w:cs="Nirmala UI"/>
          <w:b/>
          <w:bCs/>
          <w:lang w:val="en-IN"/>
        </w:rPr>
        <w:t>/</w:t>
      </w:r>
      <w:proofErr w:type="spellStart"/>
      <w:r w:rsidRPr="00E64B7A">
        <w:rPr>
          <w:rFonts w:ascii="Nirmala UI" w:hAnsi="Nirmala UI" w:cs="Nirmala UI"/>
          <w:b/>
          <w:bCs/>
          <w:lang w:val="en-IN"/>
        </w:rPr>
        <w:t>जन्म</w:t>
      </w:r>
      <w:proofErr w:type="spellEnd"/>
      <w:r w:rsidRPr="00E64B7A">
        <w:rPr>
          <w:rFonts w:ascii="Nirmala UI" w:hAnsi="Nirmala UI" w:cs="Nirmala UI"/>
          <w:b/>
          <w:bCs/>
          <w:lang w:val="en-IN"/>
        </w:rPr>
        <w:t xml:space="preserve"> </w:t>
      </w:r>
      <w:proofErr w:type="spellStart"/>
      <w:r w:rsidRPr="00E64B7A">
        <w:rPr>
          <w:rFonts w:ascii="Nirmala UI" w:hAnsi="Nirmala UI" w:cs="Nirmala UI"/>
          <w:b/>
          <w:bCs/>
          <w:lang w:val="en-IN"/>
        </w:rPr>
        <w:t>दाखला</w:t>
      </w:r>
      <w:proofErr w:type="spellEnd"/>
      <w:r w:rsidRPr="00E64B7A">
        <w:rPr>
          <w:rFonts w:ascii="Nirmala UI" w:hAnsi="Nirmala UI" w:cs="Nirmala UI"/>
          <w:b/>
          <w:bCs/>
          <w:lang w:val="en-IN"/>
        </w:rPr>
        <w:t>:</w:t>
      </w:r>
      <w:r w:rsidRPr="00E64B7A">
        <w:rPr>
          <w:rFonts w:ascii="Nirmala UI" w:hAnsi="Nirmala UI" w:cs="Nirmala UI"/>
          <w:lang w:val="en-IN"/>
        </w:rPr>
        <w:t xml:space="preserve"> </w:t>
      </w:r>
      <w:proofErr w:type="spellStart"/>
      <w:r w:rsidRPr="00E64B7A">
        <w:rPr>
          <w:rFonts w:ascii="Nirmala UI" w:hAnsi="Nirmala UI" w:cs="Nirmala UI"/>
          <w:lang w:val="en-IN"/>
        </w:rPr>
        <w:t>कुटुंब</w:t>
      </w:r>
      <w:proofErr w:type="spellEnd"/>
      <w:r w:rsidRPr="00E64B7A">
        <w:rPr>
          <w:rFonts w:ascii="Nirmala UI" w:hAnsi="Nirmala UI" w:cs="Nirmala UI"/>
          <w:lang w:val="en-IN"/>
        </w:rPr>
        <w:t xml:space="preserve"> </w:t>
      </w:r>
      <w:proofErr w:type="spellStart"/>
      <w:r w:rsidRPr="00E64B7A">
        <w:rPr>
          <w:rFonts w:ascii="Nirmala UI" w:hAnsi="Nirmala UI" w:cs="Nirmala UI"/>
          <w:lang w:val="en-IN"/>
        </w:rPr>
        <w:t>सदस्य</w:t>
      </w:r>
      <w:proofErr w:type="spellEnd"/>
      <w:r w:rsidRPr="00E64B7A">
        <w:rPr>
          <w:rFonts w:ascii="Nirmala UI" w:hAnsi="Nirmala UI" w:cs="Nirmala UI"/>
          <w:lang w:val="en-IN"/>
        </w:rPr>
        <w:t xml:space="preserve"> </w:t>
      </w:r>
      <w:proofErr w:type="spellStart"/>
      <w:r w:rsidRPr="00E64B7A">
        <w:rPr>
          <w:rFonts w:ascii="Nirmala UI" w:hAnsi="Nirmala UI" w:cs="Nirmala UI"/>
          <w:lang w:val="en-IN"/>
        </w:rPr>
        <w:t>अल्पवयीन</w:t>
      </w:r>
      <w:proofErr w:type="spellEnd"/>
      <w:r w:rsidRPr="00E64B7A">
        <w:rPr>
          <w:rFonts w:ascii="Nirmala UI" w:hAnsi="Nirmala UI" w:cs="Nirmala UI"/>
          <w:lang w:val="en-IN"/>
        </w:rPr>
        <w:t xml:space="preserve"> </w:t>
      </w:r>
      <w:proofErr w:type="spellStart"/>
      <w:r w:rsidRPr="00E64B7A">
        <w:rPr>
          <w:rFonts w:ascii="Nirmala UI" w:hAnsi="Nirmala UI" w:cs="Nirmala UI"/>
          <w:lang w:val="en-IN"/>
        </w:rPr>
        <w:t>किंवा</w:t>
      </w:r>
      <w:proofErr w:type="spellEnd"/>
      <w:r w:rsidRPr="00E64B7A">
        <w:rPr>
          <w:rFonts w:ascii="Nirmala UI" w:hAnsi="Nirmala UI" w:cs="Nirmala UI"/>
          <w:lang w:val="en-IN"/>
        </w:rPr>
        <w:t xml:space="preserve"> </w:t>
      </w:r>
      <w:proofErr w:type="spellStart"/>
      <w:r w:rsidRPr="00E64B7A">
        <w:rPr>
          <w:rFonts w:ascii="Nirmala UI" w:hAnsi="Nirmala UI" w:cs="Nirmala UI"/>
          <w:lang w:val="en-IN"/>
        </w:rPr>
        <w:t>मानसिकदृष्ट्या</w:t>
      </w:r>
      <w:proofErr w:type="spellEnd"/>
      <w:r w:rsidRPr="00E64B7A">
        <w:rPr>
          <w:rFonts w:ascii="Nirmala UI" w:hAnsi="Nirmala UI" w:cs="Nirmala UI"/>
          <w:lang w:val="en-IN"/>
        </w:rPr>
        <w:t xml:space="preserve"> </w:t>
      </w:r>
      <w:proofErr w:type="spellStart"/>
      <w:r w:rsidRPr="00E64B7A">
        <w:rPr>
          <w:rFonts w:ascii="Nirmala UI" w:hAnsi="Nirmala UI" w:cs="Nirmala UI"/>
          <w:lang w:val="en-IN"/>
        </w:rPr>
        <w:t>अपंग</w:t>
      </w:r>
      <w:proofErr w:type="spellEnd"/>
      <w:r w:rsidRPr="00E64B7A">
        <w:rPr>
          <w:rFonts w:ascii="Nirmala UI" w:hAnsi="Nirmala UI" w:cs="Nirmala UI"/>
          <w:lang w:val="en-IN"/>
        </w:rPr>
        <w:t xml:space="preserve"> </w:t>
      </w:r>
      <w:proofErr w:type="spellStart"/>
      <w:r w:rsidRPr="00E64B7A">
        <w:rPr>
          <w:rFonts w:ascii="Nirmala UI" w:hAnsi="Nirmala UI" w:cs="Nirmala UI"/>
          <w:lang w:val="en-IN"/>
        </w:rPr>
        <w:t>असल्यास</w:t>
      </w:r>
      <w:proofErr w:type="spellEnd"/>
      <w:r w:rsidRPr="00E64B7A">
        <w:rPr>
          <w:rFonts w:ascii="Nirmala UI" w:hAnsi="Nirmala UI" w:cs="Nirmala UI"/>
          <w:lang w:val="en-IN"/>
        </w:rPr>
        <w:t xml:space="preserve"> </w:t>
      </w:r>
      <w:proofErr w:type="spellStart"/>
      <w:r w:rsidRPr="00E64B7A">
        <w:rPr>
          <w:rFonts w:ascii="Nirmala UI" w:hAnsi="Nirmala UI" w:cs="Nirmala UI"/>
          <w:lang w:val="en-IN"/>
        </w:rPr>
        <w:t>जन्मदाखला</w:t>
      </w:r>
      <w:proofErr w:type="spellEnd"/>
      <w:r w:rsidRPr="00E64B7A">
        <w:rPr>
          <w:rFonts w:ascii="Nirmala UI" w:hAnsi="Nirmala UI" w:cs="Nirmala UI"/>
          <w:lang w:val="en-IN"/>
        </w:rPr>
        <w:t xml:space="preserve"> व </w:t>
      </w:r>
      <w:proofErr w:type="spellStart"/>
      <w:r w:rsidRPr="00E64B7A">
        <w:rPr>
          <w:rFonts w:ascii="Nirmala UI" w:hAnsi="Nirmala UI" w:cs="Nirmala UI"/>
          <w:lang w:val="en-IN"/>
        </w:rPr>
        <w:t>वैद्यकीय</w:t>
      </w:r>
      <w:proofErr w:type="spellEnd"/>
      <w:r w:rsidRPr="00E64B7A">
        <w:rPr>
          <w:rFonts w:ascii="Nirmala UI" w:hAnsi="Nirmala UI" w:cs="Nirmala UI"/>
          <w:lang w:val="en-IN"/>
        </w:rPr>
        <w:t xml:space="preserve"> </w:t>
      </w:r>
      <w:proofErr w:type="spellStart"/>
      <w:r w:rsidRPr="00E64B7A">
        <w:rPr>
          <w:rFonts w:ascii="Nirmala UI" w:hAnsi="Nirmala UI" w:cs="Nirmala UI"/>
          <w:lang w:val="en-IN"/>
        </w:rPr>
        <w:t>प्रमाणपत्र</w:t>
      </w:r>
      <w:proofErr w:type="spellEnd"/>
      <w:r w:rsidRPr="00E64B7A">
        <w:rPr>
          <w:rFonts w:ascii="Nirmala UI" w:hAnsi="Nirmala UI" w:cs="Nirmala UI"/>
          <w:lang w:val="en-IN"/>
        </w:rPr>
        <w:t xml:space="preserve">. </w:t>
      </w:r>
    </w:p>
    <w:p w14:paraId="3508BCB5" w14:textId="77777777" w:rsidR="00E64B7A" w:rsidRPr="00E64B7A" w:rsidRDefault="00E64B7A" w:rsidP="00E64B7A">
      <w:pPr>
        <w:spacing w:after="120"/>
        <w:rPr>
          <w:rFonts w:ascii="Nirmala UI" w:hAnsi="Nirmala UI" w:cs="Nirmala UI"/>
          <w:b/>
          <w:bCs/>
          <w:lang w:val="en-IN"/>
        </w:rPr>
      </w:pPr>
      <w:proofErr w:type="spellStart"/>
      <w:r w:rsidRPr="00E64B7A">
        <w:rPr>
          <w:rFonts w:ascii="Nirmala UI" w:hAnsi="Nirmala UI" w:cs="Nirmala UI"/>
          <w:b/>
          <w:bCs/>
          <w:lang w:val="en-IN"/>
        </w:rPr>
        <w:t>कार्यालय</w:t>
      </w:r>
      <w:proofErr w:type="spellEnd"/>
      <w:r w:rsidRPr="00E64B7A">
        <w:rPr>
          <w:rFonts w:ascii="Nirmala UI" w:hAnsi="Nirmala UI" w:cs="Nirmala UI"/>
          <w:b/>
          <w:bCs/>
          <w:lang w:val="en-IN"/>
        </w:rPr>
        <w:t xml:space="preserve"> </w:t>
      </w:r>
      <w:proofErr w:type="spellStart"/>
      <w:r w:rsidRPr="00E64B7A">
        <w:rPr>
          <w:rFonts w:ascii="Nirmala UI" w:hAnsi="Nirmala UI" w:cs="Nirmala UI"/>
          <w:b/>
          <w:bCs/>
          <w:lang w:val="en-IN"/>
        </w:rPr>
        <w:t>प्रमुख</w:t>
      </w:r>
      <w:proofErr w:type="spellEnd"/>
      <w:r w:rsidRPr="00E64B7A">
        <w:rPr>
          <w:rFonts w:ascii="Nirmala UI" w:hAnsi="Nirmala UI" w:cs="Nirmala UI"/>
          <w:b/>
          <w:bCs/>
          <w:lang w:val="en-IN"/>
        </w:rPr>
        <w:t xml:space="preserve"> व </w:t>
      </w:r>
      <w:proofErr w:type="spellStart"/>
      <w:r w:rsidRPr="00E64B7A">
        <w:rPr>
          <w:rFonts w:ascii="Nirmala UI" w:hAnsi="Nirmala UI" w:cs="Nirmala UI"/>
          <w:b/>
          <w:bCs/>
          <w:lang w:val="en-IN"/>
        </w:rPr>
        <w:t>महालेखापाल</w:t>
      </w:r>
      <w:proofErr w:type="spellEnd"/>
      <w:r w:rsidRPr="00E64B7A">
        <w:rPr>
          <w:rFonts w:ascii="Nirmala UI" w:hAnsi="Nirmala UI" w:cs="Nirmala UI"/>
          <w:b/>
          <w:bCs/>
          <w:lang w:val="en-IN"/>
        </w:rPr>
        <w:t xml:space="preserve"> (AG) </w:t>
      </w:r>
      <w:proofErr w:type="spellStart"/>
      <w:r w:rsidRPr="00E64B7A">
        <w:rPr>
          <w:rFonts w:ascii="Nirmala UI" w:hAnsi="Nirmala UI" w:cs="Nirmala UI"/>
          <w:b/>
          <w:bCs/>
          <w:lang w:val="en-IN"/>
        </w:rPr>
        <w:t>स्तरावरील</w:t>
      </w:r>
      <w:proofErr w:type="spellEnd"/>
      <w:r w:rsidRPr="00E64B7A">
        <w:rPr>
          <w:rFonts w:ascii="Nirmala UI" w:hAnsi="Nirmala UI" w:cs="Nirmala UI"/>
          <w:b/>
          <w:bCs/>
          <w:lang w:val="en-IN"/>
        </w:rPr>
        <w:t xml:space="preserve"> </w:t>
      </w:r>
      <w:proofErr w:type="spellStart"/>
      <w:r w:rsidRPr="00E64B7A">
        <w:rPr>
          <w:rFonts w:ascii="Nirmala UI" w:hAnsi="Nirmala UI" w:cs="Nirmala UI"/>
          <w:b/>
          <w:bCs/>
          <w:lang w:val="en-IN"/>
        </w:rPr>
        <w:t>कार्यवाही</w:t>
      </w:r>
      <w:proofErr w:type="spellEnd"/>
      <w:r w:rsidRPr="00E64B7A">
        <w:rPr>
          <w:rFonts w:ascii="Nirmala UI" w:hAnsi="Nirmala UI" w:cs="Nirmala UI"/>
          <w:b/>
          <w:bCs/>
          <w:lang w:val="en-IN"/>
        </w:rPr>
        <w:t>:</w:t>
      </w:r>
    </w:p>
    <w:p w14:paraId="2B3C3CFA" w14:textId="77777777" w:rsidR="00E64B7A" w:rsidRPr="00E64B7A" w:rsidRDefault="00E64B7A" w:rsidP="00E64B7A">
      <w:pPr>
        <w:numPr>
          <w:ilvl w:val="0"/>
          <w:numId w:val="12"/>
        </w:numPr>
        <w:spacing w:after="120"/>
        <w:rPr>
          <w:rFonts w:ascii="Nirmala UI" w:hAnsi="Nirmala UI" w:cs="Nirmala UI"/>
          <w:lang w:val="en-IN"/>
        </w:rPr>
      </w:pPr>
      <w:proofErr w:type="spellStart"/>
      <w:r w:rsidRPr="00E64B7A">
        <w:rPr>
          <w:rFonts w:ascii="Nirmala UI" w:hAnsi="Nirmala UI" w:cs="Nirmala UI"/>
          <w:b/>
          <w:bCs/>
          <w:lang w:val="en-IN"/>
        </w:rPr>
        <w:t>फॉर्म</w:t>
      </w:r>
      <w:proofErr w:type="spellEnd"/>
      <w:r w:rsidRPr="00E64B7A">
        <w:rPr>
          <w:rFonts w:ascii="Nirmala UI" w:hAnsi="Nirmala UI" w:cs="Nirmala UI"/>
          <w:b/>
          <w:bCs/>
          <w:lang w:val="en-IN"/>
        </w:rPr>
        <w:t xml:space="preserve"> </w:t>
      </w:r>
      <w:proofErr w:type="spellStart"/>
      <w:r w:rsidRPr="00E64B7A">
        <w:rPr>
          <w:rFonts w:ascii="Nirmala UI" w:hAnsi="Nirmala UI" w:cs="Nirmala UI"/>
          <w:b/>
          <w:bCs/>
          <w:lang w:val="en-IN"/>
        </w:rPr>
        <w:t>जमा</w:t>
      </w:r>
      <w:proofErr w:type="spellEnd"/>
      <w:r w:rsidRPr="00E64B7A">
        <w:rPr>
          <w:rFonts w:ascii="Nirmala UI" w:hAnsi="Nirmala UI" w:cs="Nirmala UI"/>
          <w:b/>
          <w:bCs/>
          <w:lang w:val="en-IN"/>
        </w:rPr>
        <w:t xml:space="preserve"> </w:t>
      </w:r>
      <w:proofErr w:type="spellStart"/>
      <w:r w:rsidRPr="00E64B7A">
        <w:rPr>
          <w:rFonts w:ascii="Nirmala UI" w:hAnsi="Nirmala UI" w:cs="Nirmala UI"/>
          <w:b/>
          <w:bCs/>
          <w:lang w:val="en-IN"/>
        </w:rPr>
        <w:t>करणे</w:t>
      </w:r>
      <w:proofErr w:type="spellEnd"/>
      <w:r w:rsidRPr="00E64B7A">
        <w:rPr>
          <w:rFonts w:ascii="Nirmala UI" w:hAnsi="Nirmala UI" w:cs="Nirmala UI"/>
          <w:b/>
          <w:bCs/>
          <w:lang w:val="en-IN"/>
        </w:rPr>
        <w:t>:</w:t>
      </w:r>
      <w:r w:rsidRPr="00E64B7A">
        <w:rPr>
          <w:rFonts w:ascii="Nirmala UI" w:hAnsi="Nirmala UI" w:cs="Nirmala UI"/>
          <w:lang w:val="en-IN"/>
        </w:rPr>
        <w:t xml:space="preserve"> </w:t>
      </w:r>
      <w:proofErr w:type="spellStart"/>
      <w:r w:rsidRPr="00E64B7A">
        <w:rPr>
          <w:rFonts w:ascii="Nirmala UI" w:hAnsi="Nirmala UI" w:cs="Nirmala UI"/>
          <w:lang w:val="en-IN"/>
        </w:rPr>
        <w:t>ऑनलाईन</w:t>
      </w:r>
      <w:proofErr w:type="spellEnd"/>
      <w:r w:rsidRPr="00E64B7A">
        <w:rPr>
          <w:rFonts w:ascii="Nirmala UI" w:hAnsi="Nirmala UI" w:cs="Nirmala UI"/>
          <w:lang w:val="en-IN"/>
        </w:rPr>
        <w:t xml:space="preserve"> </w:t>
      </w:r>
      <w:proofErr w:type="spellStart"/>
      <w:r w:rsidRPr="00E64B7A">
        <w:rPr>
          <w:rFonts w:ascii="Nirmala UI" w:hAnsi="Nirmala UI" w:cs="Nirmala UI"/>
          <w:lang w:val="en-IN"/>
        </w:rPr>
        <w:t>फॉर्म</w:t>
      </w:r>
      <w:proofErr w:type="spellEnd"/>
      <w:r w:rsidRPr="00E64B7A">
        <w:rPr>
          <w:rFonts w:ascii="Nirmala UI" w:hAnsi="Nirmala UI" w:cs="Nirmala UI"/>
          <w:lang w:val="en-IN"/>
        </w:rPr>
        <w:t xml:space="preserve"> </w:t>
      </w:r>
      <w:proofErr w:type="spellStart"/>
      <w:r w:rsidRPr="00E64B7A">
        <w:rPr>
          <w:rFonts w:ascii="Nirmala UI" w:hAnsi="Nirmala UI" w:cs="Nirmala UI"/>
          <w:lang w:val="en-IN"/>
        </w:rPr>
        <w:t>भरल्यानंतर</w:t>
      </w:r>
      <w:proofErr w:type="spellEnd"/>
      <w:r w:rsidRPr="00E64B7A">
        <w:rPr>
          <w:rFonts w:ascii="Nirmala UI" w:hAnsi="Nirmala UI" w:cs="Nirmala UI"/>
          <w:lang w:val="en-IN"/>
        </w:rPr>
        <w:t xml:space="preserve"> </w:t>
      </w:r>
      <w:proofErr w:type="spellStart"/>
      <w:r w:rsidRPr="00E64B7A">
        <w:rPr>
          <w:rFonts w:ascii="Nirmala UI" w:hAnsi="Nirmala UI" w:cs="Nirmala UI"/>
          <w:lang w:val="en-IN"/>
        </w:rPr>
        <w:t>कर्मचाऱ्याने</w:t>
      </w:r>
      <w:proofErr w:type="spellEnd"/>
      <w:r w:rsidRPr="00E64B7A">
        <w:rPr>
          <w:rFonts w:ascii="Nirmala UI" w:hAnsi="Nirmala UI" w:cs="Nirmala UI"/>
          <w:lang w:val="en-IN"/>
        </w:rPr>
        <w:t xml:space="preserve"> </w:t>
      </w:r>
      <w:proofErr w:type="spellStart"/>
      <w:r w:rsidRPr="00E64B7A">
        <w:rPr>
          <w:rFonts w:ascii="Nirmala UI" w:hAnsi="Nirmala UI" w:cs="Nirmala UI"/>
          <w:lang w:val="en-IN"/>
        </w:rPr>
        <w:t>प्रिंट</w:t>
      </w:r>
      <w:proofErr w:type="spellEnd"/>
      <w:r w:rsidRPr="00E64B7A">
        <w:rPr>
          <w:rFonts w:ascii="Nirmala UI" w:hAnsi="Nirmala UI" w:cs="Nirmala UI"/>
          <w:lang w:val="en-IN"/>
        </w:rPr>
        <w:t xml:space="preserve"> व </w:t>
      </w:r>
      <w:proofErr w:type="spellStart"/>
      <w:r w:rsidRPr="00E64B7A">
        <w:rPr>
          <w:rFonts w:ascii="Nirmala UI" w:hAnsi="Nirmala UI" w:cs="Nirmala UI"/>
          <w:lang w:val="en-IN"/>
        </w:rPr>
        <w:t>सहपत्रे</w:t>
      </w:r>
      <w:proofErr w:type="spellEnd"/>
      <w:r w:rsidRPr="00E64B7A">
        <w:rPr>
          <w:rFonts w:ascii="Nirmala UI" w:hAnsi="Nirmala UI" w:cs="Nirmala UI"/>
          <w:lang w:val="en-IN"/>
        </w:rPr>
        <w:t xml:space="preserve"> </w:t>
      </w:r>
      <w:proofErr w:type="spellStart"/>
      <w:r w:rsidRPr="00E64B7A">
        <w:rPr>
          <w:rFonts w:ascii="Nirmala UI" w:hAnsi="Nirmala UI" w:cs="Nirmala UI"/>
          <w:lang w:val="en-IN"/>
        </w:rPr>
        <w:t>आपल्या</w:t>
      </w:r>
      <w:proofErr w:type="spellEnd"/>
      <w:r w:rsidRPr="00E64B7A">
        <w:rPr>
          <w:rFonts w:ascii="Nirmala UI" w:hAnsi="Nirmala UI" w:cs="Nirmala UI"/>
          <w:lang w:val="en-IN"/>
        </w:rPr>
        <w:t xml:space="preserve"> </w:t>
      </w:r>
      <w:proofErr w:type="spellStart"/>
      <w:r w:rsidRPr="00E64B7A">
        <w:rPr>
          <w:rFonts w:ascii="Nirmala UI" w:hAnsi="Nirmala UI" w:cs="Nirmala UI"/>
          <w:lang w:val="en-IN"/>
        </w:rPr>
        <w:t>कार्यालयात</w:t>
      </w:r>
      <w:proofErr w:type="spellEnd"/>
      <w:r w:rsidRPr="00E64B7A">
        <w:rPr>
          <w:rFonts w:ascii="Nirmala UI" w:hAnsi="Nirmala UI" w:cs="Nirmala UI"/>
          <w:lang w:val="en-IN"/>
        </w:rPr>
        <w:t xml:space="preserve"> </w:t>
      </w:r>
      <w:proofErr w:type="spellStart"/>
      <w:r w:rsidRPr="00E64B7A">
        <w:rPr>
          <w:rFonts w:ascii="Nirmala UI" w:hAnsi="Nirmala UI" w:cs="Nirmala UI"/>
          <w:lang w:val="en-IN"/>
        </w:rPr>
        <w:t>सादर</w:t>
      </w:r>
      <w:proofErr w:type="spellEnd"/>
      <w:r w:rsidRPr="00E64B7A">
        <w:rPr>
          <w:rFonts w:ascii="Nirmala UI" w:hAnsi="Nirmala UI" w:cs="Nirmala UI"/>
          <w:lang w:val="en-IN"/>
        </w:rPr>
        <w:t xml:space="preserve"> </w:t>
      </w:r>
      <w:proofErr w:type="spellStart"/>
      <w:r w:rsidRPr="00E64B7A">
        <w:rPr>
          <w:rFonts w:ascii="Nirmala UI" w:hAnsi="Nirmala UI" w:cs="Nirmala UI"/>
          <w:lang w:val="en-IN"/>
        </w:rPr>
        <w:t>करावीत</w:t>
      </w:r>
      <w:proofErr w:type="spellEnd"/>
      <w:r w:rsidRPr="00E64B7A">
        <w:rPr>
          <w:rFonts w:ascii="Nirmala UI" w:hAnsi="Nirmala UI" w:cs="Nirmala UI"/>
          <w:lang w:val="en-IN"/>
        </w:rPr>
        <w:t xml:space="preserve">. </w:t>
      </w:r>
    </w:p>
    <w:p w14:paraId="40FC18C3" w14:textId="77777777" w:rsidR="00E64B7A" w:rsidRPr="00E64B7A" w:rsidRDefault="00E64B7A" w:rsidP="00E64B7A">
      <w:pPr>
        <w:numPr>
          <w:ilvl w:val="0"/>
          <w:numId w:val="12"/>
        </w:numPr>
        <w:spacing w:after="120"/>
        <w:rPr>
          <w:rFonts w:ascii="Nirmala UI" w:hAnsi="Nirmala UI" w:cs="Nirmala UI"/>
          <w:lang w:val="en-IN"/>
        </w:rPr>
      </w:pPr>
      <w:proofErr w:type="spellStart"/>
      <w:r w:rsidRPr="00E64B7A">
        <w:rPr>
          <w:rFonts w:ascii="Nirmala UI" w:hAnsi="Nirmala UI" w:cs="Nirmala UI"/>
          <w:b/>
          <w:bCs/>
          <w:lang w:val="en-IN"/>
        </w:rPr>
        <w:t>पडताळणी</w:t>
      </w:r>
      <w:proofErr w:type="spellEnd"/>
      <w:r w:rsidRPr="00E64B7A">
        <w:rPr>
          <w:rFonts w:ascii="Nirmala UI" w:hAnsi="Nirmala UI" w:cs="Nirmala UI"/>
          <w:b/>
          <w:bCs/>
          <w:lang w:val="en-IN"/>
        </w:rPr>
        <w:t>:</w:t>
      </w:r>
      <w:r w:rsidRPr="00E64B7A">
        <w:rPr>
          <w:rFonts w:ascii="Nirmala UI" w:hAnsi="Nirmala UI" w:cs="Nirmala UI"/>
          <w:lang w:val="en-IN"/>
        </w:rPr>
        <w:t xml:space="preserve"> </w:t>
      </w:r>
      <w:proofErr w:type="spellStart"/>
      <w:r w:rsidRPr="00E64B7A">
        <w:rPr>
          <w:rFonts w:ascii="Nirmala UI" w:hAnsi="Nirmala UI" w:cs="Nirmala UI"/>
          <w:lang w:val="en-IN"/>
        </w:rPr>
        <w:t>कार्यालय</w:t>
      </w:r>
      <w:proofErr w:type="spellEnd"/>
      <w:r w:rsidRPr="00E64B7A">
        <w:rPr>
          <w:rFonts w:ascii="Nirmala UI" w:hAnsi="Nirmala UI" w:cs="Nirmala UI"/>
          <w:lang w:val="en-IN"/>
        </w:rPr>
        <w:t xml:space="preserve"> </w:t>
      </w:r>
      <w:proofErr w:type="spellStart"/>
      <w:r w:rsidRPr="00E64B7A">
        <w:rPr>
          <w:rFonts w:ascii="Nirmala UI" w:hAnsi="Nirmala UI" w:cs="Nirmala UI"/>
          <w:lang w:val="en-IN"/>
        </w:rPr>
        <w:t>प्रमुखांनी</w:t>
      </w:r>
      <w:proofErr w:type="spellEnd"/>
      <w:r w:rsidRPr="00E64B7A">
        <w:rPr>
          <w:rFonts w:ascii="Nirmala UI" w:hAnsi="Nirmala UI" w:cs="Nirmala UI"/>
          <w:lang w:val="en-IN"/>
        </w:rPr>
        <w:t xml:space="preserve"> </w:t>
      </w:r>
      <w:proofErr w:type="spellStart"/>
      <w:r w:rsidRPr="00E64B7A">
        <w:rPr>
          <w:rFonts w:ascii="Nirmala UI" w:hAnsi="Nirmala UI" w:cs="Nirmala UI"/>
          <w:lang w:val="en-IN"/>
        </w:rPr>
        <w:t>माहितीची</w:t>
      </w:r>
      <w:proofErr w:type="spellEnd"/>
      <w:r w:rsidRPr="00E64B7A">
        <w:rPr>
          <w:rFonts w:ascii="Nirmala UI" w:hAnsi="Nirmala UI" w:cs="Nirmala UI"/>
          <w:lang w:val="en-IN"/>
        </w:rPr>
        <w:t xml:space="preserve"> </w:t>
      </w:r>
      <w:proofErr w:type="spellStart"/>
      <w:r w:rsidRPr="00E64B7A">
        <w:rPr>
          <w:rFonts w:ascii="Nirmala UI" w:hAnsi="Nirmala UI" w:cs="Nirmala UI"/>
          <w:lang w:val="en-IN"/>
        </w:rPr>
        <w:t>पडताळणी</w:t>
      </w:r>
      <w:proofErr w:type="spellEnd"/>
      <w:r w:rsidRPr="00E64B7A">
        <w:rPr>
          <w:rFonts w:ascii="Nirmala UI" w:hAnsi="Nirmala UI" w:cs="Nirmala UI"/>
          <w:lang w:val="en-IN"/>
        </w:rPr>
        <w:t xml:space="preserve"> </w:t>
      </w:r>
      <w:proofErr w:type="spellStart"/>
      <w:r w:rsidRPr="00E64B7A">
        <w:rPr>
          <w:rFonts w:ascii="Nirmala UI" w:hAnsi="Nirmala UI" w:cs="Nirmala UI"/>
          <w:lang w:val="en-IN"/>
        </w:rPr>
        <w:t>करून</w:t>
      </w:r>
      <w:proofErr w:type="spellEnd"/>
      <w:r w:rsidRPr="00E64B7A">
        <w:rPr>
          <w:rFonts w:ascii="Nirmala UI" w:hAnsi="Nirmala UI" w:cs="Nirmala UI"/>
          <w:lang w:val="en-IN"/>
        </w:rPr>
        <w:t xml:space="preserve"> </w:t>
      </w:r>
      <w:proofErr w:type="spellStart"/>
      <w:r w:rsidRPr="00E64B7A">
        <w:rPr>
          <w:rFonts w:ascii="Nirmala UI" w:hAnsi="Nirmala UI" w:cs="Nirmala UI"/>
          <w:lang w:val="en-IN"/>
        </w:rPr>
        <w:t>ऑनलाईन</w:t>
      </w:r>
      <w:proofErr w:type="spellEnd"/>
      <w:r w:rsidRPr="00E64B7A">
        <w:rPr>
          <w:rFonts w:ascii="Nirmala UI" w:hAnsi="Nirmala UI" w:cs="Nirmala UI"/>
          <w:lang w:val="en-IN"/>
        </w:rPr>
        <w:t xml:space="preserve"> </w:t>
      </w:r>
      <w:proofErr w:type="spellStart"/>
      <w:r w:rsidRPr="00E64B7A">
        <w:rPr>
          <w:rFonts w:ascii="Nirmala UI" w:hAnsi="Nirmala UI" w:cs="Nirmala UI"/>
          <w:lang w:val="en-IN"/>
        </w:rPr>
        <w:t>प्रकरण</w:t>
      </w:r>
      <w:proofErr w:type="spellEnd"/>
      <w:r w:rsidRPr="00E64B7A">
        <w:rPr>
          <w:rFonts w:ascii="Nirmala UI" w:hAnsi="Nirmala UI" w:cs="Nirmala UI"/>
          <w:lang w:val="en-IN"/>
        </w:rPr>
        <w:t xml:space="preserve"> </w:t>
      </w:r>
      <w:proofErr w:type="spellStart"/>
      <w:r w:rsidRPr="00E64B7A">
        <w:rPr>
          <w:rFonts w:ascii="Nirmala UI" w:hAnsi="Nirmala UI" w:cs="Nirmala UI"/>
          <w:lang w:val="en-IN"/>
        </w:rPr>
        <w:t>तयार</w:t>
      </w:r>
      <w:proofErr w:type="spellEnd"/>
      <w:r w:rsidRPr="00E64B7A">
        <w:rPr>
          <w:rFonts w:ascii="Nirmala UI" w:hAnsi="Nirmala UI" w:cs="Nirmala UI"/>
          <w:lang w:val="en-IN"/>
        </w:rPr>
        <w:t xml:space="preserve"> </w:t>
      </w:r>
      <w:proofErr w:type="spellStart"/>
      <w:r w:rsidRPr="00E64B7A">
        <w:rPr>
          <w:rFonts w:ascii="Nirmala UI" w:hAnsi="Nirmala UI" w:cs="Nirmala UI"/>
          <w:lang w:val="en-IN"/>
        </w:rPr>
        <w:t>करावे</w:t>
      </w:r>
      <w:proofErr w:type="spellEnd"/>
      <w:r w:rsidRPr="00E64B7A">
        <w:rPr>
          <w:rFonts w:ascii="Nirmala UI" w:hAnsi="Nirmala UI" w:cs="Nirmala UI"/>
          <w:lang w:val="en-IN"/>
        </w:rPr>
        <w:t xml:space="preserve"> व </w:t>
      </w:r>
      <w:proofErr w:type="spellStart"/>
      <w:r w:rsidRPr="00E64B7A">
        <w:rPr>
          <w:rFonts w:ascii="Nirmala UI" w:hAnsi="Nirmala UI" w:cs="Nirmala UI"/>
          <w:lang w:val="en-IN"/>
        </w:rPr>
        <w:t>स्वाक्षरीसह</w:t>
      </w:r>
      <w:proofErr w:type="spellEnd"/>
      <w:r w:rsidRPr="00E64B7A">
        <w:rPr>
          <w:rFonts w:ascii="Nirmala UI" w:hAnsi="Nirmala UI" w:cs="Nirmala UI"/>
          <w:lang w:val="en-IN"/>
        </w:rPr>
        <w:t xml:space="preserve"> AG </w:t>
      </w:r>
      <w:proofErr w:type="spellStart"/>
      <w:r w:rsidRPr="00E64B7A">
        <w:rPr>
          <w:rFonts w:ascii="Nirmala UI" w:hAnsi="Nirmala UI" w:cs="Nirmala UI"/>
          <w:lang w:val="en-IN"/>
        </w:rPr>
        <w:t>कार्यालयाकडे</w:t>
      </w:r>
      <w:proofErr w:type="spellEnd"/>
      <w:r w:rsidRPr="00E64B7A">
        <w:rPr>
          <w:rFonts w:ascii="Nirmala UI" w:hAnsi="Nirmala UI" w:cs="Nirmala UI"/>
          <w:lang w:val="en-IN"/>
        </w:rPr>
        <w:t xml:space="preserve"> </w:t>
      </w:r>
      <w:proofErr w:type="spellStart"/>
      <w:r w:rsidRPr="00E64B7A">
        <w:rPr>
          <w:rFonts w:ascii="Nirmala UI" w:hAnsi="Nirmala UI" w:cs="Nirmala UI"/>
          <w:lang w:val="en-IN"/>
        </w:rPr>
        <w:t>पाठवावे</w:t>
      </w:r>
      <w:proofErr w:type="spellEnd"/>
      <w:r w:rsidRPr="00E64B7A">
        <w:rPr>
          <w:rFonts w:ascii="Nirmala UI" w:hAnsi="Nirmala UI" w:cs="Nirmala UI"/>
          <w:lang w:val="en-IN"/>
        </w:rPr>
        <w:t xml:space="preserve">. </w:t>
      </w:r>
    </w:p>
    <w:p w14:paraId="224ED7CB" w14:textId="77777777" w:rsidR="00E64B7A" w:rsidRPr="00E64B7A" w:rsidRDefault="00E64B7A" w:rsidP="00E64B7A">
      <w:pPr>
        <w:numPr>
          <w:ilvl w:val="0"/>
          <w:numId w:val="12"/>
        </w:numPr>
        <w:spacing w:after="120"/>
        <w:rPr>
          <w:rFonts w:ascii="Nirmala UI" w:hAnsi="Nirmala UI" w:cs="Nirmala UI"/>
          <w:lang w:val="en-IN"/>
        </w:rPr>
      </w:pPr>
      <w:proofErr w:type="spellStart"/>
      <w:r w:rsidRPr="00E64B7A">
        <w:rPr>
          <w:rFonts w:ascii="Nirmala UI" w:hAnsi="Nirmala UI" w:cs="Nirmala UI"/>
          <w:b/>
          <w:bCs/>
          <w:lang w:val="en-IN"/>
        </w:rPr>
        <w:t>बँक</w:t>
      </w:r>
      <w:proofErr w:type="spellEnd"/>
      <w:r w:rsidRPr="00E64B7A">
        <w:rPr>
          <w:rFonts w:ascii="Nirmala UI" w:hAnsi="Nirmala UI" w:cs="Nirmala UI"/>
          <w:b/>
          <w:bCs/>
          <w:lang w:val="en-IN"/>
        </w:rPr>
        <w:t>/</w:t>
      </w:r>
      <w:proofErr w:type="spellStart"/>
      <w:r w:rsidRPr="00E64B7A">
        <w:rPr>
          <w:rFonts w:ascii="Nirmala UI" w:hAnsi="Nirmala UI" w:cs="Nirmala UI"/>
          <w:b/>
          <w:bCs/>
          <w:lang w:val="en-IN"/>
        </w:rPr>
        <w:t>कोषागार</w:t>
      </w:r>
      <w:proofErr w:type="spellEnd"/>
      <w:r w:rsidRPr="00E64B7A">
        <w:rPr>
          <w:rFonts w:ascii="Nirmala UI" w:hAnsi="Nirmala UI" w:cs="Nirmala UI"/>
          <w:b/>
          <w:bCs/>
          <w:lang w:val="en-IN"/>
        </w:rPr>
        <w:t xml:space="preserve"> </w:t>
      </w:r>
      <w:proofErr w:type="spellStart"/>
      <w:r w:rsidRPr="00E64B7A">
        <w:rPr>
          <w:rFonts w:ascii="Nirmala UI" w:hAnsi="Nirmala UI" w:cs="Nirmala UI"/>
          <w:b/>
          <w:bCs/>
          <w:lang w:val="en-IN"/>
        </w:rPr>
        <w:t>बदलाची</w:t>
      </w:r>
      <w:proofErr w:type="spellEnd"/>
      <w:r w:rsidRPr="00E64B7A">
        <w:rPr>
          <w:rFonts w:ascii="Nirmala UI" w:hAnsi="Nirmala UI" w:cs="Nirmala UI"/>
          <w:b/>
          <w:bCs/>
          <w:lang w:val="en-IN"/>
        </w:rPr>
        <w:t xml:space="preserve"> </w:t>
      </w:r>
      <w:proofErr w:type="spellStart"/>
      <w:r w:rsidRPr="00E64B7A">
        <w:rPr>
          <w:rFonts w:ascii="Nirmala UI" w:hAnsi="Nirmala UI" w:cs="Nirmala UI"/>
          <w:b/>
          <w:bCs/>
          <w:lang w:val="en-IN"/>
        </w:rPr>
        <w:t>प्रक्रिया</w:t>
      </w:r>
      <w:proofErr w:type="spellEnd"/>
      <w:r w:rsidRPr="00E64B7A">
        <w:rPr>
          <w:rFonts w:ascii="Nirmala UI" w:hAnsi="Nirmala UI" w:cs="Nirmala UI"/>
          <w:b/>
          <w:bCs/>
          <w:lang w:val="en-IN"/>
        </w:rPr>
        <w:t>:</w:t>
      </w:r>
      <w:r w:rsidRPr="00E64B7A">
        <w:rPr>
          <w:rFonts w:ascii="Nirmala UI" w:hAnsi="Nirmala UI" w:cs="Nirmala UI"/>
          <w:lang w:val="en-IN"/>
        </w:rPr>
        <w:t xml:space="preserve"> </w:t>
      </w:r>
      <w:proofErr w:type="spellStart"/>
      <w:r w:rsidRPr="00E64B7A">
        <w:rPr>
          <w:rFonts w:ascii="Nirmala UI" w:hAnsi="Nirmala UI" w:cs="Nirmala UI"/>
          <w:lang w:val="en-IN"/>
        </w:rPr>
        <w:t>नियमित</w:t>
      </w:r>
      <w:proofErr w:type="spellEnd"/>
      <w:r w:rsidRPr="00E64B7A">
        <w:rPr>
          <w:rFonts w:ascii="Nirmala UI" w:hAnsi="Nirmala UI" w:cs="Nirmala UI"/>
          <w:lang w:val="en-IN"/>
        </w:rPr>
        <w:t xml:space="preserve"> </w:t>
      </w:r>
      <w:proofErr w:type="spellStart"/>
      <w:r w:rsidRPr="00E64B7A">
        <w:rPr>
          <w:rFonts w:ascii="Nirmala UI" w:hAnsi="Nirmala UI" w:cs="Nirmala UI"/>
          <w:lang w:val="en-IN"/>
        </w:rPr>
        <w:t>निवृत्तिवेतन</w:t>
      </w:r>
      <w:proofErr w:type="spellEnd"/>
      <w:r w:rsidRPr="00E64B7A">
        <w:rPr>
          <w:rFonts w:ascii="Nirmala UI" w:hAnsi="Nirmala UI" w:cs="Nirmala UI"/>
          <w:lang w:val="en-IN"/>
        </w:rPr>
        <w:t xml:space="preserve"> </w:t>
      </w:r>
      <w:proofErr w:type="spellStart"/>
      <w:r w:rsidRPr="00E64B7A">
        <w:rPr>
          <w:rFonts w:ascii="Nirmala UI" w:hAnsi="Nirmala UI" w:cs="Nirmala UI"/>
          <w:lang w:val="en-IN"/>
        </w:rPr>
        <w:t>सुरू</w:t>
      </w:r>
      <w:proofErr w:type="spellEnd"/>
      <w:r w:rsidRPr="00E64B7A">
        <w:rPr>
          <w:rFonts w:ascii="Nirmala UI" w:hAnsi="Nirmala UI" w:cs="Nirmala UI"/>
          <w:lang w:val="en-IN"/>
        </w:rPr>
        <w:t xml:space="preserve"> </w:t>
      </w:r>
      <w:proofErr w:type="spellStart"/>
      <w:r w:rsidRPr="00E64B7A">
        <w:rPr>
          <w:rFonts w:ascii="Nirmala UI" w:hAnsi="Nirmala UI" w:cs="Nirmala UI"/>
          <w:lang w:val="en-IN"/>
        </w:rPr>
        <w:t>झाल्यानंतर</w:t>
      </w:r>
      <w:proofErr w:type="spellEnd"/>
      <w:r w:rsidRPr="00E64B7A">
        <w:rPr>
          <w:rFonts w:ascii="Nirmala UI" w:hAnsi="Nirmala UI" w:cs="Nirmala UI"/>
          <w:lang w:val="en-IN"/>
        </w:rPr>
        <w:t xml:space="preserve"> </w:t>
      </w:r>
      <w:proofErr w:type="spellStart"/>
      <w:r w:rsidRPr="00E64B7A">
        <w:rPr>
          <w:rFonts w:ascii="Nirmala UI" w:hAnsi="Nirmala UI" w:cs="Nirmala UI"/>
          <w:lang w:val="en-IN"/>
        </w:rPr>
        <w:t>माहितीत</w:t>
      </w:r>
      <w:proofErr w:type="spellEnd"/>
      <w:r w:rsidRPr="00E64B7A">
        <w:rPr>
          <w:rFonts w:ascii="Nirmala UI" w:hAnsi="Nirmala UI" w:cs="Nirmala UI"/>
          <w:lang w:val="en-IN"/>
        </w:rPr>
        <w:t xml:space="preserve"> </w:t>
      </w:r>
      <w:proofErr w:type="spellStart"/>
      <w:r w:rsidRPr="00E64B7A">
        <w:rPr>
          <w:rFonts w:ascii="Nirmala UI" w:hAnsi="Nirmala UI" w:cs="Nirmala UI"/>
          <w:lang w:val="en-IN"/>
        </w:rPr>
        <w:t>किंवा</w:t>
      </w:r>
      <w:proofErr w:type="spellEnd"/>
      <w:r w:rsidRPr="00E64B7A">
        <w:rPr>
          <w:rFonts w:ascii="Nirmala UI" w:hAnsi="Nirmala UI" w:cs="Nirmala UI"/>
          <w:lang w:val="en-IN"/>
        </w:rPr>
        <w:t xml:space="preserve"> </w:t>
      </w:r>
      <w:proofErr w:type="spellStart"/>
      <w:r w:rsidRPr="00E64B7A">
        <w:rPr>
          <w:rFonts w:ascii="Nirmala UI" w:hAnsi="Nirmala UI" w:cs="Nirmala UI"/>
          <w:lang w:val="en-IN"/>
        </w:rPr>
        <w:t>बँकेत</w:t>
      </w:r>
      <w:proofErr w:type="spellEnd"/>
      <w:r w:rsidRPr="00E64B7A">
        <w:rPr>
          <w:rFonts w:ascii="Nirmala UI" w:hAnsi="Nirmala UI" w:cs="Nirmala UI"/>
          <w:lang w:val="en-IN"/>
        </w:rPr>
        <w:t xml:space="preserve"> </w:t>
      </w:r>
      <w:proofErr w:type="spellStart"/>
      <w:r w:rsidRPr="00E64B7A">
        <w:rPr>
          <w:rFonts w:ascii="Nirmala UI" w:hAnsi="Nirmala UI" w:cs="Nirmala UI"/>
          <w:lang w:val="en-IN"/>
        </w:rPr>
        <w:t>बदल</w:t>
      </w:r>
      <w:proofErr w:type="spellEnd"/>
      <w:r w:rsidRPr="00E64B7A">
        <w:rPr>
          <w:rFonts w:ascii="Nirmala UI" w:hAnsi="Nirmala UI" w:cs="Nirmala UI"/>
          <w:lang w:val="en-IN"/>
        </w:rPr>
        <w:t xml:space="preserve"> </w:t>
      </w:r>
      <w:proofErr w:type="spellStart"/>
      <w:r w:rsidRPr="00E64B7A">
        <w:rPr>
          <w:rFonts w:ascii="Nirmala UI" w:hAnsi="Nirmala UI" w:cs="Nirmala UI"/>
          <w:lang w:val="en-IN"/>
        </w:rPr>
        <w:t>करायचा</w:t>
      </w:r>
      <w:proofErr w:type="spellEnd"/>
      <w:r w:rsidRPr="00E64B7A">
        <w:rPr>
          <w:rFonts w:ascii="Nirmala UI" w:hAnsi="Nirmala UI" w:cs="Nirmala UI"/>
          <w:lang w:val="en-IN"/>
        </w:rPr>
        <w:t xml:space="preserve"> </w:t>
      </w:r>
      <w:proofErr w:type="spellStart"/>
      <w:r w:rsidRPr="00E64B7A">
        <w:rPr>
          <w:rFonts w:ascii="Nirmala UI" w:hAnsi="Nirmala UI" w:cs="Nirmala UI"/>
          <w:lang w:val="en-IN"/>
        </w:rPr>
        <w:t>असल्यास</w:t>
      </w:r>
      <w:proofErr w:type="spellEnd"/>
      <w:r w:rsidRPr="00E64B7A">
        <w:rPr>
          <w:rFonts w:ascii="Nirmala UI" w:hAnsi="Nirmala UI" w:cs="Nirmala UI"/>
          <w:lang w:val="en-IN"/>
        </w:rPr>
        <w:t xml:space="preserve">, </w:t>
      </w:r>
      <w:proofErr w:type="spellStart"/>
      <w:r w:rsidRPr="00E64B7A">
        <w:rPr>
          <w:rFonts w:ascii="Nirmala UI" w:hAnsi="Nirmala UI" w:cs="Nirmala UI"/>
          <w:lang w:val="en-IN"/>
        </w:rPr>
        <w:t>निवृत्तिवेतनधारकाने</w:t>
      </w:r>
      <w:proofErr w:type="spellEnd"/>
      <w:r w:rsidRPr="00E64B7A">
        <w:rPr>
          <w:rFonts w:ascii="Nirmala UI" w:hAnsi="Nirmala UI" w:cs="Nirmala UI"/>
          <w:lang w:val="en-IN"/>
        </w:rPr>
        <w:t xml:space="preserve"> </w:t>
      </w:r>
      <w:proofErr w:type="spellStart"/>
      <w:r w:rsidRPr="00E64B7A">
        <w:rPr>
          <w:rFonts w:ascii="Nirmala UI" w:hAnsi="Nirmala UI" w:cs="Nirmala UI"/>
          <w:lang w:val="en-IN"/>
        </w:rPr>
        <w:t>अधिदान</w:t>
      </w:r>
      <w:proofErr w:type="spellEnd"/>
      <w:r w:rsidRPr="00E64B7A">
        <w:rPr>
          <w:rFonts w:ascii="Nirmala UI" w:hAnsi="Nirmala UI" w:cs="Nirmala UI"/>
          <w:lang w:val="en-IN"/>
        </w:rPr>
        <w:t xml:space="preserve"> व </w:t>
      </w:r>
      <w:proofErr w:type="spellStart"/>
      <w:r w:rsidRPr="00E64B7A">
        <w:rPr>
          <w:rFonts w:ascii="Nirmala UI" w:hAnsi="Nirmala UI" w:cs="Nirmala UI"/>
          <w:lang w:val="en-IN"/>
        </w:rPr>
        <w:t>लेखा</w:t>
      </w:r>
      <w:proofErr w:type="spellEnd"/>
      <w:r w:rsidRPr="00E64B7A">
        <w:rPr>
          <w:rFonts w:ascii="Nirmala UI" w:hAnsi="Nirmala UI" w:cs="Nirmala UI"/>
          <w:lang w:val="en-IN"/>
        </w:rPr>
        <w:t xml:space="preserve"> </w:t>
      </w:r>
      <w:proofErr w:type="spellStart"/>
      <w:r w:rsidRPr="00E64B7A">
        <w:rPr>
          <w:rFonts w:ascii="Nirmala UI" w:hAnsi="Nirmala UI" w:cs="Nirmala UI"/>
          <w:lang w:val="en-IN"/>
        </w:rPr>
        <w:t>कार्यालय</w:t>
      </w:r>
      <w:proofErr w:type="spellEnd"/>
      <w:r w:rsidRPr="00E64B7A">
        <w:rPr>
          <w:rFonts w:ascii="Nirmala UI" w:hAnsi="Nirmala UI" w:cs="Nirmala UI"/>
          <w:lang w:val="en-IN"/>
        </w:rPr>
        <w:t xml:space="preserve"> / </w:t>
      </w:r>
      <w:proofErr w:type="spellStart"/>
      <w:r w:rsidRPr="00E64B7A">
        <w:rPr>
          <w:rFonts w:ascii="Nirmala UI" w:hAnsi="Nirmala UI" w:cs="Nirmala UI"/>
          <w:lang w:val="en-IN"/>
        </w:rPr>
        <w:t>कोषागार</w:t>
      </w:r>
      <w:proofErr w:type="spellEnd"/>
      <w:r w:rsidRPr="00E64B7A">
        <w:rPr>
          <w:rFonts w:ascii="Nirmala UI" w:hAnsi="Nirmala UI" w:cs="Nirmala UI"/>
          <w:lang w:val="en-IN"/>
        </w:rPr>
        <w:t xml:space="preserve"> </w:t>
      </w:r>
      <w:proofErr w:type="spellStart"/>
      <w:r w:rsidRPr="00E64B7A">
        <w:rPr>
          <w:rFonts w:ascii="Nirmala UI" w:hAnsi="Nirmala UI" w:cs="Nirmala UI"/>
          <w:lang w:val="en-IN"/>
        </w:rPr>
        <w:t>कार्यालयाकडे</w:t>
      </w:r>
      <w:proofErr w:type="spellEnd"/>
      <w:r w:rsidRPr="00E64B7A">
        <w:rPr>
          <w:rFonts w:ascii="Nirmala UI" w:hAnsi="Nirmala UI" w:cs="Nirmala UI"/>
          <w:lang w:val="en-IN"/>
        </w:rPr>
        <w:t xml:space="preserve"> </w:t>
      </w:r>
      <w:proofErr w:type="spellStart"/>
      <w:r w:rsidRPr="00E64B7A">
        <w:rPr>
          <w:rFonts w:ascii="Nirmala UI" w:hAnsi="Nirmala UI" w:cs="Nirmala UI"/>
          <w:lang w:val="en-IN"/>
        </w:rPr>
        <w:t>रितसर</w:t>
      </w:r>
      <w:proofErr w:type="spellEnd"/>
      <w:r w:rsidRPr="00E64B7A">
        <w:rPr>
          <w:rFonts w:ascii="Nirmala UI" w:hAnsi="Nirmala UI" w:cs="Nirmala UI"/>
          <w:lang w:val="en-IN"/>
        </w:rPr>
        <w:t xml:space="preserve"> </w:t>
      </w:r>
      <w:proofErr w:type="spellStart"/>
      <w:r w:rsidRPr="00E64B7A">
        <w:rPr>
          <w:rFonts w:ascii="Nirmala UI" w:hAnsi="Nirmala UI" w:cs="Nirmala UI"/>
          <w:lang w:val="en-IN"/>
        </w:rPr>
        <w:t>अर्ज</w:t>
      </w:r>
      <w:proofErr w:type="spellEnd"/>
      <w:r w:rsidRPr="00E64B7A">
        <w:rPr>
          <w:rFonts w:ascii="Nirmala UI" w:hAnsi="Nirmala UI" w:cs="Nirmala UI"/>
          <w:lang w:val="en-IN"/>
        </w:rPr>
        <w:t xml:space="preserve"> </w:t>
      </w:r>
      <w:proofErr w:type="spellStart"/>
      <w:r w:rsidRPr="00E64B7A">
        <w:rPr>
          <w:rFonts w:ascii="Nirmala UI" w:hAnsi="Nirmala UI" w:cs="Nirmala UI"/>
          <w:lang w:val="en-IN"/>
        </w:rPr>
        <w:t>करावा</w:t>
      </w:r>
      <w:proofErr w:type="spellEnd"/>
      <w:r w:rsidRPr="00E64B7A">
        <w:rPr>
          <w:rFonts w:ascii="Nirmala UI" w:hAnsi="Nirmala UI" w:cs="Nirmala UI"/>
          <w:lang w:val="en-IN"/>
        </w:rPr>
        <w:t xml:space="preserve">. </w:t>
      </w:r>
    </w:p>
    <w:p w14:paraId="45B95040" w14:textId="77777777" w:rsidR="00E64B7A" w:rsidRPr="00E64B7A" w:rsidRDefault="00E64B7A" w:rsidP="00E64B7A">
      <w:pPr>
        <w:numPr>
          <w:ilvl w:val="0"/>
          <w:numId w:val="12"/>
        </w:numPr>
        <w:spacing w:after="120"/>
        <w:rPr>
          <w:rFonts w:ascii="Nirmala UI" w:hAnsi="Nirmala UI" w:cs="Nirmala UI"/>
          <w:lang w:val="en-IN"/>
        </w:rPr>
      </w:pPr>
      <w:r w:rsidRPr="00E64B7A">
        <w:rPr>
          <w:rFonts w:ascii="Nirmala UI" w:hAnsi="Nirmala UI" w:cs="Nirmala UI"/>
          <w:b/>
          <w:bCs/>
          <w:lang w:val="en-IN"/>
        </w:rPr>
        <w:t xml:space="preserve">e-PPO व </w:t>
      </w:r>
      <w:proofErr w:type="spellStart"/>
      <w:r w:rsidRPr="00E64B7A">
        <w:rPr>
          <w:rFonts w:ascii="Nirmala UI" w:hAnsi="Nirmala UI" w:cs="Nirmala UI"/>
          <w:b/>
          <w:bCs/>
          <w:lang w:val="en-IN"/>
        </w:rPr>
        <w:t>मंजुरी</w:t>
      </w:r>
      <w:proofErr w:type="spellEnd"/>
      <w:r w:rsidRPr="00E64B7A">
        <w:rPr>
          <w:rFonts w:ascii="Nirmala UI" w:hAnsi="Nirmala UI" w:cs="Nirmala UI"/>
          <w:b/>
          <w:bCs/>
          <w:lang w:val="en-IN"/>
        </w:rPr>
        <w:t>:</w:t>
      </w:r>
      <w:r w:rsidRPr="00E64B7A">
        <w:rPr>
          <w:rFonts w:ascii="Nirmala UI" w:hAnsi="Nirmala UI" w:cs="Nirmala UI"/>
          <w:lang w:val="en-IN"/>
        </w:rPr>
        <w:t xml:space="preserve"> </w:t>
      </w:r>
      <w:proofErr w:type="spellStart"/>
      <w:r w:rsidRPr="00E64B7A">
        <w:rPr>
          <w:rFonts w:ascii="Nirmala UI" w:hAnsi="Nirmala UI" w:cs="Nirmala UI"/>
          <w:lang w:val="en-IN"/>
        </w:rPr>
        <w:t>महालेखापाल</w:t>
      </w:r>
      <w:proofErr w:type="spellEnd"/>
      <w:r w:rsidRPr="00E64B7A">
        <w:rPr>
          <w:rFonts w:ascii="Nirmala UI" w:hAnsi="Nirmala UI" w:cs="Nirmala UI"/>
          <w:lang w:val="en-IN"/>
        </w:rPr>
        <w:t xml:space="preserve"> </w:t>
      </w:r>
      <w:proofErr w:type="spellStart"/>
      <w:r w:rsidRPr="00E64B7A">
        <w:rPr>
          <w:rFonts w:ascii="Nirmala UI" w:hAnsi="Nirmala UI" w:cs="Nirmala UI"/>
          <w:lang w:val="en-IN"/>
        </w:rPr>
        <w:t>कार्यालयाकडून</w:t>
      </w:r>
      <w:proofErr w:type="spellEnd"/>
      <w:r w:rsidRPr="00E64B7A">
        <w:rPr>
          <w:rFonts w:ascii="Nirmala UI" w:hAnsi="Nirmala UI" w:cs="Nirmala UI"/>
          <w:lang w:val="en-IN"/>
        </w:rPr>
        <w:t xml:space="preserve"> </w:t>
      </w:r>
      <w:proofErr w:type="spellStart"/>
      <w:r w:rsidRPr="00E64B7A">
        <w:rPr>
          <w:rFonts w:ascii="Nirmala UI" w:hAnsi="Nirmala UI" w:cs="Nirmala UI"/>
          <w:lang w:val="en-IN"/>
        </w:rPr>
        <w:t>मूळ</w:t>
      </w:r>
      <w:proofErr w:type="spellEnd"/>
      <w:r w:rsidRPr="00E64B7A">
        <w:rPr>
          <w:rFonts w:ascii="Nirmala UI" w:hAnsi="Nirmala UI" w:cs="Nirmala UI"/>
          <w:lang w:val="en-IN"/>
        </w:rPr>
        <w:t xml:space="preserve"> </w:t>
      </w:r>
      <w:proofErr w:type="spellStart"/>
      <w:r w:rsidRPr="00E64B7A">
        <w:rPr>
          <w:rFonts w:ascii="Nirmala UI" w:hAnsi="Nirmala UI" w:cs="Nirmala UI"/>
          <w:lang w:val="en-IN"/>
        </w:rPr>
        <w:t>सेवापुस्तक</w:t>
      </w:r>
      <w:proofErr w:type="spellEnd"/>
      <w:r w:rsidRPr="00E64B7A">
        <w:rPr>
          <w:rFonts w:ascii="Nirmala UI" w:hAnsi="Nirmala UI" w:cs="Nirmala UI"/>
          <w:lang w:val="en-IN"/>
        </w:rPr>
        <w:t xml:space="preserve"> व </w:t>
      </w:r>
      <w:proofErr w:type="spellStart"/>
      <w:r w:rsidRPr="00E64B7A">
        <w:rPr>
          <w:rFonts w:ascii="Nirmala UI" w:hAnsi="Nirmala UI" w:cs="Nirmala UI"/>
          <w:lang w:val="en-IN"/>
        </w:rPr>
        <w:t>कागदपत्रांची</w:t>
      </w:r>
      <w:proofErr w:type="spellEnd"/>
      <w:r w:rsidRPr="00E64B7A">
        <w:rPr>
          <w:rFonts w:ascii="Nirmala UI" w:hAnsi="Nirmala UI" w:cs="Nirmala UI"/>
          <w:lang w:val="en-IN"/>
        </w:rPr>
        <w:t xml:space="preserve"> </w:t>
      </w:r>
      <w:proofErr w:type="spellStart"/>
      <w:r w:rsidRPr="00E64B7A">
        <w:rPr>
          <w:rFonts w:ascii="Nirmala UI" w:hAnsi="Nirmala UI" w:cs="Nirmala UI"/>
          <w:lang w:val="en-IN"/>
        </w:rPr>
        <w:t>तपासणी</w:t>
      </w:r>
      <w:proofErr w:type="spellEnd"/>
      <w:r w:rsidRPr="00E64B7A">
        <w:rPr>
          <w:rFonts w:ascii="Nirmala UI" w:hAnsi="Nirmala UI" w:cs="Nirmala UI"/>
          <w:lang w:val="en-IN"/>
        </w:rPr>
        <w:t xml:space="preserve"> </w:t>
      </w:r>
      <w:proofErr w:type="spellStart"/>
      <w:r w:rsidRPr="00E64B7A">
        <w:rPr>
          <w:rFonts w:ascii="Nirmala UI" w:hAnsi="Nirmala UI" w:cs="Nirmala UI"/>
          <w:lang w:val="en-IN"/>
        </w:rPr>
        <w:t>करून</w:t>
      </w:r>
      <w:proofErr w:type="spellEnd"/>
      <w:r w:rsidRPr="00E64B7A">
        <w:rPr>
          <w:rFonts w:ascii="Nirmala UI" w:hAnsi="Nirmala UI" w:cs="Nirmala UI"/>
          <w:lang w:val="en-IN"/>
        </w:rPr>
        <w:t xml:space="preserve"> e-PPO, e-GPO, e-CPO </w:t>
      </w:r>
      <w:proofErr w:type="spellStart"/>
      <w:r w:rsidRPr="00E64B7A">
        <w:rPr>
          <w:rFonts w:ascii="Nirmala UI" w:hAnsi="Nirmala UI" w:cs="Nirmala UI"/>
          <w:lang w:val="en-IN"/>
        </w:rPr>
        <w:t>मंजूर</w:t>
      </w:r>
      <w:proofErr w:type="spellEnd"/>
      <w:r w:rsidRPr="00E64B7A">
        <w:rPr>
          <w:rFonts w:ascii="Nirmala UI" w:hAnsi="Nirmala UI" w:cs="Nirmala UI"/>
          <w:lang w:val="en-IN"/>
        </w:rPr>
        <w:t xml:space="preserve"> </w:t>
      </w:r>
      <w:proofErr w:type="spellStart"/>
      <w:r w:rsidRPr="00E64B7A">
        <w:rPr>
          <w:rFonts w:ascii="Nirmala UI" w:hAnsi="Nirmala UI" w:cs="Nirmala UI"/>
          <w:lang w:val="en-IN"/>
        </w:rPr>
        <w:t>केले</w:t>
      </w:r>
      <w:proofErr w:type="spellEnd"/>
      <w:r w:rsidRPr="00E64B7A">
        <w:rPr>
          <w:rFonts w:ascii="Nirmala UI" w:hAnsi="Nirmala UI" w:cs="Nirmala UI"/>
          <w:lang w:val="en-IN"/>
        </w:rPr>
        <w:t xml:space="preserve"> </w:t>
      </w:r>
      <w:proofErr w:type="spellStart"/>
      <w:r w:rsidRPr="00E64B7A">
        <w:rPr>
          <w:rFonts w:ascii="Nirmala UI" w:hAnsi="Nirmala UI" w:cs="Nirmala UI"/>
          <w:lang w:val="en-IN"/>
        </w:rPr>
        <w:t>जातील</w:t>
      </w:r>
      <w:proofErr w:type="spellEnd"/>
      <w:r w:rsidRPr="00E64B7A">
        <w:rPr>
          <w:rFonts w:ascii="Nirmala UI" w:hAnsi="Nirmala UI" w:cs="Nirmala UI"/>
          <w:lang w:val="en-IN"/>
        </w:rPr>
        <w:t xml:space="preserve">. </w:t>
      </w:r>
    </w:p>
    <w:p w14:paraId="7148885B" w14:textId="77777777" w:rsidR="00E64B7A" w:rsidRPr="00E64B7A" w:rsidRDefault="00E64B7A" w:rsidP="00E64B7A">
      <w:pPr>
        <w:numPr>
          <w:ilvl w:val="0"/>
          <w:numId w:val="12"/>
        </w:numPr>
        <w:spacing w:after="120"/>
        <w:rPr>
          <w:rFonts w:ascii="Nirmala UI" w:hAnsi="Nirmala UI" w:cs="Nirmala UI"/>
          <w:lang w:val="en-IN"/>
        </w:rPr>
      </w:pPr>
      <w:proofErr w:type="spellStart"/>
      <w:r w:rsidRPr="00E64B7A">
        <w:rPr>
          <w:rFonts w:ascii="Nirmala UI" w:hAnsi="Nirmala UI" w:cs="Nirmala UI"/>
          <w:b/>
          <w:bCs/>
          <w:lang w:val="en-IN"/>
        </w:rPr>
        <w:t>प्रकरण</w:t>
      </w:r>
      <w:proofErr w:type="spellEnd"/>
      <w:r w:rsidRPr="00E64B7A">
        <w:rPr>
          <w:rFonts w:ascii="Nirmala UI" w:hAnsi="Nirmala UI" w:cs="Nirmala UI"/>
          <w:b/>
          <w:bCs/>
          <w:lang w:val="en-IN"/>
        </w:rPr>
        <w:t xml:space="preserve"> </w:t>
      </w:r>
      <w:proofErr w:type="spellStart"/>
      <w:r w:rsidRPr="00E64B7A">
        <w:rPr>
          <w:rFonts w:ascii="Nirmala UI" w:hAnsi="Nirmala UI" w:cs="Nirmala UI"/>
          <w:b/>
          <w:bCs/>
          <w:lang w:val="en-IN"/>
        </w:rPr>
        <w:t>रिजेक्ट</w:t>
      </w:r>
      <w:proofErr w:type="spellEnd"/>
      <w:r w:rsidRPr="00E64B7A">
        <w:rPr>
          <w:rFonts w:ascii="Nirmala UI" w:hAnsi="Nirmala UI" w:cs="Nirmala UI"/>
          <w:b/>
          <w:bCs/>
          <w:lang w:val="en-IN"/>
        </w:rPr>
        <w:t xml:space="preserve"> </w:t>
      </w:r>
      <w:proofErr w:type="spellStart"/>
      <w:r w:rsidRPr="00E64B7A">
        <w:rPr>
          <w:rFonts w:ascii="Nirmala UI" w:hAnsi="Nirmala UI" w:cs="Nirmala UI"/>
          <w:b/>
          <w:bCs/>
          <w:lang w:val="en-IN"/>
        </w:rPr>
        <w:t>करण्याची</w:t>
      </w:r>
      <w:proofErr w:type="spellEnd"/>
      <w:r w:rsidRPr="00E64B7A">
        <w:rPr>
          <w:rFonts w:ascii="Nirmala UI" w:hAnsi="Nirmala UI" w:cs="Nirmala UI"/>
          <w:b/>
          <w:bCs/>
          <w:lang w:val="en-IN"/>
        </w:rPr>
        <w:t xml:space="preserve"> </w:t>
      </w:r>
      <w:proofErr w:type="spellStart"/>
      <w:r w:rsidRPr="00E64B7A">
        <w:rPr>
          <w:rFonts w:ascii="Nirmala UI" w:hAnsi="Nirmala UI" w:cs="Nirmala UI"/>
          <w:b/>
          <w:bCs/>
          <w:lang w:val="en-IN"/>
        </w:rPr>
        <w:t>सुविधा</w:t>
      </w:r>
      <w:proofErr w:type="spellEnd"/>
      <w:r w:rsidRPr="00E64B7A">
        <w:rPr>
          <w:rFonts w:ascii="Nirmala UI" w:hAnsi="Nirmala UI" w:cs="Nirmala UI"/>
          <w:b/>
          <w:bCs/>
          <w:lang w:val="en-IN"/>
        </w:rPr>
        <w:t>:</w:t>
      </w:r>
      <w:r w:rsidRPr="00E64B7A">
        <w:rPr>
          <w:rFonts w:ascii="Nirmala UI" w:hAnsi="Nirmala UI" w:cs="Nirmala UI"/>
          <w:lang w:val="en-IN"/>
        </w:rPr>
        <w:t xml:space="preserve"> </w:t>
      </w:r>
      <w:proofErr w:type="spellStart"/>
      <w:r w:rsidRPr="00E64B7A">
        <w:rPr>
          <w:rFonts w:ascii="Nirmala UI" w:hAnsi="Nirmala UI" w:cs="Nirmala UI"/>
          <w:lang w:val="en-IN"/>
        </w:rPr>
        <w:t>माहिती</w:t>
      </w:r>
      <w:proofErr w:type="spellEnd"/>
      <w:r w:rsidRPr="00E64B7A">
        <w:rPr>
          <w:rFonts w:ascii="Nirmala UI" w:hAnsi="Nirmala UI" w:cs="Nirmala UI"/>
          <w:lang w:val="en-IN"/>
        </w:rPr>
        <w:t xml:space="preserve"> </w:t>
      </w:r>
      <w:proofErr w:type="spellStart"/>
      <w:r w:rsidRPr="00E64B7A">
        <w:rPr>
          <w:rFonts w:ascii="Nirmala UI" w:hAnsi="Nirmala UI" w:cs="Nirmala UI"/>
          <w:lang w:val="en-IN"/>
        </w:rPr>
        <w:t>चुकीची</w:t>
      </w:r>
      <w:proofErr w:type="spellEnd"/>
      <w:r w:rsidRPr="00E64B7A">
        <w:rPr>
          <w:rFonts w:ascii="Nirmala UI" w:hAnsi="Nirmala UI" w:cs="Nirmala UI"/>
          <w:lang w:val="en-IN"/>
        </w:rPr>
        <w:t xml:space="preserve"> </w:t>
      </w:r>
      <w:proofErr w:type="spellStart"/>
      <w:r w:rsidRPr="00E64B7A">
        <w:rPr>
          <w:rFonts w:ascii="Nirmala UI" w:hAnsi="Nirmala UI" w:cs="Nirmala UI"/>
          <w:lang w:val="en-IN"/>
        </w:rPr>
        <w:t>असल्यास</w:t>
      </w:r>
      <w:proofErr w:type="spellEnd"/>
      <w:r w:rsidRPr="00E64B7A">
        <w:rPr>
          <w:rFonts w:ascii="Nirmala UI" w:hAnsi="Nirmala UI" w:cs="Nirmala UI"/>
          <w:lang w:val="en-IN"/>
        </w:rPr>
        <w:t xml:space="preserve"> </w:t>
      </w:r>
      <w:proofErr w:type="spellStart"/>
      <w:r w:rsidRPr="00E64B7A">
        <w:rPr>
          <w:rFonts w:ascii="Nirmala UI" w:hAnsi="Nirmala UI" w:cs="Nirmala UI"/>
          <w:lang w:val="en-IN"/>
        </w:rPr>
        <w:t>किंवा</w:t>
      </w:r>
      <w:proofErr w:type="spellEnd"/>
      <w:r w:rsidRPr="00E64B7A">
        <w:rPr>
          <w:rFonts w:ascii="Nirmala UI" w:hAnsi="Nirmala UI" w:cs="Nirmala UI"/>
          <w:lang w:val="en-IN"/>
        </w:rPr>
        <w:t xml:space="preserve"> </w:t>
      </w:r>
      <w:proofErr w:type="spellStart"/>
      <w:r w:rsidRPr="00E64B7A">
        <w:rPr>
          <w:rFonts w:ascii="Nirmala UI" w:hAnsi="Nirmala UI" w:cs="Nirmala UI"/>
          <w:lang w:val="en-IN"/>
        </w:rPr>
        <w:t>दुरुस्ती</w:t>
      </w:r>
      <w:proofErr w:type="spellEnd"/>
      <w:r w:rsidRPr="00E64B7A">
        <w:rPr>
          <w:rFonts w:ascii="Nirmala UI" w:hAnsi="Nirmala UI" w:cs="Nirmala UI"/>
          <w:lang w:val="en-IN"/>
        </w:rPr>
        <w:t xml:space="preserve"> </w:t>
      </w:r>
      <w:proofErr w:type="spellStart"/>
      <w:r w:rsidRPr="00E64B7A">
        <w:rPr>
          <w:rFonts w:ascii="Nirmala UI" w:hAnsi="Nirmala UI" w:cs="Nirmala UI"/>
          <w:lang w:val="en-IN"/>
        </w:rPr>
        <w:t>आवश्यक</w:t>
      </w:r>
      <w:proofErr w:type="spellEnd"/>
      <w:r w:rsidRPr="00E64B7A">
        <w:rPr>
          <w:rFonts w:ascii="Nirmala UI" w:hAnsi="Nirmala UI" w:cs="Nirmala UI"/>
          <w:lang w:val="en-IN"/>
        </w:rPr>
        <w:t xml:space="preserve"> </w:t>
      </w:r>
      <w:proofErr w:type="spellStart"/>
      <w:r w:rsidRPr="00E64B7A">
        <w:rPr>
          <w:rFonts w:ascii="Nirmala UI" w:hAnsi="Nirmala UI" w:cs="Nirmala UI"/>
          <w:lang w:val="en-IN"/>
        </w:rPr>
        <w:t>असल्यास</w:t>
      </w:r>
      <w:proofErr w:type="spellEnd"/>
      <w:r w:rsidRPr="00E64B7A">
        <w:rPr>
          <w:rFonts w:ascii="Nirmala UI" w:hAnsi="Nirmala UI" w:cs="Nirmala UI"/>
          <w:lang w:val="en-IN"/>
        </w:rPr>
        <w:t xml:space="preserve"> </w:t>
      </w:r>
      <w:proofErr w:type="spellStart"/>
      <w:r w:rsidRPr="00E64B7A">
        <w:rPr>
          <w:rFonts w:ascii="Nirmala UI" w:hAnsi="Nirmala UI" w:cs="Nirmala UI"/>
          <w:lang w:val="en-IN"/>
        </w:rPr>
        <w:t>महालेखापाल</w:t>
      </w:r>
      <w:proofErr w:type="spellEnd"/>
      <w:r w:rsidRPr="00E64B7A">
        <w:rPr>
          <w:rFonts w:ascii="Nirmala UI" w:hAnsi="Nirmala UI" w:cs="Nirmala UI"/>
          <w:lang w:val="en-IN"/>
        </w:rPr>
        <w:t xml:space="preserve"> </w:t>
      </w:r>
      <w:proofErr w:type="spellStart"/>
      <w:r w:rsidRPr="00E64B7A">
        <w:rPr>
          <w:rFonts w:ascii="Nirmala UI" w:hAnsi="Nirmala UI" w:cs="Nirmala UI"/>
          <w:lang w:val="en-IN"/>
        </w:rPr>
        <w:t>कार्यालयाला</w:t>
      </w:r>
      <w:proofErr w:type="spellEnd"/>
      <w:r w:rsidRPr="00E64B7A">
        <w:rPr>
          <w:rFonts w:ascii="Nirmala UI" w:hAnsi="Nirmala UI" w:cs="Nirmala UI"/>
          <w:lang w:val="en-IN"/>
        </w:rPr>
        <w:t xml:space="preserve"> </w:t>
      </w:r>
      <w:proofErr w:type="spellStart"/>
      <w:r w:rsidRPr="00E64B7A">
        <w:rPr>
          <w:rFonts w:ascii="Nirmala UI" w:hAnsi="Nirmala UI" w:cs="Nirmala UI"/>
          <w:lang w:val="en-IN"/>
        </w:rPr>
        <w:t>प्रकरण</w:t>
      </w:r>
      <w:proofErr w:type="spellEnd"/>
      <w:r w:rsidRPr="00E64B7A">
        <w:rPr>
          <w:rFonts w:ascii="Nirmala UI" w:hAnsi="Nirmala UI" w:cs="Nirmala UI"/>
          <w:lang w:val="en-IN"/>
        </w:rPr>
        <w:t xml:space="preserve"> </w:t>
      </w:r>
      <w:proofErr w:type="spellStart"/>
      <w:r w:rsidRPr="00E64B7A">
        <w:rPr>
          <w:rFonts w:ascii="Nirmala UI" w:hAnsi="Nirmala UI" w:cs="Nirmala UI"/>
          <w:lang w:val="en-IN"/>
        </w:rPr>
        <w:t>ऑनलाईन</w:t>
      </w:r>
      <w:proofErr w:type="spellEnd"/>
      <w:r w:rsidRPr="00E64B7A">
        <w:rPr>
          <w:rFonts w:ascii="Nirmala UI" w:hAnsi="Nirmala UI" w:cs="Nirmala UI"/>
          <w:lang w:val="en-IN"/>
        </w:rPr>
        <w:t xml:space="preserve"> </w:t>
      </w:r>
      <w:proofErr w:type="spellStart"/>
      <w:r w:rsidRPr="00E64B7A">
        <w:rPr>
          <w:rFonts w:ascii="Nirmala UI" w:hAnsi="Nirmala UI" w:cs="Nirmala UI"/>
          <w:lang w:val="en-IN"/>
        </w:rPr>
        <w:t>रिजेक्ट</w:t>
      </w:r>
      <w:proofErr w:type="spellEnd"/>
      <w:r w:rsidRPr="00E64B7A">
        <w:rPr>
          <w:rFonts w:ascii="Nirmala UI" w:hAnsi="Nirmala UI" w:cs="Nirmala UI"/>
          <w:lang w:val="en-IN"/>
        </w:rPr>
        <w:t xml:space="preserve"> </w:t>
      </w:r>
      <w:proofErr w:type="spellStart"/>
      <w:r w:rsidRPr="00E64B7A">
        <w:rPr>
          <w:rFonts w:ascii="Nirmala UI" w:hAnsi="Nirmala UI" w:cs="Nirmala UI"/>
          <w:lang w:val="en-IN"/>
        </w:rPr>
        <w:t>करण्याचा</w:t>
      </w:r>
      <w:proofErr w:type="spellEnd"/>
      <w:r w:rsidRPr="00E64B7A">
        <w:rPr>
          <w:rFonts w:ascii="Nirmala UI" w:hAnsi="Nirmala UI" w:cs="Nirmala UI"/>
          <w:lang w:val="en-IN"/>
        </w:rPr>
        <w:t xml:space="preserve"> </w:t>
      </w:r>
      <w:proofErr w:type="spellStart"/>
      <w:r w:rsidRPr="00E64B7A">
        <w:rPr>
          <w:rFonts w:ascii="Nirmala UI" w:hAnsi="Nirmala UI" w:cs="Nirmala UI"/>
          <w:lang w:val="en-IN"/>
        </w:rPr>
        <w:t>अधिकार</w:t>
      </w:r>
      <w:proofErr w:type="spellEnd"/>
      <w:r w:rsidRPr="00E64B7A">
        <w:rPr>
          <w:rFonts w:ascii="Nirmala UI" w:hAnsi="Nirmala UI" w:cs="Nirmala UI"/>
          <w:lang w:val="en-IN"/>
        </w:rPr>
        <w:t xml:space="preserve"> </w:t>
      </w:r>
      <w:proofErr w:type="spellStart"/>
      <w:r w:rsidRPr="00E64B7A">
        <w:rPr>
          <w:rFonts w:ascii="Nirmala UI" w:hAnsi="Nirmala UI" w:cs="Nirmala UI"/>
          <w:lang w:val="en-IN"/>
        </w:rPr>
        <w:t>आहे</w:t>
      </w:r>
      <w:proofErr w:type="spellEnd"/>
      <w:r w:rsidRPr="00E64B7A">
        <w:rPr>
          <w:rFonts w:ascii="Nirmala UI" w:hAnsi="Nirmala UI" w:cs="Nirmala UI"/>
          <w:lang w:val="en-IN"/>
        </w:rPr>
        <w:t xml:space="preserve">. </w:t>
      </w:r>
    </w:p>
    <w:p w14:paraId="06A3F47D" w14:textId="77777777" w:rsidR="00E64B7A" w:rsidRPr="00E64B7A" w:rsidRDefault="00E64B7A" w:rsidP="00E64B7A">
      <w:pPr>
        <w:numPr>
          <w:ilvl w:val="0"/>
          <w:numId w:val="12"/>
        </w:numPr>
        <w:spacing w:after="120"/>
        <w:rPr>
          <w:rFonts w:ascii="Nirmala UI" w:hAnsi="Nirmala UI" w:cs="Nirmala UI"/>
          <w:lang w:val="en-IN"/>
        </w:rPr>
      </w:pPr>
      <w:proofErr w:type="spellStart"/>
      <w:r w:rsidRPr="00E64B7A">
        <w:rPr>
          <w:rFonts w:ascii="Nirmala UI" w:hAnsi="Nirmala UI" w:cs="Nirmala UI"/>
          <w:b/>
          <w:bCs/>
          <w:lang w:val="en-IN"/>
        </w:rPr>
        <w:t>ऑनलाईन</w:t>
      </w:r>
      <w:proofErr w:type="spellEnd"/>
      <w:r w:rsidRPr="00E64B7A">
        <w:rPr>
          <w:rFonts w:ascii="Nirmala UI" w:hAnsi="Nirmala UI" w:cs="Nirmala UI"/>
          <w:b/>
          <w:bCs/>
          <w:lang w:val="en-IN"/>
        </w:rPr>
        <w:t xml:space="preserve"> </w:t>
      </w:r>
      <w:proofErr w:type="spellStart"/>
      <w:r w:rsidRPr="00E64B7A">
        <w:rPr>
          <w:rFonts w:ascii="Nirmala UI" w:hAnsi="Nirmala UI" w:cs="Nirmala UI"/>
          <w:b/>
          <w:bCs/>
          <w:lang w:val="en-IN"/>
        </w:rPr>
        <w:t>दस्तऐवज</w:t>
      </w:r>
      <w:proofErr w:type="spellEnd"/>
      <w:r w:rsidRPr="00E64B7A">
        <w:rPr>
          <w:rFonts w:ascii="Nirmala UI" w:hAnsi="Nirmala UI" w:cs="Nirmala UI"/>
          <w:b/>
          <w:bCs/>
          <w:lang w:val="en-IN"/>
        </w:rPr>
        <w:t xml:space="preserve"> </w:t>
      </w:r>
      <w:proofErr w:type="spellStart"/>
      <w:r w:rsidRPr="00E64B7A">
        <w:rPr>
          <w:rFonts w:ascii="Nirmala UI" w:hAnsi="Nirmala UI" w:cs="Nirmala UI"/>
          <w:b/>
          <w:bCs/>
          <w:lang w:val="en-IN"/>
        </w:rPr>
        <w:t>उपलब्ध</w:t>
      </w:r>
      <w:proofErr w:type="spellEnd"/>
      <w:r w:rsidRPr="00E64B7A">
        <w:rPr>
          <w:rFonts w:ascii="Nirmala UI" w:hAnsi="Nirmala UI" w:cs="Nirmala UI"/>
          <w:b/>
          <w:bCs/>
          <w:lang w:val="en-IN"/>
        </w:rPr>
        <w:t xml:space="preserve"> </w:t>
      </w:r>
      <w:proofErr w:type="spellStart"/>
      <w:r w:rsidRPr="00E64B7A">
        <w:rPr>
          <w:rFonts w:ascii="Nirmala UI" w:hAnsi="Nirmala UI" w:cs="Nirmala UI"/>
          <w:b/>
          <w:bCs/>
          <w:lang w:val="en-IN"/>
        </w:rPr>
        <w:t>असणे</w:t>
      </w:r>
      <w:proofErr w:type="spellEnd"/>
      <w:r w:rsidRPr="00E64B7A">
        <w:rPr>
          <w:rFonts w:ascii="Nirmala UI" w:hAnsi="Nirmala UI" w:cs="Nirmala UI"/>
          <w:b/>
          <w:bCs/>
          <w:lang w:val="en-IN"/>
        </w:rPr>
        <w:t>:</w:t>
      </w:r>
      <w:r w:rsidRPr="00E64B7A">
        <w:rPr>
          <w:rFonts w:ascii="Nirmala UI" w:hAnsi="Nirmala UI" w:cs="Nirmala UI"/>
          <w:lang w:val="en-IN"/>
        </w:rPr>
        <w:t xml:space="preserve"> </w:t>
      </w:r>
      <w:proofErr w:type="spellStart"/>
      <w:r w:rsidRPr="00E64B7A">
        <w:rPr>
          <w:rFonts w:ascii="Nirmala UI" w:hAnsi="Nirmala UI" w:cs="Nirmala UI"/>
          <w:lang w:val="en-IN"/>
        </w:rPr>
        <w:t>अंतिम</w:t>
      </w:r>
      <w:proofErr w:type="spellEnd"/>
      <w:r w:rsidRPr="00E64B7A">
        <w:rPr>
          <w:rFonts w:ascii="Nirmala UI" w:hAnsi="Nirmala UI" w:cs="Nirmala UI"/>
          <w:lang w:val="en-IN"/>
        </w:rPr>
        <w:t xml:space="preserve"> </w:t>
      </w:r>
      <w:proofErr w:type="spellStart"/>
      <w:r w:rsidRPr="00E64B7A">
        <w:rPr>
          <w:rFonts w:ascii="Nirmala UI" w:hAnsi="Nirmala UI" w:cs="Nirmala UI"/>
          <w:lang w:val="en-IN"/>
        </w:rPr>
        <w:t>मंजूर</w:t>
      </w:r>
      <w:proofErr w:type="spellEnd"/>
      <w:r w:rsidRPr="00E64B7A">
        <w:rPr>
          <w:rFonts w:ascii="Nirmala UI" w:hAnsi="Nirmala UI" w:cs="Nirmala UI"/>
          <w:lang w:val="en-IN"/>
        </w:rPr>
        <w:t xml:space="preserve"> </w:t>
      </w:r>
      <w:proofErr w:type="spellStart"/>
      <w:r w:rsidRPr="00E64B7A">
        <w:rPr>
          <w:rFonts w:ascii="Nirmala UI" w:hAnsi="Nirmala UI" w:cs="Nirmala UI"/>
          <w:lang w:val="en-IN"/>
        </w:rPr>
        <w:t>झालेली</w:t>
      </w:r>
      <w:proofErr w:type="spellEnd"/>
      <w:r w:rsidRPr="00E64B7A">
        <w:rPr>
          <w:rFonts w:ascii="Nirmala UI" w:hAnsi="Nirmala UI" w:cs="Nirmala UI"/>
          <w:lang w:val="en-IN"/>
        </w:rPr>
        <w:t xml:space="preserve"> </w:t>
      </w:r>
      <w:proofErr w:type="spellStart"/>
      <w:r w:rsidRPr="00E64B7A">
        <w:rPr>
          <w:rFonts w:ascii="Nirmala UI" w:hAnsi="Nirmala UI" w:cs="Nirmala UI"/>
          <w:lang w:val="en-IN"/>
        </w:rPr>
        <w:t>सर्व</w:t>
      </w:r>
      <w:proofErr w:type="spellEnd"/>
      <w:r w:rsidRPr="00E64B7A">
        <w:rPr>
          <w:rFonts w:ascii="Nirmala UI" w:hAnsi="Nirmala UI" w:cs="Nirmala UI"/>
          <w:lang w:val="en-IN"/>
        </w:rPr>
        <w:t xml:space="preserve"> </w:t>
      </w:r>
      <w:proofErr w:type="spellStart"/>
      <w:r w:rsidRPr="00E64B7A">
        <w:rPr>
          <w:rFonts w:ascii="Nirmala UI" w:hAnsi="Nirmala UI" w:cs="Nirmala UI"/>
          <w:lang w:val="en-IN"/>
        </w:rPr>
        <w:t>कागदपत्रे</w:t>
      </w:r>
      <w:proofErr w:type="spellEnd"/>
      <w:r w:rsidRPr="00E64B7A">
        <w:rPr>
          <w:rFonts w:ascii="Nirmala UI" w:hAnsi="Nirmala UI" w:cs="Nirmala UI"/>
          <w:lang w:val="en-IN"/>
        </w:rPr>
        <w:t xml:space="preserve"> (e-PPO </w:t>
      </w:r>
      <w:proofErr w:type="spellStart"/>
      <w:r w:rsidRPr="00E64B7A">
        <w:rPr>
          <w:rFonts w:ascii="Nirmala UI" w:hAnsi="Nirmala UI" w:cs="Nirmala UI"/>
          <w:lang w:val="en-IN"/>
        </w:rPr>
        <w:t>सह</w:t>
      </w:r>
      <w:proofErr w:type="spellEnd"/>
      <w:r w:rsidRPr="00E64B7A">
        <w:rPr>
          <w:rFonts w:ascii="Nirmala UI" w:hAnsi="Nirmala UI" w:cs="Nirmala UI"/>
          <w:lang w:val="en-IN"/>
        </w:rPr>
        <w:t xml:space="preserve">) </w:t>
      </w:r>
      <w:proofErr w:type="spellStart"/>
      <w:r w:rsidRPr="00E64B7A">
        <w:rPr>
          <w:rFonts w:ascii="Nirmala UI" w:hAnsi="Nirmala UI" w:cs="Nirmala UI"/>
          <w:lang w:val="en-IN"/>
        </w:rPr>
        <w:t>कोषागार</w:t>
      </w:r>
      <w:proofErr w:type="spellEnd"/>
      <w:r w:rsidRPr="00E64B7A">
        <w:rPr>
          <w:rFonts w:ascii="Nirmala UI" w:hAnsi="Nirmala UI" w:cs="Nirmala UI"/>
          <w:lang w:val="en-IN"/>
        </w:rPr>
        <w:t xml:space="preserve">, </w:t>
      </w:r>
      <w:proofErr w:type="spellStart"/>
      <w:r w:rsidRPr="00E64B7A">
        <w:rPr>
          <w:rFonts w:ascii="Nirmala UI" w:hAnsi="Nirmala UI" w:cs="Nirmala UI"/>
          <w:lang w:val="en-IN"/>
        </w:rPr>
        <w:t>आहरण</w:t>
      </w:r>
      <w:proofErr w:type="spellEnd"/>
      <w:r w:rsidRPr="00E64B7A">
        <w:rPr>
          <w:rFonts w:ascii="Nirmala UI" w:hAnsi="Nirmala UI" w:cs="Nirmala UI"/>
          <w:lang w:val="en-IN"/>
        </w:rPr>
        <w:t xml:space="preserve"> व </w:t>
      </w:r>
      <w:proofErr w:type="spellStart"/>
      <w:r w:rsidRPr="00E64B7A">
        <w:rPr>
          <w:rFonts w:ascii="Nirmala UI" w:hAnsi="Nirmala UI" w:cs="Nirmala UI"/>
          <w:lang w:val="en-IN"/>
        </w:rPr>
        <w:t>संवितरण</w:t>
      </w:r>
      <w:proofErr w:type="spellEnd"/>
      <w:r w:rsidRPr="00E64B7A">
        <w:rPr>
          <w:rFonts w:ascii="Nirmala UI" w:hAnsi="Nirmala UI" w:cs="Nirmala UI"/>
          <w:lang w:val="en-IN"/>
        </w:rPr>
        <w:t xml:space="preserve"> </w:t>
      </w:r>
      <w:proofErr w:type="spellStart"/>
      <w:r w:rsidRPr="00E64B7A">
        <w:rPr>
          <w:rFonts w:ascii="Nirmala UI" w:hAnsi="Nirmala UI" w:cs="Nirmala UI"/>
          <w:lang w:val="en-IN"/>
        </w:rPr>
        <w:t>अधिकारी</w:t>
      </w:r>
      <w:proofErr w:type="spellEnd"/>
      <w:r w:rsidRPr="00E64B7A">
        <w:rPr>
          <w:rFonts w:ascii="Nirmala UI" w:hAnsi="Nirmala UI" w:cs="Nirmala UI"/>
          <w:lang w:val="en-IN"/>
        </w:rPr>
        <w:t xml:space="preserve"> </w:t>
      </w:r>
      <w:proofErr w:type="spellStart"/>
      <w:r w:rsidRPr="00E64B7A">
        <w:rPr>
          <w:rFonts w:ascii="Nirmala UI" w:hAnsi="Nirmala UI" w:cs="Nirmala UI"/>
          <w:lang w:val="en-IN"/>
        </w:rPr>
        <w:t>आणि</w:t>
      </w:r>
      <w:proofErr w:type="spellEnd"/>
      <w:r w:rsidRPr="00E64B7A">
        <w:rPr>
          <w:rFonts w:ascii="Nirmala UI" w:hAnsi="Nirmala UI" w:cs="Nirmala UI"/>
          <w:lang w:val="en-IN"/>
        </w:rPr>
        <w:t xml:space="preserve"> </w:t>
      </w:r>
      <w:proofErr w:type="spellStart"/>
      <w:r w:rsidRPr="00E64B7A">
        <w:rPr>
          <w:rFonts w:ascii="Nirmala UI" w:hAnsi="Nirmala UI" w:cs="Nirmala UI"/>
          <w:lang w:val="en-IN"/>
        </w:rPr>
        <w:t>निवृत्तिवेतनधारकाच्या</w:t>
      </w:r>
      <w:proofErr w:type="spellEnd"/>
      <w:r w:rsidRPr="00E64B7A">
        <w:rPr>
          <w:rFonts w:ascii="Nirmala UI" w:hAnsi="Nirmala UI" w:cs="Nirmala UI"/>
          <w:lang w:val="en-IN"/>
        </w:rPr>
        <w:t xml:space="preserve"> </w:t>
      </w:r>
      <w:proofErr w:type="spellStart"/>
      <w:r w:rsidRPr="00E64B7A">
        <w:rPr>
          <w:rFonts w:ascii="Nirmala UI" w:hAnsi="Nirmala UI" w:cs="Nirmala UI"/>
          <w:lang w:val="en-IN"/>
        </w:rPr>
        <w:t>वैयक्तिक</w:t>
      </w:r>
      <w:proofErr w:type="spellEnd"/>
      <w:r w:rsidRPr="00E64B7A">
        <w:rPr>
          <w:rFonts w:ascii="Nirmala UI" w:hAnsi="Nirmala UI" w:cs="Nirmala UI"/>
          <w:lang w:val="en-IN"/>
        </w:rPr>
        <w:t xml:space="preserve"> </w:t>
      </w:r>
      <w:proofErr w:type="spellStart"/>
      <w:r w:rsidRPr="00E64B7A">
        <w:rPr>
          <w:rFonts w:ascii="Nirmala UI" w:hAnsi="Nirmala UI" w:cs="Nirmala UI"/>
          <w:lang w:val="en-IN"/>
        </w:rPr>
        <w:t>लॉगीनमध्ये</w:t>
      </w:r>
      <w:proofErr w:type="spellEnd"/>
      <w:r w:rsidRPr="00E64B7A">
        <w:rPr>
          <w:rFonts w:ascii="Nirmala UI" w:hAnsi="Nirmala UI" w:cs="Nirmala UI"/>
          <w:lang w:val="en-IN"/>
        </w:rPr>
        <w:t xml:space="preserve"> </w:t>
      </w:r>
      <w:proofErr w:type="spellStart"/>
      <w:r w:rsidRPr="00E64B7A">
        <w:rPr>
          <w:rFonts w:ascii="Nirmala UI" w:hAnsi="Nirmala UI" w:cs="Nirmala UI"/>
          <w:lang w:val="en-IN"/>
        </w:rPr>
        <w:t>उपलब्ध</w:t>
      </w:r>
      <w:proofErr w:type="spellEnd"/>
      <w:r w:rsidRPr="00E64B7A">
        <w:rPr>
          <w:rFonts w:ascii="Nirmala UI" w:hAnsi="Nirmala UI" w:cs="Nirmala UI"/>
          <w:lang w:val="en-IN"/>
        </w:rPr>
        <w:t xml:space="preserve"> </w:t>
      </w:r>
      <w:proofErr w:type="spellStart"/>
      <w:r w:rsidRPr="00E64B7A">
        <w:rPr>
          <w:rFonts w:ascii="Nirmala UI" w:hAnsi="Nirmala UI" w:cs="Nirmala UI"/>
          <w:lang w:val="en-IN"/>
        </w:rPr>
        <w:t>करून</w:t>
      </w:r>
      <w:proofErr w:type="spellEnd"/>
      <w:r w:rsidRPr="00E64B7A">
        <w:rPr>
          <w:rFonts w:ascii="Nirmala UI" w:hAnsi="Nirmala UI" w:cs="Nirmala UI"/>
          <w:lang w:val="en-IN"/>
        </w:rPr>
        <w:t xml:space="preserve"> </w:t>
      </w:r>
      <w:proofErr w:type="spellStart"/>
      <w:r w:rsidRPr="00E64B7A">
        <w:rPr>
          <w:rFonts w:ascii="Nirmala UI" w:hAnsi="Nirmala UI" w:cs="Nirmala UI"/>
          <w:lang w:val="en-IN"/>
        </w:rPr>
        <w:t>दिली</w:t>
      </w:r>
      <w:proofErr w:type="spellEnd"/>
      <w:r w:rsidRPr="00E64B7A">
        <w:rPr>
          <w:rFonts w:ascii="Nirmala UI" w:hAnsi="Nirmala UI" w:cs="Nirmala UI"/>
          <w:lang w:val="en-IN"/>
        </w:rPr>
        <w:t xml:space="preserve"> </w:t>
      </w:r>
      <w:proofErr w:type="spellStart"/>
      <w:r w:rsidRPr="00E64B7A">
        <w:rPr>
          <w:rFonts w:ascii="Nirmala UI" w:hAnsi="Nirmala UI" w:cs="Nirmala UI"/>
          <w:lang w:val="en-IN"/>
        </w:rPr>
        <w:t>जातील</w:t>
      </w:r>
      <w:proofErr w:type="spellEnd"/>
      <w:r w:rsidRPr="00E64B7A">
        <w:rPr>
          <w:rFonts w:ascii="Nirmala UI" w:hAnsi="Nirmala UI" w:cs="Nirmala UI"/>
          <w:lang w:val="en-IN"/>
        </w:rPr>
        <w:t xml:space="preserve">. </w:t>
      </w:r>
    </w:p>
    <w:p w14:paraId="5AE70266" w14:textId="77777777" w:rsidR="00E64B7A" w:rsidRDefault="00E64B7A" w:rsidP="00E64B7A">
      <w:pPr>
        <w:numPr>
          <w:ilvl w:val="0"/>
          <w:numId w:val="12"/>
        </w:numPr>
        <w:spacing w:after="120"/>
        <w:rPr>
          <w:rFonts w:ascii="Nirmala UI" w:hAnsi="Nirmala UI" w:cs="Nirmala UI"/>
          <w:lang w:val="en-IN"/>
        </w:rPr>
      </w:pPr>
      <w:proofErr w:type="spellStart"/>
      <w:r w:rsidRPr="00E64B7A">
        <w:rPr>
          <w:rFonts w:ascii="Nirmala UI" w:hAnsi="Nirmala UI" w:cs="Nirmala UI"/>
          <w:b/>
          <w:bCs/>
          <w:lang w:val="en-IN"/>
        </w:rPr>
        <w:t>न्यायालयीन</w:t>
      </w:r>
      <w:proofErr w:type="spellEnd"/>
      <w:r w:rsidRPr="00E64B7A">
        <w:rPr>
          <w:rFonts w:ascii="Nirmala UI" w:hAnsi="Nirmala UI" w:cs="Nirmala UI"/>
          <w:b/>
          <w:bCs/>
          <w:lang w:val="en-IN"/>
        </w:rPr>
        <w:t xml:space="preserve"> </w:t>
      </w:r>
      <w:proofErr w:type="spellStart"/>
      <w:r w:rsidRPr="00E64B7A">
        <w:rPr>
          <w:rFonts w:ascii="Nirmala UI" w:hAnsi="Nirmala UI" w:cs="Nirmala UI"/>
          <w:b/>
          <w:bCs/>
          <w:lang w:val="en-IN"/>
        </w:rPr>
        <w:t>प्रकरणे</w:t>
      </w:r>
      <w:proofErr w:type="spellEnd"/>
      <w:r w:rsidRPr="00E64B7A">
        <w:rPr>
          <w:rFonts w:ascii="Nirmala UI" w:hAnsi="Nirmala UI" w:cs="Nirmala UI"/>
          <w:b/>
          <w:bCs/>
          <w:lang w:val="en-IN"/>
        </w:rPr>
        <w:t>:</w:t>
      </w:r>
      <w:r w:rsidRPr="00E64B7A">
        <w:rPr>
          <w:rFonts w:ascii="Nirmala UI" w:hAnsi="Nirmala UI" w:cs="Nirmala UI"/>
          <w:lang w:val="en-IN"/>
        </w:rPr>
        <w:t xml:space="preserve"> </w:t>
      </w:r>
      <w:proofErr w:type="spellStart"/>
      <w:r w:rsidRPr="00E64B7A">
        <w:rPr>
          <w:rFonts w:ascii="Nirmala UI" w:hAnsi="Nirmala UI" w:cs="Nirmala UI"/>
          <w:lang w:val="en-IN"/>
        </w:rPr>
        <w:t>भविष्यात</w:t>
      </w:r>
      <w:proofErr w:type="spellEnd"/>
      <w:r w:rsidRPr="00E64B7A">
        <w:rPr>
          <w:rFonts w:ascii="Nirmala UI" w:hAnsi="Nirmala UI" w:cs="Nirmala UI"/>
          <w:lang w:val="en-IN"/>
        </w:rPr>
        <w:t xml:space="preserve"> </w:t>
      </w:r>
      <w:proofErr w:type="spellStart"/>
      <w:r w:rsidRPr="00E64B7A">
        <w:rPr>
          <w:rFonts w:ascii="Nirmala UI" w:hAnsi="Nirmala UI" w:cs="Nirmala UI"/>
          <w:lang w:val="en-IN"/>
        </w:rPr>
        <w:t>कुटुंब</w:t>
      </w:r>
      <w:proofErr w:type="spellEnd"/>
      <w:r w:rsidRPr="00E64B7A">
        <w:rPr>
          <w:rFonts w:ascii="Nirmala UI" w:hAnsi="Nirmala UI" w:cs="Nirmala UI"/>
          <w:lang w:val="en-IN"/>
        </w:rPr>
        <w:t xml:space="preserve"> </w:t>
      </w:r>
      <w:proofErr w:type="spellStart"/>
      <w:r w:rsidRPr="00E64B7A">
        <w:rPr>
          <w:rFonts w:ascii="Nirmala UI" w:hAnsi="Nirmala UI" w:cs="Nirmala UI"/>
          <w:lang w:val="en-IN"/>
        </w:rPr>
        <w:t>निवृत्तिवेतनाबाबत</w:t>
      </w:r>
      <w:proofErr w:type="spellEnd"/>
      <w:r w:rsidRPr="00E64B7A">
        <w:rPr>
          <w:rFonts w:ascii="Nirmala UI" w:hAnsi="Nirmala UI" w:cs="Nirmala UI"/>
          <w:lang w:val="en-IN"/>
        </w:rPr>
        <w:t xml:space="preserve"> </w:t>
      </w:r>
      <w:proofErr w:type="spellStart"/>
      <w:r w:rsidRPr="00E64B7A">
        <w:rPr>
          <w:rFonts w:ascii="Nirmala UI" w:hAnsi="Nirmala UI" w:cs="Nirmala UI"/>
          <w:lang w:val="en-IN"/>
        </w:rPr>
        <w:t>कौटुंबिक</w:t>
      </w:r>
      <w:proofErr w:type="spellEnd"/>
      <w:r w:rsidRPr="00E64B7A">
        <w:rPr>
          <w:rFonts w:ascii="Nirmala UI" w:hAnsi="Nirmala UI" w:cs="Nirmala UI"/>
          <w:lang w:val="en-IN"/>
        </w:rPr>
        <w:t xml:space="preserve"> </w:t>
      </w:r>
      <w:proofErr w:type="spellStart"/>
      <w:r w:rsidRPr="00E64B7A">
        <w:rPr>
          <w:rFonts w:ascii="Nirmala UI" w:hAnsi="Nirmala UI" w:cs="Nirmala UI"/>
          <w:lang w:val="en-IN"/>
        </w:rPr>
        <w:t>वाद</w:t>
      </w:r>
      <w:proofErr w:type="spellEnd"/>
      <w:r w:rsidRPr="00E64B7A">
        <w:rPr>
          <w:rFonts w:ascii="Nirmala UI" w:hAnsi="Nirmala UI" w:cs="Nirmala UI"/>
          <w:lang w:val="en-IN"/>
        </w:rPr>
        <w:t xml:space="preserve"> </w:t>
      </w:r>
      <w:proofErr w:type="spellStart"/>
      <w:r w:rsidRPr="00E64B7A">
        <w:rPr>
          <w:rFonts w:ascii="Nirmala UI" w:hAnsi="Nirmala UI" w:cs="Nirmala UI"/>
          <w:lang w:val="en-IN"/>
        </w:rPr>
        <w:t>किंवा</w:t>
      </w:r>
      <w:proofErr w:type="spellEnd"/>
      <w:r w:rsidRPr="00E64B7A">
        <w:rPr>
          <w:rFonts w:ascii="Nirmala UI" w:hAnsi="Nirmala UI" w:cs="Nirmala UI"/>
          <w:lang w:val="en-IN"/>
        </w:rPr>
        <w:t xml:space="preserve"> </w:t>
      </w:r>
      <w:proofErr w:type="spellStart"/>
      <w:r w:rsidRPr="00E64B7A">
        <w:rPr>
          <w:rFonts w:ascii="Nirmala UI" w:hAnsi="Nirmala UI" w:cs="Nirmala UI"/>
          <w:lang w:val="en-IN"/>
        </w:rPr>
        <w:t>न्यायालयीन</w:t>
      </w:r>
      <w:proofErr w:type="spellEnd"/>
      <w:r w:rsidRPr="00E64B7A">
        <w:rPr>
          <w:rFonts w:ascii="Nirmala UI" w:hAnsi="Nirmala UI" w:cs="Nirmala UI"/>
          <w:lang w:val="en-IN"/>
        </w:rPr>
        <w:t xml:space="preserve"> </w:t>
      </w:r>
      <w:proofErr w:type="spellStart"/>
      <w:r w:rsidRPr="00E64B7A">
        <w:rPr>
          <w:rFonts w:ascii="Nirmala UI" w:hAnsi="Nirmala UI" w:cs="Nirmala UI"/>
          <w:lang w:val="en-IN"/>
        </w:rPr>
        <w:t>प्रकरण</w:t>
      </w:r>
      <w:proofErr w:type="spellEnd"/>
      <w:r w:rsidRPr="00E64B7A">
        <w:rPr>
          <w:rFonts w:ascii="Nirmala UI" w:hAnsi="Nirmala UI" w:cs="Nirmala UI"/>
          <w:lang w:val="en-IN"/>
        </w:rPr>
        <w:t xml:space="preserve"> </w:t>
      </w:r>
      <w:proofErr w:type="spellStart"/>
      <w:r w:rsidRPr="00E64B7A">
        <w:rPr>
          <w:rFonts w:ascii="Nirmala UI" w:hAnsi="Nirmala UI" w:cs="Nirmala UI"/>
          <w:lang w:val="en-IN"/>
        </w:rPr>
        <w:t>उद्भवल्यास</w:t>
      </w:r>
      <w:proofErr w:type="spellEnd"/>
      <w:r w:rsidRPr="00E64B7A">
        <w:rPr>
          <w:rFonts w:ascii="Nirmala UI" w:hAnsi="Nirmala UI" w:cs="Nirmala UI"/>
          <w:lang w:val="en-IN"/>
        </w:rPr>
        <w:t xml:space="preserve"> </w:t>
      </w:r>
      <w:proofErr w:type="spellStart"/>
      <w:r w:rsidRPr="00E64B7A">
        <w:rPr>
          <w:rFonts w:ascii="Nirmala UI" w:hAnsi="Nirmala UI" w:cs="Nirmala UI"/>
          <w:lang w:val="en-IN"/>
        </w:rPr>
        <w:t>न्यायालयाच्या</w:t>
      </w:r>
      <w:proofErr w:type="spellEnd"/>
      <w:r w:rsidRPr="00E64B7A">
        <w:rPr>
          <w:rFonts w:ascii="Nirmala UI" w:hAnsi="Nirmala UI" w:cs="Nirmala UI"/>
          <w:lang w:val="en-IN"/>
        </w:rPr>
        <w:t xml:space="preserve"> </w:t>
      </w:r>
      <w:proofErr w:type="spellStart"/>
      <w:r w:rsidRPr="00E64B7A">
        <w:rPr>
          <w:rFonts w:ascii="Nirmala UI" w:hAnsi="Nirmala UI" w:cs="Nirmala UI"/>
          <w:lang w:val="en-IN"/>
        </w:rPr>
        <w:t>निर्णयानुसार</w:t>
      </w:r>
      <w:proofErr w:type="spellEnd"/>
      <w:r w:rsidRPr="00E64B7A">
        <w:rPr>
          <w:rFonts w:ascii="Nirmala UI" w:hAnsi="Nirmala UI" w:cs="Nirmala UI"/>
          <w:lang w:val="en-IN"/>
        </w:rPr>
        <w:t xml:space="preserve"> </w:t>
      </w:r>
      <w:proofErr w:type="spellStart"/>
      <w:r w:rsidRPr="00E64B7A">
        <w:rPr>
          <w:rFonts w:ascii="Nirmala UI" w:hAnsi="Nirmala UI" w:cs="Nirmala UI"/>
          <w:lang w:val="en-IN"/>
        </w:rPr>
        <w:t>कार्यवाही</w:t>
      </w:r>
      <w:proofErr w:type="spellEnd"/>
      <w:r w:rsidRPr="00E64B7A">
        <w:rPr>
          <w:rFonts w:ascii="Nirmala UI" w:hAnsi="Nirmala UI" w:cs="Nirmala UI"/>
          <w:lang w:val="en-IN"/>
        </w:rPr>
        <w:t xml:space="preserve"> </w:t>
      </w:r>
      <w:proofErr w:type="spellStart"/>
      <w:r w:rsidRPr="00E64B7A">
        <w:rPr>
          <w:rFonts w:ascii="Nirmala UI" w:hAnsi="Nirmala UI" w:cs="Nirmala UI"/>
          <w:lang w:val="en-IN"/>
        </w:rPr>
        <w:t>केली</w:t>
      </w:r>
      <w:proofErr w:type="spellEnd"/>
      <w:r w:rsidRPr="00E64B7A">
        <w:rPr>
          <w:rFonts w:ascii="Nirmala UI" w:hAnsi="Nirmala UI" w:cs="Nirmala UI"/>
          <w:lang w:val="en-IN"/>
        </w:rPr>
        <w:t xml:space="preserve"> </w:t>
      </w:r>
      <w:proofErr w:type="spellStart"/>
      <w:r w:rsidRPr="00E64B7A">
        <w:rPr>
          <w:rFonts w:ascii="Nirmala UI" w:hAnsi="Nirmala UI" w:cs="Nirmala UI"/>
          <w:lang w:val="en-IN"/>
        </w:rPr>
        <w:t>जाईल</w:t>
      </w:r>
      <w:proofErr w:type="spellEnd"/>
      <w:r w:rsidRPr="00E64B7A">
        <w:rPr>
          <w:rFonts w:ascii="Nirmala UI" w:hAnsi="Nirmala UI" w:cs="Nirmala UI"/>
          <w:lang w:val="en-IN"/>
        </w:rPr>
        <w:t xml:space="preserve">. </w:t>
      </w:r>
    </w:p>
    <w:p w14:paraId="7ED2D7F2" w14:textId="77777777" w:rsidR="00E9655C" w:rsidRPr="00E64B7A" w:rsidRDefault="00E9655C" w:rsidP="00E64B7A">
      <w:pPr>
        <w:numPr>
          <w:ilvl w:val="0"/>
          <w:numId w:val="12"/>
        </w:numPr>
        <w:spacing w:after="120"/>
        <w:rPr>
          <w:rFonts w:ascii="Nirmala UI" w:hAnsi="Nirmala UI" w:cs="Nirmala UI"/>
          <w:lang w:val="en-IN"/>
        </w:rPr>
      </w:pPr>
    </w:p>
    <w:p w14:paraId="193EDB7E" w14:textId="77777777" w:rsidR="00214C8A" w:rsidRPr="00214C8A" w:rsidRDefault="00214C8A" w:rsidP="00ED508C">
      <w:pPr>
        <w:spacing w:after="120"/>
        <w:rPr>
          <w:rFonts w:ascii="Nirmala UI" w:hAnsi="Nirmala UI" w:cs="Nirmala UI"/>
        </w:rPr>
      </w:pPr>
    </w:p>
    <w:p w14:paraId="61FC9E50" w14:textId="77777777" w:rsidR="00ED508C" w:rsidRDefault="00ED508C" w:rsidP="006C57AD">
      <w:pPr>
        <w:spacing w:after="120"/>
        <w:jc w:val="right"/>
      </w:pPr>
    </w:p>
    <w:sectPr w:rsidR="00ED508C" w:rsidSect="00EE3336">
      <w:pgSz w:w="12240" w:h="15840"/>
      <w:pgMar w:top="567" w:right="1152" w:bottom="851"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Nirmala UI">
    <w:panose1 w:val="020B0502040204020203"/>
    <w:charset w:val="00"/>
    <w:family w:val="swiss"/>
    <w:pitch w:val="variable"/>
    <w:sig w:usb0="80FF8023" w:usb1="0200004A" w:usb2="000002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21C4240D"/>
    <w:multiLevelType w:val="multilevel"/>
    <w:tmpl w:val="6F48AC9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1E03A81"/>
    <w:multiLevelType w:val="multilevel"/>
    <w:tmpl w:val="58369E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39C22A8"/>
    <w:multiLevelType w:val="multilevel"/>
    <w:tmpl w:val="879831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40544750">
    <w:abstractNumId w:val="8"/>
  </w:num>
  <w:num w:numId="2" w16cid:durableId="1260599508">
    <w:abstractNumId w:val="6"/>
  </w:num>
  <w:num w:numId="3" w16cid:durableId="1954164978">
    <w:abstractNumId w:val="5"/>
  </w:num>
  <w:num w:numId="4" w16cid:durableId="1845433201">
    <w:abstractNumId w:val="4"/>
  </w:num>
  <w:num w:numId="5" w16cid:durableId="1560241335">
    <w:abstractNumId w:val="7"/>
  </w:num>
  <w:num w:numId="6" w16cid:durableId="1195003166">
    <w:abstractNumId w:val="3"/>
  </w:num>
  <w:num w:numId="7" w16cid:durableId="1589464911">
    <w:abstractNumId w:val="2"/>
  </w:num>
  <w:num w:numId="8" w16cid:durableId="1585649889">
    <w:abstractNumId w:val="1"/>
  </w:num>
  <w:num w:numId="9" w16cid:durableId="778448258">
    <w:abstractNumId w:val="0"/>
  </w:num>
  <w:num w:numId="10" w16cid:durableId="386611801">
    <w:abstractNumId w:val="9"/>
  </w:num>
  <w:num w:numId="11" w16cid:durableId="2043363838">
    <w:abstractNumId w:val="10"/>
  </w:num>
  <w:num w:numId="12" w16cid:durableId="122260029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9390C"/>
    <w:rsid w:val="000C4DDF"/>
    <w:rsid w:val="0015074B"/>
    <w:rsid w:val="00151AD5"/>
    <w:rsid w:val="00152019"/>
    <w:rsid w:val="00170C14"/>
    <w:rsid w:val="00170D40"/>
    <w:rsid w:val="001A138D"/>
    <w:rsid w:val="001B4A34"/>
    <w:rsid w:val="001D5A09"/>
    <w:rsid w:val="00214C8A"/>
    <w:rsid w:val="00282DC7"/>
    <w:rsid w:val="00284E81"/>
    <w:rsid w:val="00294BE2"/>
    <w:rsid w:val="0029639D"/>
    <w:rsid w:val="002B02E3"/>
    <w:rsid w:val="002F6B01"/>
    <w:rsid w:val="00324DBE"/>
    <w:rsid w:val="00326F90"/>
    <w:rsid w:val="00344F48"/>
    <w:rsid w:val="003B716F"/>
    <w:rsid w:val="003F112E"/>
    <w:rsid w:val="003F6C74"/>
    <w:rsid w:val="0043360D"/>
    <w:rsid w:val="00434642"/>
    <w:rsid w:val="00456E28"/>
    <w:rsid w:val="00457B34"/>
    <w:rsid w:val="0049686E"/>
    <w:rsid w:val="005435CF"/>
    <w:rsid w:val="00595FBC"/>
    <w:rsid w:val="005A048E"/>
    <w:rsid w:val="005B7907"/>
    <w:rsid w:val="005E59A4"/>
    <w:rsid w:val="005F45B0"/>
    <w:rsid w:val="00627E02"/>
    <w:rsid w:val="00670A4F"/>
    <w:rsid w:val="006C57AD"/>
    <w:rsid w:val="00745067"/>
    <w:rsid w:val="0075542F"/>
    <w:rsid w:val="007A158A"/>
    <w:rsid w:val="007A3B8E"/>
    <w:rsid w:val="008628C2"/>
    <w:rsid w:val="008B5F7F"/>
    <w:rsid w:val="00903289"/>
    <w:rsid w:val="009D357F"/>
    <w:rsid w:val="009D6F71"/>
    <w:rsid w:val="009F63A0"/>
    <w:rsid w:val="00A075B4"/>
    <w:rsid w:val="00A73A7E"/>
    <w:rsid w:val="00A77074"/>
    <w:rsid w:val="00A866B2"/>
    <w:rsid w:val="00A8703C"/>
    <w:rsid w:val="00A92C79"/>
    <w:rsid w:val="00AA1D8D"/>
    <w:rsid w:val="00B31FE9"/>
    <w:rsid w:val="00B34298"/>
    <w:rsid w:val="00B37CDC"/>
    <w:rsid w:val="00B47730"/>
    <w:rsid w:val="00B723BF"/>
    <w:rsid w:val="00BB0C7B"/>
    <w:rsid w:val="00C1231A"/>
    <w:rsid w:val="00C45F81"/>
    <w:rsid w:val="00C52C8F"/>
    <w:rsid w:val="00CB0664"/>
    <w:rsid w:val="00D60587"/>
    <w:rsid w:val="00D7237E"/>
    <w:rsid w:val="00D93383"/>
    <w:rsid w:val="00DA5E76"/>
    <w:rsid w:val="00E05548"/>
    <w:rsid w:val="00E64B7A"/>
    <w:rsid w:val="00E9655C"/>
    <w:rsid w:val="00ED508C"/>
    <w:rsid w:val="00EE3336"/>
    <w:rsid w:val="00EF0221"/>
    <w:rsid w:val="00F04F64"/>
    <w:rsid w:val="00F12E96"/>
    <w:rsid w:val="00F16E2B"/>
    <w:rsid w:val="00F260BE"/>
    <w:rsid w:val="00F4553F"/>
    <w:rsid w:val="00F54A4A"/>
    <w:rsid w:val="00F8659D"/>
    <w:rsid w:val="00FC2E4B"/>
    <w:rsid w:val="00FC5D9E"/>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4F73800"/>
  <w14:defaultImageDpi w14:val="300"/>
  <w15:docId w15:val="{62CD4A79-DC09-405A-85F6-6ACA5CF40F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357F"/>
    <w:rPr>
      <w:rFonts w:ascii="Arial" w:hAnsi="Arial"/>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TotalTime>
  <Pages>7</Pages>
  <Words>2283</Words>
  <Characters>13018</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15271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Pramod Puri</cp:lastModifiedBy>
  <cp:revision>68</cp:revision>
  <dcterms:created xsi:type="dcterms:W3CDTF">2026-06-22T12:09:00Z</dcterms:created>
  <dcterms:modified xsi:type="dcterms:W3CDTF">2026-08-01T09:29:00Z</dcterms:modified>
  <cp:category/>
</cp:coreProperties>
</file>